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256D67" w14:textId="29B2E1BB" w:rsidR="00FD1F59" w:rsidRPr="00B25BE3" w:rsidRDefault="00DC4E33" w:rsidP="00D50904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lang w:bidi="he-IL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ניתוח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מידע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עסקי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ממוחשב</w:t>
      </w:r>
      <w:proofErr w:type="spellEnd"/>
      <w:r w:rsidR="00C8515C" w:rsidRPr="00B25BE3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– קובץ מרתון</w:t>
      </w:r>
    </w:p>
    <w:p w14:paraId="593D501C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0371A24" w14:textId="4E8A8EE9" w:rsidR="00804A38" w:rsidRPr="00B25BE3" w:rsidRDefault="001F10D6" w:rsidP="00897C17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הקובץ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שאלות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רב-ברירה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במתכונת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הבחינה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לבחור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תשובה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א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ה,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ולאחר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פתרון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CF293FE" w14:textId="170B867A" w:rsidR="00FD1F59" w:rsidRDefault="00DC4E33" w:rsidP="00D50904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הנחיה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כללית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איזו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לבחור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בהתאם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להנחות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הקורס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שימוש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בפונקציה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המתאימה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שקיימים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($)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הכוללת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נדרש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נחשבת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="00897C17"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 (אלא אם השאלה שאלה ספציפית על תוצאה נכונה בלבד)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הנראים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לחלוטין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1BC31A6" w14:textId="77777777" w:rsidR="00A92B19" w:rsidRDefault="00A92B19" w:rsidP="00A92B1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6373E193" w14:textId="0AC29C8C" w:rsidR="00A92B19" w:rsidRPr="00A92B19" w:rsidRDefault="00A92B19" w:rsidP="00A92B19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A92B19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טיפ ספציפי לגבי לימוד נושא מרכזי שמבלבל מעט </w:t>
      </w:r>
      <w:r w:rsidRPr="00A92B19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A92B19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קיבועים:</w:t>
      </w:r>
    </w:p>
    <w:p w14:paraId="7D1944C5" w14:textId="04546E9C" w:rsidR="00A92B19" w:rsidRDefault="00A92B19" w:rsidP="00A92B19">
      <w:pPr>
        <w:pStyle w:val="ListParagraph"/>
        <w:numPr>
          <w:ilvl w:val="0"/>
          <w:numId w:val="39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שימו את הגדרות המיקוד לקיבועים מול העיניים.</w:t>
      </w:r>
    </w:p>
    <w:p w14:paraId="2DB2B0A6" w14:textId="2AFBC904" w:rsidR="0005435C" w:rsidRDefault="0005435C" w:rsidP="0005435C">
      <w:pPr>
        <w:pStyle w:val="ListParagraph"/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/>
          <w:noProof/>
          <w:sz w:val="24"/>
          <w:szCs w:val="24"/>
          <w:lang w:bidi="he-IL"/>
        </w:rPr>
        <w:drawing>
          <wp:inline distT="0" distB="0" distL="0" distR="0" wp14:anchorId="185B705A" wp14:editId="4DE4AD2D">
            <wp:extent cx="4353738" cy="2123843"/>
            <wp:effectExtent l="0" t="0" r="2540" b="0"/>
            <wp:docPr id="755986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8636" name="Picture 755986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9120" cy="213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AC71B" w14:textId="5C760C81" w:rsidR="00A92B19" w:rsidRDefault="00A92B19" w:rsidP="00A92B19">
      <w:pPr>
        <w:pStyle w:val="ListParagraph"/>
        <w:numPr>
          <w:ilvl w:val="0"/>
          <w:numId w:val="39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פתרו ברצף את כל השאלות הבאות מהקובץ הנוכחי: 4, 5, 6, 7, 8, 21, 25, 26, 27* (כוכבית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כי היא קצת יותר קשה מרמת מבחן... למיטיבי לכת). שאלות אלו מציגות מגוון רחב של מצבי קיבוע עם פתרונות מפורטים שיאפשרו לכם להבין את הכוונה טוב יותר. </w:t>
      </w:r>
    </w:p>
    <w:p w14:paraId="54992708" w14:textId="77777777" w:rsidR="00A92B19" w:rsidRPr="00A92B19" w:rsidRDefault="00A92B19" w:rsidP="00EF3BBF">
      <w:pPr>
        <w:pStyle w:val="ListParagraph"/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</w:p>
    <w:p w14:paraId="01246AF8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25174E0" w14:textId="77777777" w:rsidR="00A92B19" w:rsidRDefault="00A92B19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Times New Roman"/>
          <w:b/>
          <w:bCs/>
          <w:sz w:val="24"/>
          <w:szCs w:val="24"/>
          <w:rtl/>
        </w:rPr>
        <w:br w:type="page"/>
      </w:r>
    </w:p>
    <w:p w14:paraId="6D284A96" w14:textId="37CA98B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</w:t>
      </w:r>
    </w:p>
    <w:p w14:paraId="3DC259EC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4009AA8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67D3240A" wp14:editId="0BA35DD7">
            <wp:extent cx="4402484" cy="1897658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4685" cy="191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A1CC4" w14:textId="77777777" w:rsidR="00FD1F59" w:rsidRPr="00B25BE3" w:rsidRDefault="00DC4E33" w:rsidP="009E2FBD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הזמנתו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ש״ח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ש״ח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זכאי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חינם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משלם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המשלוח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וההודעות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D6,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תתאפשר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מנת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סטטוס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המשלוח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7E6E36BC" w14:textId="77777777" w:rsidR="00FD1F59" w:rsidRPr="00B25BE3" w:rsidRDefault="00DC4E33" w:rsidP="001F10D6">
      <w:pPr>
        <w:pStyle w:val="ListParagraph"/>
        <w:keepNext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‎=IF(C6&gt;=G$5,G$6,G$7)‎</w:t>
      </w:r>
    </w:p>
    <w:p w14:paraId="6536B897" w14:textId="77777777" w:rsidR="00FD1F59" w:rsidRPr="00B25BE3" w:rsidRDefault="00DC4E33" w:rsidP="001F10D6">
      <w:pPr>
        <w:pStyle w:val="ListParagraph"/>
        <w:keepNext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‎=IF(C6&gt;G$5,G$6,G$7)‎</w:t>
      </w:r>
    </w:p>
    <w:p w14:paraId="7F546114" w14:textId="77777777" w:rsidR="00FD1F59" w:rsidRPr="00B25BE3" w:rsidRDefault="00DC4E33" w:rsidP="001F10D6">
      <w:pPr>
        <w:pStyle w:val="ListParagraph"/>
        <w:keepNext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‎=IF(C6&gt;=G5,G6,G7)‎</w:t>
      </w:r>
    </w:p>
    <w:p w14:paraId="631D2F81" w14:textId="77777777" w:rsidR="00FD1F59" w:rsidRPr="00B25BE3" w:rsidRDefault="00DC4E33" w:rsidP="001F10D6">
      <w:pPr>
        <w:pStyle w:val="ListParagraph"/>
        <w:keepNext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‎=IF(C6&gt;=G$5,G$7,G$6)‎</w:t>
      </w:r>
    </w:p>
    <w:p w14:paraId="71B44FA3" w14:textId="77777777" w:rsidR="00FD1F59" w:rsidRPr="00B25BE3" w:rsidRDefault="00DC4E33" w:rsidP="001F10D6">
      <w:pPr>
        <w:pStyle w:val="ListParagraph"/>
        <w:numPr>
          <w:ilvl w:val="0"/>
          <w:numId w:val="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‎=IF(C6&gt;=$G$5,$G$6,$G$7)‎</w:t>
      </w:r>
    </w:p>
    <w:p w14:paraId="2D601002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5952F6DD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5ED569D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מדובר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בפונקציית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IF.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?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בנפרד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לבדוק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הזמנתו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300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ל-300)?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משלוח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חינם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</w:t>
      </w:r>
      <w:proofErr w:type="gramStart"/>
      <w:r w:rsidRPr="00B25BE3">
        <w:rPr>
          <w:rFonts w:ascii="David" w:hAnsi="David" w:cs="David" w:hint="cs"/>
          <w:sz w:val="24"/>
          <w:szCs w:val="24"/>
          <w:rtl/>
        </w:rPr>
        <w:t>6),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משלוח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בתשלום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G7).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מקובעים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ברמת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r w:rsidRPr="00B25BE3">
        <w:rPr>
          <w:rFonts w:ascii="David" w:hAnsi="David" w:cs="David" w:hint="cs"/>
          <w:sz w:val="24"/>
          <w:szCs w:val="24"/>
        </w:rPr>
        <w:t>‎G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r w:rsidRPr="00B25BE3">
        <w:rPr>
          <w:rFonts w:ascii="David" w:hAnsi="David" w:cs="David" w:hint="cs"/>
          <w:sz w:val="24"/>
          <w:szCs w:val="24"/>
        </w:rPr>
        <w:t>‎G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r w:rsidRPr="00B25BE3">
        <w:rPr>
          <w:rFonts w:ascii="David" w:hAnsi="David" w:cs="David" w:hint="cs"/>
          <w:sz w:val="24"/>
          <w:szCs w:val="24"/>
        </w:rPr>
        <w:t>‎G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</w:t>
      </w:r>
      <w:proofErr w:type="gramStart"/>
      <w:r w:rsidRPr="00B25BE3">
        <w:rPr>
          <w:rFonts w:ascii="David" w:hAnsi="David" w:cs="David" w:hint="cs"/>
          <w:sz w:val="24"/>
          <w:szCs w:val="24"/>
        </w:rPr>
        <w:t>7‎</w:t>
      </w:r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ההזמנה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‎(C6)‎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מקובע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3C49D949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שימו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לאופרטור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r w:rsidRPr="00B25BE3">
        <w:rPr>
          <w:rFonts w:ascii="David" w:hAnsi="David" w:cs="David" w:hint="cs"/>
          <w:sz w:val="24"/>
          <w:szCs w:val="24"/>
        </w:rPr>
        <w:t>‎&gt;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=‎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‎&gt;‎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ממש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הייתה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מעניקה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משלוח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בתשלום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ללקוחות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שהזמינו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ויקי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);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הייתה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מפנה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7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ואילך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$7‎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הופכת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ההודעות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821953D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3B674F8E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‎=IF(C6&gt;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=G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$5,G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$6,G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$7)‎</w:t>
      </w:r>
    </w:p>
    <w:p w14:paraId="0563C0F3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5EEDCCE5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3DA43E2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</w:t>
      </w:r>
    </w:p>
    <w:p w14:paraId="476B1502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211DABF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55451157" wp14:editId="55B71CCF">
            <wp:extent cx="5120640" cy="252235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52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1B63E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נרשמה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‎=IF(C21&gt;G$20,G$21,G$22)‎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נגררה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D26.</w:t>
      </w:r>
    </w:p>
    <w:p w14:paraId="06B92EBC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9429D58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שיתקבל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400</w:t>
      </w:r>
    </w:p>
    <w:p w14:paraId="5B9AF18A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שיתקבל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D24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400</w:t>
      </w:r>
    </w:p>
    <w:p w14:paraId="62311A4A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הייתה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נרשמת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כ-</w:t>
      </w:r>
      <w:r w:rsidRPr="00B25BE3">
        <w:rPr>
          <w:rFonts w:ascii="David" w:hAnsi="David" w:cs="David" w:hint="cs"/>
          <w:sz w:val="24"/>
          <w:szCs w:val="24"/>
        </w:rPr>
        <w:t>‎=IF(C21&gt;=G$20,G$21,G$22)‎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ונגררת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באותו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האופן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ל-400</w:t>
      </w:r>
    </w:p>
    <w:p w14:paraId="10CA7CF3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4328379D" w14:textId="77777777" w:rsidR="00FD1F59" w:rsidRPr="00B25BE3" w:rsidRDefault="00DC4E33" w:rsidP="001F10D6">
      <w:pPr>
        <w:pStyle w:val="ListParagraph"/>
        <w:keepNext/>
        <w:numPr>
          <w:ilvl w:val="0"/>
          <w:numId w:val="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ו-3</w:t>
      </w:r>
    </w:p>
    <w:p w14:paraId="78EA6ADB" w14:textId="77777777" w:rsidR="00FD1F59" w:rsidRPr="00B25BE3" w:rsidRDefault="00DC4E33" w:rsidP="001F10D6">
      <w:pPr>
        <w:pStyle w:val="ListParagraph"/>
        <w:keepNext/>
        <w:numPr>
          <w:ilvl w:val="0"/>
          <w:numId w:val="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5412582E" w14:textId="77777777" w:rsidR="00FD1F59" w:rsidRPr="00B25BE3" w:rsidRDefault="00DC4E33" w:rsidP="001F10D6">
      <w:pPr>
        <w:pStyle w:val="ListParagraph"/>
        <w:keepNext/>
        <w:numPr>
          <w:ilvl w:val="0"/>
          <w:numId w:val="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5ECDC9E1" w14:textId="77777777" w:rsidR="00FD1F59" w:rsidRPr="00B25BE3" w:rsidRDefault="00DC4E33" w:rsidP="001F10D6">
      <w:pPr>
        <w:pStyle w:val="ListParagraph"/>
        <w:keepNext/>
        <w:numPr>
          <w:ilvl w:val="0"/>
          <w:numId w:val="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17C6AF88" w14:textId="77777777" w:rsidR="00FD1F59" w:rsidRPr="00B25BE3" w:rsidRDefault="00DC4E33" w:rsidP="001F10D6">
      <w:pPr>
        <w:pStyle w:val="ListParagraph"/>
        <w:numPr>
          <w:ilvl w:val="0"/>
          <w:numId w:val="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3C48B25F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BEFC8AB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48F22003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בודקת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עובד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מכירותיו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ממש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r w:rsidRPr="00B25BE3">
        <w:rPr>
          <w:rFonts w:ascii="David" w:hAnsi="David" w:cs="David" w:hint="cs"/>
          <w:sz w:val="24"/>
          <w:szCs w:val="24"/>
        </w:rPr>
        <w:t>‎&gt;‎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G20 </w:t>
      </w:r>
      <w:r w:rsidRPr="00B25BE3">
        <w:rPr>
          <w:rFonts w:ascii="David" w:hAnsi="David" w:cs="David" w:hint="cs"/>
          <w:sz w:val="24"/>
          <w:szCs w:val="24"/>
        </w:rPr>
        <w:t>‎(5000)‎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מוצג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הבונוס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G21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400)‎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הבונוס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G22 </w:t>
      </w:r>
      <w:r w:rsidRPr="00B25BE3">
        <w:rPr>
          <w:rFonts w:ascii="David" w:hAnsi="David" w:cs="David" w:hint="cs"/>
          <w:sz w:val="24"/>
          <w:szCs w:val="24"/>
        </w:rPr>
        <w:t>‎(100)‎</w:t>
      </w:r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BC2EF68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C22)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5000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מ-5000״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5000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עומד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100.</w:t>
      </w:r>
    </w:p>
    <w:p w14:paraId="506713DD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C24)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7500,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מ-5000,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D24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400.</w:t>
      </w:r>
    </w:p>
    <w:p w14:paraId="1D71F023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האופרטור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‎&gt;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=‎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5000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עומד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26)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הייתה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400.</w:t>
      </w:r>
    </w:p>
    <w:p w14:paraId="371622F1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לידיעה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המקורית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 400, 100, 100, 400, 100, 100.</w:t>
      </w:r>
    </w:p>
    <w:p w14:paraId="6747422D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33C2B54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FB05096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3</w:t>
      </w:r>
    </w:p>
    <w:p w14:paraId="3A105964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042356F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6CD901BF" wp14:editId="5C24E057">
            <wp:extent cx="6035040" cy="2332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33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8B094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עבור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מחלקה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ההודעה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חריגה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בפועל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גבוהה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ההודעה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בפועל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ההודעות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H35 ו-H36.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E36,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תתאפשר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המחלקות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136ADBA9" w14:textId="77777777" w:rsidR="00FD1F59" w:rsidRPr="00B25BE3" w:rsidRDefault="00DC4E33" w:rsidP="001F10D6">
      <w:pPr>
        <w:pStyle w:val="ListParagraph"/>
        <w:keepNext/>
        <w:numPr>
          <w:ilvl w:val="0"/>
          <w:numId w:val="9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‎=IF(D36&gt;C36,H$35,H$36)‎</w:t>
      </w:r>
    </w:p>
    <w:p w14:paraId="05799739" w14:textId="77777777" w:rsidR="00FD1F59" w:rsidRPr="00B25BE3" w:rsidRDefault="00DC4E33" w:rsidP="001F10D6">
      <w:pPr>
        <w:pStyle w:val="ListParagraph"/>
        <w:keepNext/>
        <w:numPr>
          <w:ilvl w:val="0"/>
          <w:numId w:val="9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‎=IF(D36&gt;C36,H35,H36)‎</w:t>
      </w:r>
    </w:p>
    <w:p w14:paraId="24AB1B5C" w14:textId="77777777" w:rsidR="00FD1F59" w:rsidRPr="00B25BE3" w:rsidRDefault="00DC4E33" w:rsidP="001F10D6">
      <w:pPr>
        <w:pStyle w:val="ListParagraph"/>
        <w:keepNext/>
        <w:numPr>
          <w:ilvl w:val="0"/>
          <w:numId w:val="9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‎=IF(C36&gt;D36,H$35,H$36)‎</w:t>
      </w:r>
    </w:p>
    <w:p w14:paraId="53454DFF" w14:textId="77777777" w:rsidR="00FD1F59" w:rsidRPr="00B25BE3" w:rsidRDefault="00DC4E33" w:rsidP="001F10D6">
      <w:pPr>
        <w:pStyle w:val="ListParagraph"/>
        <w:keepNext/>
        <w:numPr>
          <w:ilvl w:val="0"/>
          <w:numId w:val="9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‎=IF(D$36&gt;C$36,H$35,H$36)‎</w:t>
      </w:r>
    </w:p>
    <w:p w14:paraId="24CE049B" w14:textId="77777777" w:rsidR="00FD1F59" w:rsidRPr="00B25BE3" w:rsidRDefault="00DC4E33" w:rsidP="001F10D6">
      <w:pPr>
        <w:pStyle w:val="ListParagraph"/>
        <w:numPr>
          <w:ilvl w:val="0"/>
          <w:numId w:val="9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‎=IF(D36&gt;=C36,H$35,H$36)‎</w:t>
      </w:r>
    </w:p>
    <w:p w14:paraId="0E938767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CBE2CC5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6C85DC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באותה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בפועל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‎(D36)‎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לעומת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‎(C36)‎</w:t>
      </w:r>
      <w:r w:rsidRPr="00B25BE3">
        <w:rPr>
          <w:rFonts w:ascii="David" w:hAnsi="David" w:cs="David" w:hint="cs"/>
          <w:sz w:val="24"/>
          <w:szCs w:val="24"/>
          <w:rtl/>
        </w:rPr>
        <w:t>.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חריגה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מוצגת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ממש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האופרטור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‎&gt;‎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‎&gt;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=‎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חריגה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כשההוצאה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בכספים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ובמחקר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ההשוואה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מקובעים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ההודעות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H35 ו-H36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משותפים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r w:rsidRPr="00B25BE3">
        <w:rPr>
          <w:rFonts w:ascii="David" w:hAnsi="David" w:cs="David" w:hint="cs"/>
          <w:sz w:val="24"/>
          <w:szCs w:val="24"/>
        </w:rPr>
        <w:t>‎H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$35‎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ו-</w:t>
      </w:r>
      <w:r w:rsidRPr="00B25BE3">
        <w:rPr>
          <w:rFonts w:ascii="David" w:hAnsi="David" w:cs="David" w:hint="cs"/>
          <w:sz w:val="24"/>
          <w:szCs w:val="24"/>
        </w:rPr>
        <w:t>‎H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$36‎</w:t>
      </w:r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3FC37251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ההפניות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להודעות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זזות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ומפנות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H; </w:t>
      </w:r>
      <w:r w:rsidRPr="00B25BE3">
        <w:rPr>
          <w:rFonts w:ascii="David" w:hAnsi="David" w:cs="David" w:hint="cs"/>
          <w:sz w:val="24"/>
          <w:szCs w:val="24"/>
        </w:rPr>
        <w:t>‎C36&gt;D36‎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הופך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כיוון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ההשוואה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חריגה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דווקא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במחלקות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שחסכו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r w:rsidRPr="00B25BE3">
        <w:rPr>
          <w:rFonts w:ascii="David" w:hAnsi="David" w:cs="David" w:hint="cs"/>
          <w:sz w:val="24"/>
          <w:szCs w:val="24"/>
        </w:rPr>
        <w:t>‎D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$36‎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ו-</w:t>
      </w:r>
      <w:r w:rsidRPr="00B25BE3">
        <w:rPr>
          <w:rFonts w:ascii="David" w:hAnsi="David" w:cs="David" w:hint="cs"/>
          <w:sz w:val="24"/>
          <w:szCs w:val="24"/>
        </w:rPr>
        <w:t>‎C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$36‎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הנתונים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מציגות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המחלקה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48055608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חריגה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חריגה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בתקציב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FC24B20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2BC8B26A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D71514B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4</w:t>
      </w:r>
    </w:p>
    <w:p w14:paraId="0F487A59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A8A6279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0DBF4F49" wp14:editId="02A21451">
            <wp:extent cx="2981525" cy="2087766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4610" cy="210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0BA5C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הזמנה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ליחידה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E51,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תתאפשר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הפריטים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032A45AD" w14:textId="77777777" w:rsidR="00FD1F59" w:rsidRPr="00B25BE3" w:rsidRDefault="00DC4E33" w:rsidP="001F10D6">
      <w:pPr>
        <w:pStyle w:val="ListParagraph"/>
        <w:keepNext/>
        <w:numPr>
          <w:ilvl w:val="0"/>
          <w:numId w:val="1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‎=C51*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D51‎</w:t>
      </w:r>
    </w:p>
    <w:p w14:paraId="07BFA0B1" w14:textId="77777777" w:rsidR="00FD1F59" w:rsidRPr="00B25BE3" w:rsidRDefault="00DC4E33" w:rsidP="001F10D6">
      <w:pPr>
        <w:pStyle w:val="ListParagraph"/>
        <w:keepNext/>
        <w:numPr>
          <w:ilvl w:val="0"/>
          <w:numId w:val="1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‎=C$51*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D$51‎</w:t>
      </w:r>
    </w:p>
    <w:p w14:paraId="5D846B89" w14:textId="77777777" w:rsidR="00FD1F59" w:rsidRPr="00B25BE3" w:rsidRDefault="00DC4E33" w:rsidP="001F10D6">
      <w:pPr>
        <w:pStyle w:val="ListParagraph"/>
        <w:keepNext/>
        <w:numPr>
          <w:ilvl w:val="0"/>
          <w:numId w:val="1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‎=$C51*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$D51‎</w:t>
      </w:r>
    </w:p>
    <w:p w14:paraId="3C1E514F" w14:textId="77777777" w:rsidR="00FD1F59" w:rsidRPr="00B25BE3" w:rsidRDefault="00DC4E33" w:rsidP="001F10D6">
      <w:pPr>
        <w:pStyle w:val="ListParagraph"/>
        <w:keepNext/>
        <w:numPr>
          <w:ilvl w:val="0"/>
          <w:numId w:val="1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‎=C51*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$D$51‎</w:t>
      </w:r>
    </w:p>
    <w:p w14:paraId="7222197D" w14:textId="77777777" w:rsidR="00FD1F59" w:rsidRPr="00B25BE3" w:rsidRDefault="00DC4E33" w:rsidP="001F10D6">
      <w:pPr>
        <w:pStyle w:val="ListParagraph"/>
        <w:numPr>
          <w:ilvl w:val="0"/>
          <w:numId w:val="1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‎=SUM(C51:D51)‎</w:t>
      </w:r>
    </w:p>
    <w:p w14:paraId="2138CFCA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1B884A22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5690B458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גוררים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אבל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שצריך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להישאר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משותף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‎=C51*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D51‎</w:t>
      </w:r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8638471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שימו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$C51*</w:t>
      </w:r>
      <w:r w:rsidRPr="00B25BE3">
        <w:rPr>
          <w:rFonts w:ascii="Segoe UI Symbol" w:hAnsi="Segoe UI Symbol" w:cs="Segoe UI Symbol"/>
          <w:sz w:val="24"/>
          <w:szCs w:val="24"/>
        </w:rPr>
        <w:t>⁠⁠</w:t>
      </w:r>
      <w:r w:rsidRPr="00B25BE3">
        <w:rPr>
          <w:rFonts w:ascii="David" w:hAnsi="David" w:cs="David" w:hint="cs"/>
          <w:sz w:val="24"/>
          <w:szCs w:val="24"/>
        </w:rPr>
        <w:t>$D51‎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אמנם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הקורס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$51*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D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$51‎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מציגה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320)‎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‎=C51*</w:t>
      </w:r>
      <w:r w:rsidRPr="00B25BE3">
        <w:rPr>
          <w:rFonts w:ascii="Segoe UI Symbol" w:hAnsi="Segoe UI Symbol" w:cs="Segoe UI Symbol"/>
          <w:sz w:val="24"/>
          <w:szCs w:val="24"/>
        </w:rPr>
        <w:t>⁠⁠</w:t>
      </w:r>
      <w:r w:rsidRPr="00B25BE3">
        <w:rPr>
          <w:rFonts w:ascii="David" w:hAnsi="David" w:cs="David" w:hint="cs"/>
          <w:sz w:val="24"/>
          <w:szCs w:val="24"/>
        </w:rPr>
        <w:t>$D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$51‎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מכפילה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המחברת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ו-SUM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מחברת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במקום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להכפילם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6CDC88D0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6379826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78BB5F4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5</w:t>
      </w:r>
    </w:p>
    <w:p w14:paraId="55D02F00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EA7F947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714F061B" wp14:editId="5683A4CE">
            <wp:extent cx="4307665" cy="211212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8672" cy="212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2F04E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G66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שיעור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הסוכנים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G67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G70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שיעור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D66,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תתאפשר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הסוכנים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5A99E688" w14:textId="77777777" w:rsidR="00FD1F59" w:rsidRPr="00B25BE3" w:rsidRDefault="00DC4E33" w:rsidP="001F10D6">
      <w:pPr>
        <w:pStyle w:val="ListParagraph"/>
        <w:keepNext/>
        <w:numPr>
          <w:ilvl w:val="0"/>
          <w:numId w:val="1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‎=C66*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G$66‎</w:t>
      </w:r>
    </w:p>
    <w:p w14:paraId="5D2DD588" w14:textId="77777777" w:rsidR="00FD1F59" w:rsidRPr="00B25BE3" w:rsidRDefault="00DC4E33" w:rsidP="001F10D6">
      <w:pPr>
        <w:pStyle w:val="ListParagraph"/>
        <w:keepNext/>
        <w:numPr>
          <w:ilvl w:val="0"/>
          <w:numId w:val="1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‎=C66*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$G66‎</w:t>
      </w:r>
    </w:p>
    <w:p w14:paraId="4265B259" w14:textId="77777777" w:rsidR="00FD1F59" w:rsidRPr="00B25BE3" w:rsidRDefault="00DC4E33" w:rsidP="001F10D6">
      <w:pPr>
        <w:pStyle w:val="ListParagraph"/>
        <w:keepNext/>
        <w:numPr>
          <w:ilvl w:val="0"/>
          <w:numId w:val="1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‎=C66*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G66‎</w:t>
      </w:r>
    </w:p>
    <w:p w14:paraId="5277E868" w14:textId="77777777" w:rsidR="00FD1F59" w:rsidRPr="00B25BE3" w:rsidRDefault="00DC4E33" w:rsidP="001F10D6">
      <w:pPr>
        <w:pStyle w:val="ListParagraph"/>
        <w:keepNext/>
        <w:numPr>
          <w:ilvl w:val="0"/>
          <w:numId w:val="1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‎=C66*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$G$66‎</w:t>
      </w:r>
    </w:p>
    <w:p w14:paraId="5D1BC315" w14:textId="77777777" w:rsidR="00FD1F59" w:rsidRPr="00B25BE3" w:rsidRDefault="00DC4E33" w:rsidP="001F10D6">
      <w:pPr>
        <w:pStyle w:val="ListParagraph"/>
        <w:numPr>
          <w:ilvl w:val="0"/>
          <w:numId w:val="11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‎=C66*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(1+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G$66)‎</w:t>
      </w:r>
    </w:p>
    <w:p w14:paraId="0D17ECA6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9DE64FC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3D4F8BB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היבטים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חשובים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המתמטי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והצד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הטכני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המתמטי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נותנים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אחוז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מסוים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בונוס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ושואלים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עצמו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הבונוס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המע״מ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החישוב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המתמטי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דורש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4%,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ושואלים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עצמה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החישוב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‎100*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4%‎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= 4.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מחפשים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מבצעים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מכפלה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פשוטה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דורשים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4%,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ושואלים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החישוב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‎100*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(1+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4%)‎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= 104.</w:t>
      </w:r>
    </w:p>
    <w:p w14:paraId="6C56E7F6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הטכני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נדרשה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הכפלנו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C66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בשיעור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G66.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משותף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הסוכנים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r w:rsidRPr="00B25BE3">
        <w:rPr>
          <w:rFonts w:ascii="David" w:hAnsi="David" w:cs="David" w:hint="cs"/>
          <w:sz w:val="24"/>
          <w:szCs w:val="24"/>
        </w:rPr>
        <w:t>‎G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$66‎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$G66)‎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היעדר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גורמים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להחליק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G67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G70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ולהחזיר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$66)‎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5D0DB3E3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71BAFE7A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DC1878E" w14:textId="7FE20BF0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proofErr w:type="gram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6</w:t>
      </w:r>
      <w:r w:rsidR="00212709">
        <w:rPr>
          <w:rFonts w:ascii="David" w:hAnsi="David" w:cs="David"/>
          <w:b/>
          <w:bCs/>
          <w:sz w:val="24"/>
          <w:szCs w:val="24"/>
        </w:rPr>
        <w:t xml:space="preserve"> </w:t>
      </w:r>
      <w:r w:rsidR="00212709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-</w:t>
      </w:r>
      <w:proofErr w:type="gramEnd"/>
      <w:r w:rsidR="00212709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דוגמה לקיבוע עמודה</w:t>
      </w:r>
    </w:p>
    <w:p w14:paraId="747A2860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D6BEA42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3C250904" wp14:editId="73D7B298">
            <wp:extent cx="6217920" cy="12684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26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6915D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מוצגות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הנוכחית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חודש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I81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שיעור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ההתייקרות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הצפוי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82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G82)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הצפויה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חודש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הנוכחית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ההתייקרות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C82,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תתאפשר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לאורך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G82,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170356C8" w14:textId="77777777" w:rsidR="00FD1F59" w:rsidRPr="00B25BE3" w:rsidRDefault="00DC4E33" w:rsidP="001F10D6">
      <w:pPr>
        <w:pStyle w:val="ListParagraph"/>
        <w:keepNext/>
        <w:numPr>
          <w:ilvl w:val="0"/>
          <w:numId w:val="1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‎=C81*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(1+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$I81)‎</w:t>
      </w:r>
    </w:p>
    <w:p w14:paraId="762500C2" w14:textId="77777777" w:rsidR="00FD1F59" w:rsidRPr="00B25BE3" w:rsidRDefault="00DC4E33" w:rsidP="001F10D6">
      <w:pPr>
        <w:pStyle w:val="ListParagraph"/>
        <w:keepNext/>
        <w:numPr>
          <w:ilvl w:val="0"/>
          <w:numId w:val="1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‎=C81*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(1+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I$81)‎</w:t>
      </w:r>
    </w:p>
    <w:p w14:paraId="049B12A0" w14:textId="77777777" w:rsidR="00FD1F59" w:rsidRPr="00B25BE3" w:rsidRDefault="00DC4E33" w:rsidP="001F10D6">
      <w:pPr>
        <w:pStyle w:val="ListParagraph"/>
        <w:keepNext/>
        <w:numPr>
          <w:ilvl w:val="0"/>
          <w:numId w:val="1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‎=C81*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(1+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$I$81)‎</w:t>
      </w:r>
    </w:p>
    <w:p w14:paraId="4C264709" w14:textId="77777777" w:rsidR="00FD1F59" w:rsidRPr="00B25BE3" w:rsidRDefault="00DC4E33" w:rsidP="001F10D6">
      <w:pPr>
        <w:pStyle w:val="ListParagraph"/>
        <w:keepNext/>
        <w:numPr>
          <w:ilvl w:val="0"/>
          <w:numId w:val="1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‎=C81*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(1+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I81)‎</w:t>
      </w:r>
    </w:p>
    <w:p w14:paraId="738005F9" w14:textId="77777777" w:rsidR="00FD1F59" w:rsidRPr="00B25BE3" w:rsidRDefault="00DC4E33" w:rsidP="001F10D6">
      <w:pPr>
        <w:pStyle w:val="ListParagraph"/>
        <w:numPr>
          <w:ilvl w:val="0"/>
          <w:numId w:val="1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‎=C81*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$I81‎</w:t>
      </w:r>
    </w:p>
    <w:p w14:paraId="11721C45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1B32B73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196D74F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מבחינה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מתמטית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ההתייקרות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ההתייקרות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כשנתון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ערכו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החדש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מדובר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מכפילים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ועוד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שיעור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ההתייקרות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2CEC732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מבחינה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טכנית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לאורך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שיעור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ההתייקרות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יישאר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סימן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ה-$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יופיע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r w:rsidRPr="00B25BE3">
        <w:rPr>
          <w:rFonts w:ascii="David" w:hAnsi="David" w:cs="David" w:hint="cs"/>
          <w:sz w:val="24"/>
          <w:szCs w:val="24"/>
        </w:rPr>
        <w:t>‎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$I81‎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‎(I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$81)‎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מונע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ההחלקה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הריקות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J, K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$I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$81)‎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‎=C81*</w:t>
      </w:r>
      <w:r w:rsidRPr="00B25BE3">
        <w:rPr>
          <w:rFonts w:ascii="Segoe UI Symbol" w:hAnsi="Segoe UI Symbol" w:cs="Segoe UI Symbol"/>
          <w:sz w:val="24"/>
          <w:szCs w:val="24"/>
        </w:rPr>
        <w:t>⁠⁠</w:t>
      </w:r>
      <w:r w:rsidRPr="00B25BE3">
        <w:rPr>
          <w:rFonts w:ascii="David" w:hAnsi="David" w:cs="David" w:hint="cs"/>
          <w:sz w:val="24"/>
          <w:szCs w:val="24"/>
        </w:rPr>
        <w:t>$I81‎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מחשבת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ההתייקרות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הצפויה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51BC864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48794092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EAEF089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7</w:t>
      </w:r>
    </w:p>
    <w:p w14:paraId="484EAD42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D598FA0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34EB70BF" wp14:editId="47D64B51">
            <wp:extent cx="3618567" cy="2933395"/>
            <wp:effectExtent l="0" t="0" r="127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52740" cy="296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7AE03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מוצג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מוצר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רבעון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בדולרים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G96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שער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הדולר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המוצרים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הרבעונים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C102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E104)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בשקלים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בדולרים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שער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הדולר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C102,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lastRenderedPageBreak/>
        <w:t>תתאפשר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360B8E78" w14:textId="77777777" w:rsidR="00FD1F59" w:rsidRPr="00B25BE3" w:rsidRDefault="00DC4E33" w:rsidP="001F10D6">
      <w:pPr>
        <w:pStyle w:val="ListParagraph"/>
        <w:keepNext/>
        <w:numPr>
          <w:ilvl w:val="0"/>
          <w:numId w:val="13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‎=C96*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$G$96‎</w:t>
      </w:r>
    </w:p>
    <w:p w14:paraId="74656237" w14:textId="77777777" w:rsidR="00FD1F59" w:rsidRPr="00B25BE3" w:rsidRDefault="00DC4E33" w:rsidP="001F10D6">
      <w:pPr>
        <w:pStyle w:val="ListParagraph"/>
        <w:keepNext/>
        <w:numPr>
          <w:ilvl w:val="0"/>
          <w:numId w:val="13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‎=C96*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G$96‎</w:t>
      </w:r>
    </w:p>
    <w:p w14:paraId="7075C2E7" w14:textId="77777777" w:rsidR="00FD1F59" w:rsidRPr="00B25BE3" w:rsidRDefault="00DC4E33" w:rsidP="001F10D6">
      <w:pPr>
        <w:pStyle w:val="ListParagraph"/>
        <w:keepNext/>
        <w:numPr>
          <w:ilvl w:val="0"/>
          <w:numId w:val="13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‎=C96*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$G96‎</w:t>
      </w:r>
    </w:p>
    <w:p w14:paraId="70C2F98C" w14:textId="77777777" w:rsidR="00FD1F59" w:rsidRPr="00B25BE3" w:rsidRDefault="00DC4E33" w:rsidP="001F10D6">
      <w:pPr>
        <w:pStyle w:val="ListParagraph"/>
        <w:keepNext/>
        <w:numPr>
          <w:ilvl w:val="0"/>
          <w:numId w:val="13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‎=C96*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G96‎</w:t>
      </w:r>
    </w:p>
    <w:p w14:paraId="02EC63C7" w14:textId="77777777" w:rsidR="00FD1F59" w:rsidRPr="00B25BE3" w:rsidRDefault="00DC4E33" w:rsidP="001F10D6">
      <w:pPr>
        <w:pStyle w:val="ListParagraph"/>
        <w:numPr>
          <w:ilvl w:val="0"/>
          <w:numId w:val="13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‎=C96/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$G$96‎</w:t>
      </w:r>
    </w:p>
    <w:p w14:paraId="41BC7CC5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70B633D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AEB0B8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לטובת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צריך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להישאר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הכיוונים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נקבע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לבצע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סימון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$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r w:rsidRPr="00B25BE3">
        <w:rPr>
          <w:rFonts w:ascii="David" w:hAnsi="David" w:cs="David" w:hint="cs"/>
          <w:sz w:val="24"/>
          <w:szCs w:val="24"/>
        </w:rPr>
        <w:t>‎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$96‎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‎(C96)‎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הכיוונים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6270BB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$96)‎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$G96)‎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וחילוק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בשער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הדולר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ממיר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משקלים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לדולרים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להפך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52FA6AF6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6BE651A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DD68DC3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8</w:t>
      </w:r>
    </w:p>
    <w:p w14:paraId="2B0970D8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43AE3D0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נגררת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ומפנה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‎G$66‎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אליו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תזוז</w:t>
      </w:r>
      <w:proofErr w:type="spellEnd"/>
    </w:p>
    <w:p w14:paraId="02427822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נגררת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לאורך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ומפנה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לקבע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</w:p>
    <w:p w14:paraId="4B077476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‎$G$</w:t>
      </w:r>
      <w:proofErr w:type="gramStart"/>
      <w:r w:rsidRPr="00B25BE3">
        <w:rPr>
          <w:rFonts w:ascii="David" w:hAnsi="David" w:cs="David" w:hint="cs"/>
          <w:sz w:val="24"/>
          <w:szCs w:val="24"/>
        </w:rPr>
        <w:t>96‎</w:t>
      </w:r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נדרש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נגררת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הכיוונים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ושימוש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בכיוון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נחשב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הקורס</w:t>
      </w:r>
      <w:proofErr w:type="spellEnd"/>
    </w:p>
    <w:p w14:paraId="780BB0FA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3915D0E" w14:textId="77777777" w:rsidR="00FD1F59" w:rsidRPr="00B25BE3" w:rsidRDefault="00DC4E33" w:rsidP="001F10D6">
      <w:pPr>
        <w:pStyle w:val="ListParagraph"/>
        <w:keepNext/>
        <w:numPr>
          <w:ilvl w:val="0"/>
          <w:numId w:val="14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ו-3</w:t>
      </w:r>
    </w:p>
    <w:p w14:paraId="2AABD40E" w14:textId="77777777" w:rsidR="00FD1F59" w:rsidRPr="00B25BE3" w:rsidRDefault="00DC4E33" w:rsidP="001F10D6">
      <w:pPr>
        <w:pStyle w:val="ListParagraph"/>
        <w:keepNext/>
        <w:numPr>
          <w:ilvl w:val="0"/>
          <w:numId w:val="14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1CF2DB34" w14:textId="77777777" w:rsidR="00FD1F59" w:rsidRPr="00B25BE3" w:rsidRDefault="00DC4E33" w:rsidP="001F10D6">
      <w:pPr>
        <w:pStyle w:val="ListParagraph"/>
        <w:keepNext/>
        <w:numPr>
          <w:ilvl w:val="0"/>
          <w:numId w:val="14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2BD0239F" w14:textId="77777777" w:rsidR="00FD1F59" w:rsidRPr="00B25BE3" w:rsidRDefault="00DC4E33" w:rsidP="001F10D6">
      <w:pPr>
        <w:pStyle w:val="ListParagraph"/>
        <w:keepNext/>
        <w:numPr>
          <w:ilvl w:val="0"/>
          <w:numId w:val="14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ו-3</w:t>
      </w:r>
    </w:p>
    <w:p w14:paraId="6AF35A68" w14:textId="77777777" w:rsidR="00FD1F59" w:rsidRPr="00B25BE3" w:rsidRDefault="00DC4E33" w:rsidP="001F10D6">
      <w:pPr>
        <w:pStyle w:val="ListParagraph"/>
        <w:numPr>
          <w:ilvl w:val="0"/>
          <w:numId w:val="14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14E04B35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BB1FAA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5E9E707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$66‎</w:t>
      </w:r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2950FC3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לאורך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לקבע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דווקא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$I81‎</w:t>
      </w:r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22E9A460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$G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$96)‎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נדרש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הכיוונים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בכיוון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הקורס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נחשבת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853C625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40E58063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3F7B350D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9</w:t>
      </w:r>
    </w:p>
    <w:p w14:paraId="74AEFA74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7CB1FF6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10879DA8" wp14:editId="3F999C57">
            <wp:extent cx="4403200" cy="2168957"/>
            <wp:effectExtent l="0" t="0" r="381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26665" cy="21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608E4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H116, H117 ו-H118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הוזנו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לקוחות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לחיפוש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4DFFBA8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1FC613EE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‎=VLOOKUP(H116,B116:F121,4,0)‎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800</w:t>
      </w:r>
    </w:p>
    <w:p w14:paraId="0CF75846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‎=VLOOKUP(H117,B116:F121,3,0)‎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</w:t>
      </w:r>
    </w:p>
    <w:p w14:paraId="08021B7F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‎=VLOOKUP(H118,B116:F121,2,0)‎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‎#N/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A‎</w:t>
      </w:r>
    </w:p>
    <w:p w14:paraId="53E5951A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995E89A" w14:textId="77777777" w:rsidR="00FD1F59" w:rsidRPr="00B25BE3" w:rsidRDefault="00DC4E33" w:rsidP="001F10D6">
      <w:pPr>
        <w:pStyle w:val="ListParagraph"/>
        <w:keepNext/>
        <w:numPr>
          <w:ilvl w:val="0"/>
          <w:numId w:val="1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ו-3</w:t>
      </w:r>
    </w:p>
    <w:p w14:paraId="770933D5" w14:textId="77777777" w:rsidR="00FD1F59" w:rsidRPr="00B25BE3" w:rsidRDefault="00DC4E33" w:rsidP="001F10D6">
      <w:pPr>
        <w:pStyle w:val="ListParagraph"/>
        <w:keepNext/>
        <w:numPr>
          <w:ilvl w:val="0"/>
          <w:numId w:val="1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3716750E" w14:textId="77777777" w:rsidR="00FD1F59" w:rsidRPr="00B25BE3" w:rsidRDefault="00DC4E33" w:rsidP="001F10D6">
      <w:pPr>
        <w:pStyle w:val="ListParagraph"/>
        <w:keepNext/>
        <w:numPr>
          <w:ilvl w:val="0"/>
          <w:numId w:val="1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73956B88" w14:textId="77777777" w:rsidR="00FD1F59" w:rsidRPr="00B25BE3" w:rsidRDefault="00DC4E33" w:rsidP="001F10D6">
      <w:pPr>
        <w:pStyle w:val="ListParagraph"/>
        <w:keepNext/>
        <w:numPr>
          <w:ilvl w:val="0"/>
          <w:numId w:val="1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464B2B41" w14:textId="77777777" w:rsidR="00FD1F59" w:rsidRPr="00B25BE3" w:rsidRDefault="00DC4E33" w:rsidP="001F10D6">
      <w:pPr>
        <w:pStyle w:val="ListParagraph"/>
        <w:numPr>
          <w:ilvl w:val="0"/>
          <w:numId w:val="1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4CC73733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119D9086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64BE14DB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 xml:space="preserve">VLOOKUP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מחפשת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המבוקש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(B,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שמספרה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הוזן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4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יתרה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5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הארגומנט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האחרון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מדויקת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6B330DE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H116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2003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גל</w:t>
      </w:r>
      <w:proofErr w:type="spellEnd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הרביעית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היתרה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, 800.</w:t>
      </w:r>
    </w:p>
    <w:p w14:paraId="20A8D918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H117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2006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ורד</w:t>
      </w:r>
      <w:proofErr w:type="spellEnd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השלישית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חיפה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לקבל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השנייה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89D2B8A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H118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2009,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gramStart"/>
      <w:r w:rsidRPr="00B25BE3">
        <w:rPr>
          <w:rFonts w:ascii="David" w:hAnsi="David" w:cs="David" w:hint="cs"/>
          <w:sz w:val="24"/>
          <w:szCs w:val="24"/>
          <w:rtl/>
        </w:rPr>
        <w:t>2006),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ובהתאמה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מדויקת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מתקבלת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שגיאת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‎#N/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A‎</w:t>
      </w:r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109BFAF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4AF89C0B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3E872D8F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10</w:t>
      </w:r>
    </w:p>
    <w:p w14:paraId="62EB9F70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4507963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5706C98C" wp14:editId="6510CC53">
            <wp:extent cx="4230733" cy="208400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3130" cy="209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D7B72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המבוקש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מוקלד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שימוש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H.</w:t>
      </w:r>
    </w:p>
    <w:p w14:paraId="1D858BE6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754B4F9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proofErr w:type="gramStart"/>
      <w:r w:rsidRPr="00B25BE3">
        <w:rPr>
          <w:rFonts w:ascii="David" w:hAnsi="David" w:cs="David" w:hint="cs"/>
          <w:sz w:val="24"/>
          <w:szCs w:val="24"/>
        </w:rPr>
        <w:t>VLOOKUP(</w:t>
      </w:r>
      <w:proofErr w:type="gramEnd"/>
      <w:r w:rsidRPr="00B25BE3">
        <w:rPr>
          <w:rFonts w:ascii="David" w:hAnsi="David" w:cs="David" w:hint="cs"/>
          <w:sz w:val="24"/>
          <w:szCs w:val="24"/>
        </w:rPr>
        <w:t>2004,B116:F121,5,0)‎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עסקי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</w:t>
      </w:r>
    </w:p>
    <w:p w14:paraId="77AF73B2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proofErr w:type="gramStart"/>
      <w:r w:rsidRPr="00B25BE3">
        <w:rPr>
          <w:rFonts w:ascii="David" w:hAnsi="David" w:cs="David" w:hint="cs"/>
          <w:sz w:val="24"/>
          <w:szCs w:val="24"/>
        </w:rPr>
        <w:t>VLOOKUP(</w:t>
      </w:r>
      <w:proofErr w:type="gramEnd"/>
      <w:r w:rsidRPr="00B25BE3">
        <w:rPr>
          <w:rFonts w:ascii="David" w:hAnsi="David" w:cs="David" w:hint="cs"/>
          <w:sz w:val="24"/>
          <w:szCs w:val="24"/>
        </w:rPr>
        <w:t>2001,B116:F121,2,0)‎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אורית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</w:t>
      </w:r>
    </w:p>
    <w:p w14:paraId="20F65932" w14:textId="77777777" w:rsidR="00FD1F59" w:rsidRPr="00B25BE3" w:rsidRDefault="00DC4E33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מוקלד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המבוקש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מחייב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עריכה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עצמה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</w:p>
    <w:p w14:paraId="25C88B70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199A0AFA" w14:textId="77777777" w:rsidR="00FD1F59" w:rsidRPr="00B25BE3" w:rsidRDefault="00DC4E33" w:rsidP="001F10D6">
      <w:pPr>
        <w:pStyle w:val="ListParagraph"/>
        <w:keepNext/>
        <w:numPr>
          <w:ilvl w:val="0"/>
          <w:numId w:val="1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45A3D0A4" w14:textId="77777777" w:rsidR="00FD1F59" w:rsidRPr="00B25BE3" w:rsidRDefault="00DC4E33" w:rsidP="001F10D6">
      <w:pPr>
        <w:pStyle w:val="ListParagraph"/>
        <w:keepNext/>
        <w:numPr>
          <w:ilvl w:val="0"/>
          <w:numId w:val="1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388809C8" w14:textId="77777777" w:rsidR="00FD1F59" w:rsidRPr="00B25BE3" w:rsidRDefault="00DC4E33" w:rsidP="001F10D6">
      <w:pPr>
        <w:pStyle w:val="ListParagraph"/>
        <w:keepNext/>
        <w:numPr>
          <w:ilvl w:val="0"/>
          <w:numId w:val="1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55EC0E34" w14:textId="77777777" w:rsidR="00FD1F59" w:rsidRPr="00B25BE3" w:rsidRDefault="00DC4E33" w:rsidP="001F10D6">
      <w:pPr>
        <w:pStyle w:val="ListParagraph"/>
        <w:keepNext/>
        <w:numPr>
          <w:ilvl w:val="0"/>
          <w:numId w:val="1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ו-3</w:t>
      </w:r>
    </w:p>
    <w:p w14:paraId="5BE9C4D8" w14:textId="77777777" w:rsidR="00FD1F59" w:rsidRPr="00B25BE3" w:rsidRDefault="00DC4E33" w:rsidP="001F10D6">
      <w:pPr>
        <w:pStyle w:val="ListParagraph"/>
        <w:numPr>
          <w:ilvl w:val="0"/>
          <w:numId w:val="1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32317826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EDB0FF0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24FF44A1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2004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דוד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החמישית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עסקי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6FF8912D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נמצא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השנייה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אורית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2DE6707F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שהוקלד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ולחיפוש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לערוך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עצמה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בעבודה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וזו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שנלמדה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בקורס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C76896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6A83443C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8DD94A1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11</w:t>
      </w:r>
    </w:p>
    <w:p w14:paraId="779BAE5D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A7D29BC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4C5A1A67" wp14:editId="37B3BAF5">
            <wp:extent cx="5852160" cy="28826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8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6E631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לרשום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שתחזיר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שמספרו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2005,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מוקלד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שימוש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H).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איזו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מהנוסחאות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מבצעת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?</w:t>
      </w:r>
    </w:p>
    <w:p w14:paraId="69A9B7EC" w14:textId="77777777" w:rsidR="00FD1F59" w:rsidRPr="00B25BE3" w:rsidRDefault="00DC4E33" w:rsidP="001F10D6">
      <w:pPr>
        <w:pStyle w:val="ListParagraph"/>
        <w:keepNext/>
        <w:numPr>
          <w:ilvl w:val="0"/>
          <w:numId w:val="1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‎=VLOOKUP(2005,B116:F121,3,0)‎</w:t>
      </w:r>
    </w:p>
    <w:p w14:paraId="2F01B592" w14:textId="77777777" w:rsidR="00FD1F59" w:rsidRPr="00B25BE3" w:rsidRDefault="00DC4E33" w:rsidP="001F10D6">
      <w:pPr>
        <w:pStyle w:val="ListParagraph"/>
        <w:keepNext/>
        <w:numPr>
          <w:ilvl w:val="0"/>
          <w:numId w:val="1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‎=VLOOKUP(2005,B116:F121,2,0)‎</w:t>
      </w:r>
    </w:p>
    <w:p w14:paraId="6F9F7DE6" w14:textId="77777777" w:rsidR="00FD1F59" w:rsidRPr="00B25BE3" w:rsidRDefault="00DC4E33" w:rsidP="001F10D6">
      <w:pPr>
        <w:pStyle w:val="ListParagraph"/>
        <w:keepNext/>
        <w:numPr>
          <w:ilvl w:val="0"/>
          <w:numId w:val="1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‎=VLOOKUP(H116,B116:F121,3,0)‎</w:t>
      </w:r>
    </w:p>
    <w:p w14:paraId="54ADD4EB" w14:textId="77777777" w:rsidR="00FD1F59" w:rsidRPr="00B25BE3" w:rsidRDefault="00DC4E33" w:rsidP="001F10D6">
      <w:pPr>
        <w:pStyle w:val="ListParagraph"/>
        <w:keepNext/>
        <w:numPr>
          <w:ilvl w:val="0"/>
          <w:numId w:val="1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‎=VLOOKUP(2005,C116:F121,3,0)‎</w:t>
      </w:r>
    </w:p>
    <w:p w14:paraId="2BCE18A9" w14:textId="77777777" w:rsidR="00FD1F59" w:rsidRPr="00B25BE3" w:rsidRDefault="00DC4E33" w:rsidP="001F10D6">
      <w:pPr>
        <w:pStyle w:val="ListParagraph"/>
        <w:numPr>
          <w:ilvl w:val="0"/>
          <w:numId w:val="17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‎=VLOOKUP(3,B116:F121,2005,0)‎</w:t>
      </w:r>
    </w:p>
    <w:p w14:paraId="1C94C458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123D193F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4CFE3EFB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הארגומנט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המבוקש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2005)‎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שחייב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להתחיל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B116:F121)‎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השלישי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שממנה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השלישית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והרביעי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להתאמה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מדויקת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50C30CC2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); H116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מחפש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‎(2003)‎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2005;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שמתחיל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‎#N/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A‎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האחרונה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הארגומנטים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65CD45B1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0EF781A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834A74C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12</w:t>
      </w:r>
    </w:p>
    <w:p w14:paraId="2702F616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37A77DEA" w14:textId="77777777" w:rsidR="00FD1F59" w:rsidRPr="00B25BE3" w:rsidRDefault="00DC4E33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0518252B" wp14:editId="0A56A623">
            <wp:extent cx="5852160" cy="28826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8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3E45" w14:textId="77777777" w:rsidR="00FD1F59" w:rsidRPr="00B25BE3" w:rsidRDefault="00DC4E33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מחוץ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נרשמה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proofErr w:type="gramStart"/>
      <w:r w:rsidRPr="00B25BE3">
        <w:rPr>
          <w:rFonts w:ascii="David" w:hAnsi="David" w:cs="David" w:hint="cs"/>
          <w:sz w:val="24"/>
          <w:szCs w:val="24"/>
        </w:rPr>
        <w:t>VLOOKUP(</w:t>
      </w:r>
      <w:proofErr w:type="gramEnd"/>
      <w:r w:rsidRPr="00B25BE3">
        <w:rPr>
          <w:rFonts w:ascii="David" w:hAnsi="David" w:cs="David" w:hint="cs"/>
          <w:sz w:val="24"/>
          <w:szCs w:val="24"/>
        </w:rPr>
        <w:t>2010,B116:F121,2,0)‎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יוצג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?</w:t>
      </w:r>
    </w:p>
    <w:p w14:paraId="31DFA2C0" w14:textId="77777777" w:rsidR="00FD1F59" w:rsidRPr="00B25BE3" w:rsidRDefault="00DC4E33" w:rsidP="001F10D6">
      <w:pPr>
        <w:pStyle w:val="ListParagraph"/>
        <w:keepNext/>
        <w:numPr>
          <w:ilvl w:val="0"/>
          <w:numId w:val="18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‎#N/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A‎</w:t>
      </w:r>
    </w:p>
    <w:p w14:paraId="6B7376BD" w14:textId="77777777" w:rsidR="00FD1F59" w:rsidRPr="00B25BE3" w:rsidRDefault="00DC4E33" w:rsidP="001F10D6">
      <w:pPr>
        <w:pStyle w:val="ListParagraph"/>
        <w:keepNext/>
        <w:numPr>
          <w:ilvl w:val="0"/>
          <w:numId w:val="18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>0</w:t>
      </w:r>
    </w:p>
    <w:p w14:paraId="479F2C71" w14:textId="77777777" w:rsidR="00FD1F59" w:rsidRPr="00B25BE3" w:rsidRDefault="00DC4E33" w:rsidP="001F10D6">
      <w:pPr>
        <w:pStyle w:val="ListParagraph"/>
        <w:keepNext/>
        <w:numPr>
          <w:ilvl w:val="0"/>
          <w:numId w:val="18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>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האחרון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</w:t>
      </w:r>
    </w:p>
    <w:p w14:paraId="4078C796" w14:textId="77777777" w:rsidR="00FD1F59" w:rsidRPr="00B25BE3" w:rsidRDefault="00DC4E33" w:rsidP="001F10D6">
      <w:pPr>
        <w:pStyle w:val="ListParagraph"/>
        <w:keepNext/>
        <w:numPr>
          <w:ilvl w:val="0"/>
          <w:numId w:val="18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‎#REF!‎</w:t>
      </w:r>
    </w:p>
    <w:p w14:paraId="748DABD7" w14:textId="77777777" w:rsidR="00FD1F59" w:rsidRPr="00B25BE3" w:rsidRDefault="00DC4E33" w:rsidP="001F10D6">
      <w:pPr>
        <w:pStyle w:val="ListParagraph"/>
        <w:numPr>
          <w:ilvl w:val="0"/>
          <w:numId w:val="1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יישאר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</w:p>
    <w:p w14:paraId="7A065BF3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1027B6D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745F212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הלקוח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2010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בהתאמה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מדויקת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VLOOKUP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קרוב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שגיאת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נמצא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״: </w:t>
      </w:r>
      <w:r w:rsidRPr="00B25BE3">
        <w:rPr>
          <w:rFonts w:ascii="David" w:hAnsi="David" w:cs="David" w:hint="cs"/>
          <w:sz w:val="24"/>
          <w:szCs w:val="24"/>
        </w:rPr>
        <w:t>‎#N/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A‎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השגיאה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‎#REF!‎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מתקבלת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במקרה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המבוקש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11645E7B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5289422A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6BC28E9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13</w:t>
      </w:r>
    </w:p>
    <w:p w14:paraId="2B7A62D0" w14:textId="77777777" w:rsidR="00EE4072" w:rsidRPr="00B25BE3" w:rsidRDefault="00EE4072" w:rsidP="00EE4072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לפניכם טבלת נתוני שכר של עובדים ועובדות שונים ושונות:</w:t>
      </w:r>
    </w:p>
    <w:p w14:paraId="112D9C42" w14:textId="77777777" w:rsidR="00EE4072" w:rsidRPr="00B25BE3" w:rsidRDefault="00EE4072" w:rsidP="00EE4072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noProof/>
          <w:sz w:val="24"/>
          <w:szCs w:val="24"/>
          <w:rtl/>
          <w:lang w:bidi="he-IL"/>
        </w:rPr>
        <w:drawing>
          <wp:inline distT="0" distB="0" distL="0" distR="0" wp14:anchorId="11B2931A" wp14:editId="2F66CFD9">
            <wp:extent cx="4140403" cy="2064009"/>
            <wp:effectExtent l="0" t="0" r="0" b="6350"/>
            <wp:docPr id="1494557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5577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69835" cy="207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04986" w14:textId="77777777" w:rsidR="00EE4072" w:rsidRPr="00B25BE3" w:rsidRDefault="00EE4072" w:rsidP="00EE4072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5AA16056" w14:textId="77777777" w:rsidR="00EE4072" w:rsidRPr="00B25BE3" w:rsidRDefault="00EE4072" w:rsidP="00EE4072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טענה 1: הנוסחה הבאה </w:t>
      </w:r>
      <w:r w:rsidR="00424A2A" w:rsidRPr="00B25BE3">
        <w:rPr>
          <w:rFonts w:ascii="David" w:hAnsi="David" w:cs="David" w:hint="cs"/>
          <w:sz w:val="24"/>
          <w:szCs w:val="24"/>
          <w:rtl/>
          <w:lang w:bidi="he-IL"/>
        </w:rPr>
        <w:t>מחשבת את ממוצע השכר של הזכרים בלבד:</w:t>
      </w:r>
    </w:p>
    <w:p w14:paraId="7BF9A818" w14:textId="77777777" w:rsidR="00E44D5A" w:rsidRPr="00B25BE3" w:rsidRDefault="00424A2A" w:rsidP="00E44D5A">
      <w:pPr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=AVERAGEIF(</w:t>
      </w:r>
      <w:r w:rsidR="00E44D5A" w:rsidRPr="00B25BE3">
        <w:rPr>
          <w:rFonts w:ascii="David" w:hAnsi="David" w:cs="David" w:hint="cs"/>
          <w:sz w:val="24"/>
          <w:szCs w:val="24"/>
          <w:lang w:bidi="he-IL"/>
        </w:rPr>
        <w:t>L80:L85,O80,M80:M85)</w:t>
      </w:r>
    </w:p>
    <w:p w14:paraId="33B28D4A" w14:textId="77777777" w:rsidR="00E44D5A" w:rsidRPr="00B25BE3" w:rsidRDefault="00E44D5A" w:rsidP="00E44D5A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2: הנוסחה הבאה מחשבת את ממוצע השכר של הנשים בלבד:</w:t>
      </w:r>
    </w:p>
    <w:p w14:paraId="63E3315D" w14:textId="77777777" w:rsidR="00E44D5A" w:rsidRPr="00B25BE3" w:rsidRDefault="00E44D5A" w:rsidP="00E44D5A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=AVERAGEIF(O8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>1</w:t>
      </w:r>
      <w:r w:rsidRPr="00B25BE3">
        <w:rPr>
          <w:rFonts w:ascii="David" w:hAnsi="David" w:cs="David" w:hint="cs"/>
          <w:sz w:val="24"/>
          <w:szCs w:val="24"/>
          <w:lang w:bidi="he-IL"/>
        </w:rPr>
        <w:t>,M80:M85)</w:t>
      </w:r>
    </w:p>
    <w:p w14:paraId="1DE9A2B1" w14:textId="77777777" w:rsidR="00E44D5A" w:rsidRPr="00B25BE3" w:rsidRDefault="00E44D5A" w:rsidP="00E44D5A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3: הנוסחה הבאה מחשבת את ממוצע השכר של הנשים בלבד:</w:t>
      </w:r>
    </w:p>
    <w:p w14:paraId="271314FA" w14:textId="77777777" w:rsidR="00E44D5A" w:rsidRPr="00B25BE3" w:rsidRDefault="00E44D5A" w:rsidP="00E44D5A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=AVERAGEIF(L80:L85,O8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>1</w:t>
      </w:r>
      <w:r w:rsidRPr="00B25BE3">
        <w:rPr>
          <w:rFonts w:ascii="David" w:hAnsi="David" w:cs="David" w:hint="cs"/>
          <w:sz w:val="24"/>
          <w:szCs w:val="24"/>
          <w:lang w:bidi="he-IL"/>
        </w:rPr>
        <w:t>)</w:t>
      </w:r>
    </w:p>
    <w:p w14:paraId="221888E6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2489D5F" w14:textId="77777777" w:rsidR="00804A38" w:rsidRPr="00B25BE3" w:rsidRDefault="001F10D6" w:rsidP="001F10D6">
      <w:pPr>
        <w:pStyle w:val="ListParagraph"/>
        <w:keepNext/>
        <w:numPr>
          <w:ilvl w:val="0"/>
          <w:numId w:val="1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56CA19BB" w14:textId="77777777" w:rsidR="00804A38" w:rsidRPr="00B25BE3" w:rsidRDefault="001F10D6" w:rsidP="001F10D6">
      <w:pPr>
        <w:pStyle w:val="ListParagraph"/>
        <w:keepNext/>
        <w:numPr>
          <w:ilvl w:val="0"/>
          <w:numId w:val="1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2249FB12" w14:textId="77777777" w:rsidR="00804A38" w:rsidRPr="00B25BE3" w:rsidRDefault="001F10D6" w:rsidP="001F10D6">
      <w:pPr>
        <w:pStyle w:val="ListParagraph"/>
        <w:keepNext/>
        <w:numPr>
          <w:ilvl w:val="0"/>
          <w:numId w:val="1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0B3196BE" w14:textId="77777777" w:rsidR="00804A38" w:rsidRPr="00B25BE3" w:rsidRDefault="001F10D6" w:rsidP="001F10D6">
      <w:pPr>
        <w:pStyle w:val="ListParagraph"/>
        <w:keepNext/>
        <w:numPr>
          <w:ilvl w:val="0"/>
          <w:numId w:val="1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0870A927" w14:textId="77777777" w:rsidR="00804A38" w:rsidRPr="00B25BE3" w:rsidRDefault="001F10D6" w:rsidP="001F10D6">
      <w:pPr>
        <w:pStyle w:val="ListParagraph"/>
        <w:numPr>
          <w:ilvl w:val="0"/>
          <w:numId w:val="1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6516047F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18B7795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51B6EC73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כשפותרים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AVERAGEIF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יכולים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199DC8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‎(1)‎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החישוב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נניח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ממוצע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שמרוויחים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20,000: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הממוצע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על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במקרה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כזה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ארגומנטים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36AF1931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‎(2)‎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מסוימת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והחישוב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המצב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המגדר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(L)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והחישוב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(M).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במקרה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כזה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מגדירה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קודם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שעליו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בודקים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ואז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O80,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זכר</w:t>
      </w:r>
      <w:proofErr w:type="spellEnd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״),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ואז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שעליו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מחשבים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הממוצע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6662BF6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בכפוף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למבנה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30000).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הארגומנט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צריך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המגדר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הוצב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במקום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הארגומנט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השלישי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הפונקציה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מנסה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למצע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המגדר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עצמה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טקסט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במקום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48B1814A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5CB9D690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069349E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14</w:t>
      </w:r>
    </w:p>
    <w:p w14:paraId="3F14773A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F2EC025" w14:textId="77777777" w:rsidR="0007373A" w:rsidRPr="00B25BE3" w:rsidRDefault="001F10D6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1C4F3DAB" wp14:editId="26FD83B8">
            <wp:extent cx="4206240" cy="3490284"/>
            <wp:effectExtent l="0" t="0" r="0" b="0"/>
            <wp:docPr id="1494557739" name="Picture 1494557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49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DF747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מוצגות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סניף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לחשב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הסניפים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המופיעים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איזו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מהנוסחאות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מבצעת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54541C3C" w14:textId="77777777" w:rsidR="0007373A" w:rsidRPr="00B25BE3" w:rsidRDefault="001F10D6" w:rsidP="001F10D6">
      <w:pPr>
        <w:pStyle w:val="ListParagraph"/>
        <w:keepNext/>
        <w:numPr>
          <w:ilvl w:val="0"/>
          <w:numId w:val="2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‎=SUM(D131:D136)‎</w:t>
      </w:r>
    </w:p>
    <w:p w14:paraId="39CC018A" w14:textId="77777777" w:rsidR="0007373A" w:rsidRPr="00B25BE3" w:rsidRDefault="001F10D6" w:rsidP="001F10D6">
      <w:pPr>
        <w:pStyle w:val="ListParagraph"/>
        <w:keepNext/>
        <w:numPr>
          <w:ilvl w:val="0"/>
          <w:numId w:val="2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‎=SUM(D$131:D$136)‎</w:t>
      </w:r>
    </w:p>
    <w:p w14:paraId="6263D982" w14:textId="77777777" w:rsidR="0007373A" w:rsidRPr="00B25BE3" w:rsidRDefault="001F10D6" w:rsidP="001F10D6">
      <w:pPr>
        <w:pStyle w:val="ListParagraph"/>
        <w:keepNext/>
        <w:numPr>
          <w:ilvl w:val="0"/>
          <w:numId w:val="2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‎=D131+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D136‎</w:t>
      </w:r>
    </w:p>
    <w:p w14:paraId="2B9C29EB" w14:textId="77777777" w:rsidR="0007373A" w:rsidRPr="00B25BE3" w:rsidRDefault="001F10D6" w:rsidP="001F10D6">
      <w:pPr>
        <w:pStyle w:val="ListParagraph"/>
        <w:keepNext/>
        <w:numPr>
          <w:ilvl w:val="0"/>
          <w:numId w:val="2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‎=AVERAGE(D131:D136)‎</w:t>
      </w:r>
    </w:p>
    <w:p w14:paraId="2100E01C" w14:textId="77777777" w:rsidR="0007373A" w:rsidRPr="00B25BE3" w:rsidRDefault="001F10D6" w:rsidP="001F10D6">
      <w:pPr>
        <w:pStyle w:val="ListParagraph"/>
        <w:numPr>
          <w:ilvl w:val="0"/>
          <w:numId w:val="20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‎=COUNT(D131:D136)‎</w:t>
      </w:r>
    </w:p>
    <w:p w14:paraId="39A24D7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281B587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651DCED6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מחושב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ב-SUM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r w:rsidRPr="00B25BE3">
        <w:rPr>
          <w:rFonts w:ascii="David" w:hAnsi="David" w:cs="David" w:hint="cs"/>
          <w:sz w:val="24"/>
          <w:szCs w:val="24"/>
        </w:rPr>
        <w:t>‎=SUM(D131:D</w:t>
      </w:r>
      <w:proofErr w:type="gramStart"/>
      <w:r w:rsidRPr="00B25BE3">
        <w:rPr>
          <w:rFonts w:ascii="David" w:hAnsi="David" w:cs="David" w:hint="cs"/>
          <w:sz w:val="24"/>
          <w:szCs w:val="24"/>
        </w:rPr>
        <w:t>136)‎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1500.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והאפשרות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‎D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$131:D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$136‎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נפסלת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r w:rsidRPr="00B25BE3">
        <w:rPr>
          <w:rFonts w:ascii="David" w:hAnsi="David" w:cs="David" w:hint="cs"/>
          <w:sz w:val="24"/>
          <w:szCs w:val="24"/>
        </w:rPr>
        <w:t>‎D131+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D136‎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מחבר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הסניף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הראשון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והאחרון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AVERAGE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ממוצע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‎(250)‎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ו-COUNT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‎(6)‎</w:t>
      </w:r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4394DCE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40EC7399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A1B85F4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15</w:t>
      </w:r>
    </w:p>
    <w:p w14:paraId="1CEEC586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F1C5E07" w14:textId="77777777" w:rsidR="0007373A" w:rsidRPr="00B25BE3" w:rsidRDefault="001F10D6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66B2DEF7" wp14:editId="4BEEA653">
            <wp:extent cx="3515521" cy="2917134"/>
            <wp:effectExtent l="0" t="0" r="2540" b="4445"/>
            <wp:docPr id="1494557740" name="Picture 1494557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5489" cy="292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FFCCC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DA1F82C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‎=MIN(D131:D136)‎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90</w:t>
      </w:r>
    </w:p>
    <w:p w14:paraId="79BA968F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proofErr w:type="gramStart"/>
      <w:r w:rsidRPr="00B25BE3">
        <w:rPr>
          <w:rFonts w:ascii="David" w:hAnsi="David" w:cs="David" w:hint="cs"/>
          <w:sz w:val="24"/>
          <w:szCs w:val="24"/>
        </w:rPr>
        <w:t>COUNT(</w:t>
      </w:r>
      <w:proofErr w:type="gramEnd"/>
      <w:r w:rsidRPr="00B25BE3">
        <w:rPr>
          <w:rFonts w:ascii="David" w:hAnsi="David" w:cs="David" w:hint="cs"/>
          <w:sz w:val="24"/>
          <w:szCs w:val="24"/>
        </w:rPr>
        <w:t>C131:C136)‎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6</w:t>
      </w:r>
    </w:p>
    <w:p w14:paraId="062EDF6B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‎=MAX(D131:D</w:t>
      </w:r>
      <w:proofErr w:type="gramStart"/>
      <w:r w:rsidRPr="00B25BE3">
        <w:rPr>
          <w:rFonts w:ascii="David" w:hAnsi="David" w:cs="David" w:hint="cs"/>
          <w:sz w:val="24"/>
          <w:szCs w:val="24"/>
        </w:rPr>
        <w:t>136)-</w:t>
      </w:r>
      <w:proofErr w:type="gramEnd"/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MIN(D131:D136)‎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310</w:t>
      </w:r>
    </w:p>
    <w:p w14:paraId="4F3DBBE6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E5E50F5" w14:textId="77777777" w:rsidR="0007373A" w:rsidRPr="00B25BE3" w:rsidRDefault="001F10D6" w:rsidP="001F10D6">
      <w:pPr>
        <w:pStyle w:val="ListParagraph"/>
        <w:keepNext/>
        <w:numPr>
          <w:ilvl w:val="0"/>
          <w:numId w:val="2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ו-3</w:t>
      </w:r>
    </w:p>
    <w:p w14:paraId="535477C8" w14:textId="77777777" w:rsidR="0007373A" w:rsidRPr="00B25BE3" w:rsidRDefault="001F10D6" w:rsidP="001F10D6">
      <w:pPr>
        <w:pStyle w:val="ListParagraph"/>
        <w:keepNext/>
        <w:numPr>
          <w:ilvl w:val="0"/>
          <w:numId w:val="2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6A841702" w14:textId="77777777" w:rsidR="0007373A" w:rsidRPr="00B25BE3" w:rsidRDefault="001F10D6" w:rsidP="001F10D6">
      <w:pPr>
        <w:pStyle w:val="ListParagraph"/>
        <w:keepNext/>
        <w:numPr>
          <w:ilvl w:val="0"/>
          <w:numId w:val="2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6873A262" w14:textId="77777777" w:rsidR="0007373A" w:rsidRPr="00B25BE3" w:rsidRDefault="001F10D6" w:rsidP="001F10D6">
      <w:pPr>
        <w:pStyle w:val="ListParagraph"/>
        <w:keepNext/>
        <w:numPr>
          <w:ilvl w:val="0"/>
          <w:numId w:val="2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372970B4" w14:textId="77777777" w:rsidR="0007373A" w:rsidRPr="00B25BE3" w:rsidRDefault="001F10D6" w:rsidP="001F10D6">
      <w:pPr>
        <w:pStyle w:val="ListParagraph"/>
        <w:numPr>
          <w:ilvl w:val="0"/>
          <w:numId w:val="2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4BD580D5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58BC443E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4992E8B2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הנמוך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90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23F5DD4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טקסט</w:t>
      </w:r>
      <w:proofErr w:type="spellEnd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ו-COUNT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0.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לספור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משתמשים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ב-COUNTA.</w:t>
      </w:r>
    </w:p>
    <w:p w14:paraId="2A36430F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הגבוה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400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אביב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והנמוך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90,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90 = 310.</w:t>
      </w:r>
    </w:p>
    <w:p w14:paraId="7EB7699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5D5BC410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47D88C9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16</w:t>
      </w:r>
    </w:p>
    <w:p w14:paraId="7EF53ADE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0E04B2A" w14:textId="77777777" w:rsidR="0007373A" w:rsidRPr="00B25BE3" w:rsidRDefault="001F10D6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39E4F5DA" wp14:editId="081C210F">
            <wp:extent cx="3475340" cy="3053261"/>
            <wp:effectExtent l="0" t="0" r="5080" b="0"/>
            <wp:docPr id="1494557741" name="Picture 1494557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1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06175" cy="308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04F1E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הנראים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לחלוטין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21D808F8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7DCC81D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proofErr w:type="gramStart"/>
      <w:r w:rsidRPr="00B25BE3">
        <w:rPr>
          <w:rFonts w:ascii="David" w:hAnsi="David" w:cs="David" w:hint="cs"/>
          <w:sz w:val="24"/>
          <w:szCs w:val="24"/>
        </w:rPr>
        <w:t>COUNT(</w:t>
      </w:r>
      <w:proofErr w:type="gramEnd"/>
      <w:r w:rsidRPr="00B25BE3">
        <w:rPr>
          <w:rFonts w:ascii="David" w:hAnsi="David" w:cs="David" w:hint="cs"/>
          <w:sz w:val="24"/>
          <w:szCs w:val="24"/>
        </w:rPr>
        <w:t>C146:C151)‎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6</w:t>
      </w:r>
    </w:p>
    <w:p w14:paraId="6BF5FF50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‎=COUNTA(D146:D151)‎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</w:t>
      </w:r>
    </w:p>
    <w:p w14:paraId="575086CA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proofErr w:type="gramStart"/>
      <w:r w:rsidRPr="00B25BE3">
        <w:rPr>
          <w:rFonts w:ascii="David" w:hAnsi="David" w:cs="David" w:hint="cs"/>
          <w:sz w:val="24"/>
          <w:szCs w:val="24"/>
        </w:rPr>
        <w:t>COUNTBLANK(</w:t>
      </w:r>
      <w:proofErr w:type="gramEnd"/>
      <w:r w:rsidRPr="00B25BE3">
        <w:rPr>
          <w:rFonts w:ascii="David" w:hAnsi="David" w:cs="David" w:hint="cs"/>
          <w:sz w:val="24"/>
          <w:szCs w:val="24"/>
        </w:rPr>
        <w:t>C146:C151)‎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</w:t>
      </w:r>
    </w:p>
    <w:p w14:paraId="474FCE6C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5BAED34F" w14:textId="77777777" w:rsidR="0007373A" w:rsidRPr="00B25BE3" w:rsidRDefault="001F10D6" w:rsidP="001F10D6">
      <w:pPr>
        <w:pStyle w:val="ListParagraph"/>
        <w:keepNext/>
        <w:numPr>
          <w:ilvl w:val="0"/>
          <w:numId w:val="22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ו-3</w:t>
      </w:r>
    </w:p>
    <w:p w14:paraId="5CED61E0" w14:textId="77777777" w:rsidR="0007373A" w:rsidRPr="00B25BE3" w:rsidRDefault="001F10D6" w:rsidP="001F10D6">
      <w:pPr>
        <w:pStyle w:val="ListParagraph"/>
        <w:keepNext/>
        <w:numPr>
          <w:ilvl w:val="0"/>
          <w:numId w:val="22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19D0C8F6" w14:textId="77777777" w:rsidR="0007373A" w:rsidRPr="00B25BE3" w:rsidRDefault="001F10D6" w:rsidP="001F10D6">
      <w:pPr>
        <w:pStyle w:val="ListParagraph"/>
        <w:keepNext/>
        <w:numPr>
          <w:ilvl w:val="0"/>
          <w:numId w:val="22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79BA3F22" w14:textId="77777777" w:rsidR="0007373A" w:rsidRPr="00B25BE3" w:rsidRDefault="001F10D6" w:rsidP="001F10D6">
      <w:pPr>
        <w:pStyle w:val="ListParagraph"/>
        <w:keepNext/>
        <w:numPr>
          <w:ilvl w:val="0"/>
          <w:numId w:val="22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7914FD46" w14:textId="77777777" w:rsidR="0007373A" w:rsidRPr="00B25BE3" w:rsidRDefault="001F10D6" w:rsidP="001F10D6">
      <w:pPr>
        <w:pStyle w:val="ListParagraph"/>
        <w:numPr>
          <w:ilvl w:val="0"/>
          <w:numId w:val="22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35456549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24B68ED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620529E8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 xml:space="preserve">COUNT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COUNTA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טקסט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ו-COUNTBLANK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B259300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והדס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COUNT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6.</w:t>
      </w:r>
    </w:p>
    <w:p w14:paraId="6B85728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חופשה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מילואים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הדרכה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ו-COUNTA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3.</w:t>
      </w:r>
    </w:p>
    <w:p w14:paraId="79871408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ו-COUNTBLANK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2.</w:t>
      </w:r>
    </w:p>
    <w:p w14:paraId="4E186E44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1A4B0E2F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C6BCEA1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17</w:t>
      </w:r>
    </w:p>
    <w:p w14:paraId="5EE2E11C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40E2DB38" w14:textId="77777777" w:rsidR="0007373A" w:rsidRPr="00B25BE3" w:rsidRDefault="001F10D6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047C5EA3" wp14:editId="3563EC0D">
            <wp:extent cx="3554704" cy="2890166"/>
            <wp:effectExtent l="0" t="0" r="1905" b="5715"/>
            <wp:docPr id="1494557742" name="Picture 1494557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7021" cy="290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0CA56" w14:textId="77777777" w:rsidR="0007373A" w:rsidRPr="00B25BE3" w:rsidRDefault="003D3F9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6B5F1AA8" w14:textId="77777777" w:rsidR="003D3F93" w:rsidRPr="00B25BE3" w:rsidRDefault="003D3F93" w:rsidP="003D3F9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1: כדי לחשב את מספר הסטודנטים שקיבלו 80 ומעלה במבחן, הנוסחה תהיה:</w:t>
      </w:r>
    </w:p>
    <w:p w14:paraId="3A8EA1EE" w14:textId="77777777" w:rsidR="003D3F93" w:rsidRPr="00B25BE3" w:rsidRDefault="003D3F93" w:rsidP="003D3F93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=COUNTIF(F162,D161:D167)</w:t>
      </w:r>
    </w:p>
    <w:p w14:paraId="0CE70DE4" w14:textId="77777777" w:rsidR="003D3F93" w:rsidRPr="00B25BE3" w:rsidRDefault="003D3F93" w:rsidP="003D3F9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טענה </w:t>
      </w:r>
      <w:r w:rsidRPr="00B25BE3">
        <w:rPr>
          <w:rFonts w:ascii="David" w:hAnsi="David" w:cs="David" w:hint="cs"/>
          <w:sz w:val="24"/>
          <w:szCs w:val="24"/>
          <w:lang w:bidi="he-IL"/>
        </w:rPr>
        <w:t>2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>: כדי לחשב את מספר הסטודנטים שקיבלו 80 ומעלה במבחן, הנוסחה תהיה:</w:t>
      </w:r>
    </w:p>
    <w:p w14:paraId="170CA2EC" w14:textId="77777777" w:rsidR="003D3F93" w:rsidRPr="00B25BE3" w:rsidRDefault="003D3F93" w:rsidP="003D3F93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=COUNTIF(D161:D167,F162)</w:t>
      </w:r>
    </w:p>
    <w:p w14:paraId="5AD2E8F6" w14:textId="77777777" w:rsidR="003D3F93" w:rsidRPr="00B25BE3" w:rsidRDefault="003D3F93" w:rsidP="003D3F9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3: כדי לחשב את מספר הסטודנטים העובדים במחלקת השיווק, הנוסחה תהיה:</w:t>
      </w:r>
    </w:p>
    <w:p w14:paraId="68400C2B" w14:textId="77777777" w:rsidR="003D3F93" w:rsidRPr="00B25BE3" w:rsidRDefault="003D3F93" w:rsidP="003D3F93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=COUNTIF(C$161:C$167,F$161)</w:t>
      </w:r>
    </w:p>
    <w:p w14:paraId="7C1FAF8D" w14:textId="77777777" w:rsidR="003D3F93" w:rsidRPr="00B25BE3" w:rsidRDefault="003D3F93" w:rsidP="003D3F9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הטענה / הטענות הנכונה / הנכונות:</w:t>
      </w:r>
    </w:p>
    <w:p w14:paraId="669E9D92" w14:textId="77777777" w:rsidR="003D3F93" w:rsidRPr="00B25BE3" w:rsidRDefault="003D3F93" w:rsidP="001F10D6">
      <w:pPr>
        <w:pStyle w:val="ListParagraph"/>
        <w:numPr>
          <w:ilvl w:val="0"/>
          <w:numId w:val="23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1 בלבד</w:t>
      </w:r>
    </w:p>
    <w:p w14:paraId="6E0FD2B6" w14:textId="77777777" w:rsidR="003D3F93" w:rsidRPr="00B25BE3" w:rsidRDefault="003D3F93" w:rsidP="001F10D6">
      <w:pPr>
        <w:pStyle w:val="ListParagraph"/>
        <w:numPr>
          <w:ilvl w:val="0"/>
          <w:numId w:val="23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2 בלבד</w:t>
      </w:r>
    </w:p>
    <w:p w14:paraId="701386CD" w14:textId="77777777" w:rsidR="003D3F93" w:rsidRPr="00B25BE3" w:rsidRDefault="003D3F93" w:rsidP="001F10D6">
      <w:pPr>
        <w:pStyle w:val="ListParagraph"/>
        <w:numPr>
          <w:ilvl w:val="0"/>
          <w:numId w:val="23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3 בלבד</w:t>
      </w:r>
    </w:p>
    <w:p w14:paraId="38275BE3" w14:textId="77777777" w:rsidR="003D3F93" w:rsidRPr="00B25BE3" w:rsidRDefault="0048635C" w:rsidP="001F10D6">
      <w:pPr>
        <w:pStyle w:val="ListParagraph"/>
        <w:numPr>
          <w:ilvl w:val="0"/>
          <w:numId w:val="23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טענות 2 ו-3</w:t>
      </w:r>
    </w:p>
    <w:p w14:paraId="58FCDF37" w14:textId="77777777" w:rsidR="0048635C" w:rsidRPr="00B25BE3" w:rsidRDefault="0048635C" w:rsidP="001F10D6">
      <w:pPr>
        <w:pStyle w:val="ListParagraph"/>
        <w:numPr>
          <w:ilvl w:val="0"/>
          <w:numId w:val="23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כל יתר האפשרויות שגויות</w:t>
      </w:r>
    </w:p>
    <w:p w14:paraId="780C335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0719B1AD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FC1E813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 xml:space="preserve">ב-COUNTIF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קודם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בודקים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ואחריו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F161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שיווק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ו-F162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‎&gt;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=80‎</w:t>
      </w:r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4CF123E0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הארגומנטים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הפוך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59FA35B2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הציונים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‎D161:D167‎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F162;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4.</w:t>
      </w:r>
    </w:p>
    <w:p w14:paraId="6EEAC806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אמנם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אנשי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השיווק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3)‎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($)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שאינם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נדרשים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הקורס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נחשבת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400890A1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ב.</w:t>
      </w:r>
    </w:p>
    <w:p w14:paraId="23A15378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F0BFA6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18</w:t>
      </w:r>
    </w:p>
    <w:p w14:paraId="0992637E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4FFF880D" w14:textId="77777777" w:rsidR="0007373A" w:rsidRPr="00B25BE3" w:rsidRDefault="001F10D6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71CC18DA" wp14:editId="2C939E6C">
            <wp:extent cx="3664034" cy="2979057"/>
            <wp:effectExtent l="0" t="0" r="0" b="5715"/>
            <wp:docPr id="1494557743" name="Picture 1494557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69666" cy="298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34C2B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תחזיר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‎=COUNTIF(D161:D167,F162)‎</w:t>
      </w:r>
      <w:r w:rsidRPr="00B25BE3">
        <w:rPr>
          <w:rFonts w:ascii="David" w:hAnsi="David" w:cs="David" w:hint="cs"/>
          <w:sz w:val="24"/>
          <w:szCs w:val="24"/>
          <w:rtl/>
        </w:rPr>
        <w:t>?</w:t>
      </w:r>
    </w:p>
    <w:p w14:paraId="145DC140" w14:textId="77777777" w:rsidR="0007373A" w:rsidRPr="00B25BE3" w:rsidRDefault="001F10D6" w:rsidP="001F10D6">
      <w:pPr>
        <w:pStyle w:val="ListParagraph"/>
        <w:keepNext/>
        <w:numPr>
          <w:ilvl w:val="0"/>
          <w:numId w:val="24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>4</w:t>
      </w:r>
    </w:p>
    <w:p w14:paraId="6BCB6D7E" w14:textId="77777777" w:rsidR="0007373A" w:rsidRPr="00B25BE3" w:rsidRDefault="001F10D6" w:rsidP="001F10D6">
      <w:pPr>
        <w:pStyle w:val="ListParagraph"/>
        <w:keepNext/>
        <w:numPr>
          <w:ilvl w:val="0"/>
          <w:numId w:val="24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>3</w:t>
      </w:r>
    </w:p>
    <w:p w14:paraId="76347248" w14:textId="77777777" w:rsidR="0007373A" w:rsidRPr="00B25BE3" w:rsidRDefault="001F10D6" w:rsidP="001F10D6">
      <w:pPr>
        <w:pStyle w:val="ListParagraph"/>
        <w:keepNext/>
        <w:numPr>
          <w:ilvl w:val="0"/>
          <w:numId w:val="24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>2</w:t>
      </w:r>
    </w:p>
    <w:p w14:paraId="55112991" w14:textId="77777777" w:rsidR="0007373A" w:rsidRPr="00B25BE3" w:rsidRDefault="001F10D6" w:rsidP="001F10D6">
      <w:pPr>
        <w:pStyle w:val="ListParagraph"/>
        <w:keepNext/>
        <w:numPr>
          <w:ilvl w:val="0"/>
          <w:numId w:val="24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>346</w:t>
      </w:r>
    </w:p>
    <w:p w14:paraId="0E7491CB" w14:textId="77777777" w:rsidR="0007373A" w:rsidRPr="00B25BE3" w:rsidRDefault="001F10D6" w:rsidP="001F10D6">
      <w:pPr>
        <w:pStyle w:val="ListParagraph"/>
        <w:numPr>
          <w:ilvl w:val="0"/>
          <w:numId w:val="24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‎#VALUE!‎</w:t>
      </w:r>
    </w:p>
    <w:p w14:paraId="2909E4BA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B986E16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21C43CE0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F162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גדול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שווה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ל-80״.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הציונים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העומדים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85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אבי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 91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 82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 ו-88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ורד</w:t>
      </w:r>
      <w:proofErr w:type="spellEnd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4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סטודנטים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0603306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שימו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346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הציונים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SUMIF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gramStart"/>
      <w:r w:rsidRPr="00B25BE3">
        <w:rPr>
          <w:rFonts w:ascii="David" w:hAnsi="David" w:cs="David" w:hint="cs"/>
          <w:sz w:val="24"/>
          <w:szCs w:val="24"/>
          <w:rtl/>
        </w:rPr>
        <w:t>COUNTIF),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אנשי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השיווק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ו-2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אנשי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השיווק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שעמדו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בתנאי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59211E6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4FC5582E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0D4CAB1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19</w:t>
      </w:r>
    </w:p>
    <w:p w14:paraId="5E70C429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27224D43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פונקציית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COUNT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פונקציית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COUNTA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טקסט</w:t>
      </w:r>
      <w:proofErr w:type="spellEnd"/>
    </w:p>
    <w:p w14:paraId="69FABA2F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פונקציית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COUNTBLANK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שמכילים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0</w:t>
      </w:r>
    </w:p>
    <w:p w14:paraId="52C59BC7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פונקציית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SUM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שגיאה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</w:p>
    <w:p w14:paraId="01F6010E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55932ECE" w14:textId="77777777" w:rsidR="0007373A" w:rsidRPr="00B25BE3" w:rsidRDefault="001F10D6" w:rsidP="001F10D6">
      <w:pPr>
        <w:pStyle w:val="ListParagraph"/>
        <w:keepNext/>
        <w:numPr>
          <w:ilvl w:val="0"/>
          <w:numId w:val="2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0A7781F0" w14:textId="77777777" w:rsidR="0007373A" w:rsidRPr="00B25BE3" w:rsidRDefault="001F10D6" w:rsidP="001F10D6">
      <w:pPr>
        <w:pStyle w:val="ListParagraph"/>
        <w:keepNext/>
        <w:numPr>
          <w:ilvl w:val="0"/>
          <w:numId w:val="2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25C08A4A" w14:textId="77777777" w:rsidR="0007373A" w:rsidRPr="00B25BE3" w:rsidRDefault="001F10D6" w:rsidP="001F10D6">
      <w:pPr>
        <w:pStyle w:val="ListParagraph"/>
        <w:keepNext/>
        <w:numPr>
          <w:ilvl w:val="0"/>
          <w:numId w:val="2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6685F1E7" w14:textId="77777777" w:rsidR="0007373A" w:rsidRPr="00B25BE3" w:rsidRDefault="001F10D6" w:rsidP="001F10D6">
      <w:pPr>
        <w:pStyle w:val="ListParagraph"/>
        <w:keepNext/>
        <w:numPr>
          <w:ilvl w:val="0"/>
          <w:numId w:val="2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ו-3</w:t>
      </w:r>
    </w:p>
    <w:p w14:paraId="3B9E0D86" w14:textId="77777777" w:rsidR="0007373A" w:rsidRPr="00B25BE3" w:rsidRDefault="001F10D6" w:rsidP="001F10D6">
      <w:pPr>
        <w:pStyle w:val="ListParagraph"/>
        <w:numPr>
          <w:ilvl w:val="0"/>
          <w:numId w:val="25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3979A905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0B55E86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9C18B1C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זו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ההבחנה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COUNT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 ל-COUNTA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טקסט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1102AD42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COUNTBLANK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סופרת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שמכיל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2EBD68A9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SUM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מתעלמת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המספרים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שגיאה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3364F143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42887753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085678C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20</w:t>
      </w:r>
    </w:p>
    <w:p w14:paraId="78644B06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3A9F1220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Tab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מעביר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Enter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מעביר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באותה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</w:p>
    <w:p w14:paraId="03873384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לחיצה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ESC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במהלך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הקלדה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מבטלת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שהוקלד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ומחזירה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לתוכנו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הקודם</w:t>
      </w:r>
      <w:proofErr w:type="spellEnd"/>
    </w:p>
    <w:p w14:paraId="74CFF2EA" w14:textId="77777777" w:rsidR="0007373A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דאבל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הגבול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כותרות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אוטומטית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רוחב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שבה</w:t>
      </w:r>
      <w:proofErr w:type="spellEnd"/>
    </w:p>
    <w:p w14:paraId="68A70267" w14:textId="77777777" w:rsidR="0007373A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lastRenderedPageBreak/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A140BF2" w14:textId="77777777" w:rsidR="0007373A" w:rsidRPr="00B25BE3" w:rsidRDefault="001F10D6" w:rsidP="001F10D6">
      <w:pPr>
        <w:pStyle w:val="ListParagraph"/>
        <w:keepNext/>
        <w:numPr>
          <w:ilvl w:val="0"/>
          <w:numId w:val="2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ו-3</w:t>
      </w:r>
    </w:p>
    <w:p w14:paraId="1E1B3DA6" w14:textId="77777777" w:rsidR="0007373A" w:rsidRPr="00B25BE3" w:rsidRDefault="001F10D6" w:rsidP="001F10D6">
      <w:pPr>
        <w:pStyle w:val="ListParagraph"/>
        <w:keepNext/>
        <w:numPr>
          <w:ilvl w:val="0"/>
          <w:numId w:val="2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1618D104" w14:textId="77777777" w:rsidR="0007373A" w:rsidRPr="00B25BE3" w:rsidRDefault="001F10D6" w:rsidP="001F10D6">
      <w:pPr>
        <w:pStyle w:val="ListParagraph"/>
        <w:keepNext/>
        <w:numPr>
          <w:ilvl w:val="0"/>
          <w:numId w:val="2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51173369" w14:textId="77777777" w:rsidR="0007373A" w:rsidRPr="00B25BE3" w:rsidRDefault="001F10D6" w:rsidP="001F10D6">
      <w:pPr>
        <w:pStyle w:val="ListParagraph"/>
        <w:keepNext/>
        <w:numPr>
          <w:ilvl w:val="0"/>
          <w:numId w:val="2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021C1C63" w14:textId="77777777" w:rsidR="0007373A" w:rsidRPr="00B25BE3" w:rsidRDefault="001F10D6" w:rsidP="001F10D6">
      <w:pPr>
        <w:pStyle w:val="ListParagraph"/>
        <w:numPr>
          <w:ilvl w:val="0"/>
          <w:numId w:val="26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0B79C242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591E0B9C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70B041E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Enter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מעביר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, ו-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Tab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מעביר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באותה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(ו-</w:t>
      </w:r>
      <w:r w:rsidRPr="00B25BE3">
        <w:rPr>
          <w:rFonts w:ascii="David" w:hAnsi="David" w:cs="David" w:hint="cs"/>
          <w:sz w:val="24"/>
          <w:szCs w:val="24"/>
        </w:rPr>
        <w:t>‎Shift+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Enter‎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הקודמת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34DCBDC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ESC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מבטל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ההקלדה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ומשאיר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הקודם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1368DE4C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דאבל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הגבול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כותרות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מבצע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אוטומטית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רוחב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3924D823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558477FA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55FB93AD" w14:textId="60D3CA81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proofErr w:type="gram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21</w:t>
      </w:r>
      <w:r w:rsidR="003C26B4">
        <w:rPr>
          <w:rFonts w:ascii="David" w:hAnsi="David" w:cs="David"/>
          <w:b/>
          <w:bCs/>
          <w:sz w:val="24"/>
          <w:szCs w:val="24"/>
        </w:rPr>
        <w:t xml:space="preserve"> </w:t>
      </w:r>
      <w:r w:rsidR="003C26B4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-</w:t>
      </w:r>
      <w:proofErr w:type="gramEnd"/>
      <w:r w:rsidR="003C26B4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</w:t>
      </w:r>
      <w:r w:rsidR="003C26B4" w:rsidRPr="003C26B4">
        <w:rPr>
          <w:rFonts w:ascii="David" w:hAnsi="David" w:cs="David" w:hint="cs"/>
          <w:b/>
          <w:bCs/>
          <w:color w:val="EE0000"/>
          <w:sz w:val="24"/>
          <w:szCs w:val="24"/>
          <w:rtl/>
          <w:lang w:bidi="he-IL"/>
        </w:rPr>
        <w:t>דוגמה לקיבוע שורה</w:t>
      </w:r>
    </w:p>
    <w:p w14:paraId="2F5D363B" w14:textId="77777777" w:rsidR="0088097B" w:rsidRPr="00B25BE3" w:rsidRDefault="009F5BF9" w:rsidP="0088097B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לפניכם טבלת </w:t>
      </w:r>
      <w:r w:rsidRPr="00B25BE3">
        <w:rPr>
          <w:rFonts w:ascii="David" w:hAnsi="David" w:cs="David" w:hint="cs"/>
          <w:sz w:val="24"/>
          <w:szCs w:val="24"/>
          <w:lang w:bidi="he-IL"/>
        </w:rPr>
        <w:t>Excel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89"/>
        <w:gridCol w:w="1326"/>
        <w:gridCol w:w="1327"/>
        <w:gridCol w:w="1327"/>
        <w:gridCol w:w="1327"/>
        <w:gridCol w:w="1327"/>
        <w:gridCol w:w="1327"/>
      </w:tblGrid>
      <w:tr w:rsidR="009F5BF9" w:rsidRPr="00B25BE3" w14:paraId="650BA544" w14:textId="77777777" w:rsidTr="009F5BF9">
        <w:tc>
          <w:tcPr>
            <w:tcW w:w="1389" w:type="dxa"/>
          </w:tcPr>
          <w:p w14:paraId="25F63BDE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6" w:type="dxa"/>
          </w:tcPr>
          <w:p w14:paraId="72638398" w14:textId="77777777" w:rsidR="009F5BF9" w:rsidRPr="00B25BE3" w:rsidRDefault="009F5BF9" w:rsidP="009F5BF9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lang w:bidi="he-IL"/>
              </w:rPr>
              <w:t>A</w:t>
            </w:r>
          </w:p>
        </w:tc>
        <w:tc>
          <w:tcPr>
            <w:tcW w:w="1327" w:type="dxa"/>
          </w:tcPr>
          <w:p w14:paraId="6EBC5727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lang w:bidi="he-IL"/>
              </w:rPr>
              <w:t>B</w:t>
            </w:r>
          </w:p>
        </w:tc>
        <w:tc>
          <w:tcPr>
            <w:tcW w:w="1327" w:type="dxa"/>
          </w:tcPr>
          <w:p w14:paraId="4A685373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lang w:bidi="he-IL"/>
              </w:rPr>
              <w:t>C</w:t>
            </w:r>
          </w:p>
        </w:tc>
        <w:tc>
          <w:tcPr>
            <w:tcW w:w="1327" w:type="dxa"/>
          </w:tcPr>
          <w:p w14:paraId="1F564C5B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lang w:bidi="he-IL"/>
              </w:rPr>
              <w:t>D</w:t>
            </w:r>
          </w:p>
        </w:tc>
        <w:tc>
          <w:tcPr>
            <w:tcW w:w="1327" w:type="dxa"/>
          </w:tcPr>
          <w:p w14:paraId="4CBBEFE9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lang w:bidi="he-IL"/>
              </w:rPr>
              <w:t>E</w:t>
            </w:r>
          </w:p>
        </w:tc>
        <w:tc>
          <w:tcPr>
            <w:tcW w:w="1327" w:type="dxa"/>
          </w:tcPr>
          <w:p w14:paraId="60EFA7F7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lang w:bidi="he-IL"/>
              </w:rPr>
              <w:t>F</w:t>
            </w:r>
          </w:p>
        </w:tc>
      </w:tr>
      <w:tr w:rsidR="009F5BF9" w:rsidRPr="00B25BE3" w14:paraId="5144A4D0" w14:textId="77777777" w:rsidTr="009F5BF9">
        <w:tc>
          <w:tcPr>
            <w:tcW w:w="1389" w:type="dxa"/>
          </w:tcPr>
          <w:p w14:paraId="0AD0092F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</w:t>
            </w:r>
          </w:p>
        </w:tc>
        <w:tc>
          <w:tcPr>
            <w:tcW w:w="1326" w:type="dxa"/>
          </w:tcPr>
          <w:p w14:paraId="69FCFDA1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שם</w:t>
            </w:r>
          </w:p>
        </w:tc>
        <w:tc>
          <w:tcPr>
            <w:tcW w:w="1327" w:type="dxa"/>
          </w:tcPr>
          <w:p w14:paraId="299AF41D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שכר</w:t>
            </w:r>
          </w:p>
        </w:tc>
        <w:tc>
          <w:tcPr>
            <w:tcW w:w="1327" w:type="dxa"/>
          </w:tcPr>
          <w:p w14:paraId="3893C238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ערך מחושב</w:t>
            </w:r>
          </w:p>
        </w:tc>
        <w:tc>
          <w:tcPr>
            <w:tcW w:w="1327" w:type="dxa"/>
          </w:tcPr>
          <w:p w14:paraId="178EB55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58CF79A9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2A7B24EF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תוספת</w:t>
            </w:r>
          </w:p>
        </w:tc>
      </w:tr>
      <w:tr w:rsidR="009F5BF9" w:rsidRPr="00B25BE3" w14:paraId="150E6D17" w14:textId="77777777" w:rsidTr="009F5BF9">
        <w:tc>
          <w:tcPr>
            <w:tcW w:w="1389" w:type="dxa"/>
          </w:tcPr>
          <w:p w14:paraId="51739E0C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</w:t>
            </w:r>
          </w:p>
        </w:tc>
        <w:tc>
          <w:tcPr>
            <w:tcW w:w="1326" w:type="dxa"/>
          </w:tcPr>
          <w:p w14:paraId="5B830E12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אלנה</w:t>
            </w:r>
          </w:p>
        </w:tc>
        <w:tc>
          <w:tcPr>
            <w:tcW w:w="1327" w:type="dxa"/>
          </w:tcPr>
          <w:p w14:paraId="4DBFAEF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10,000</w:t>
            </w:r>
          </w:p>
        </w:tc>
        <w:tc>
          <w:tcPr>
            <w:tcW w:w="1327" w:type="dxa"/>
          </w:tcPr>
          <w:p w14:paraId="4DA81F2F" w14:textId="77777777" w:rsidR="009F5BF9" w:rsidRPr="00B25BE3" w:rsidRDefault="009F5BF9" w:rsidP="00212709">
            <w:pPr>
              <w:spacing w:line="360" w:lineRule="auto"/>
              <w:rPr>
                <w:rFonts w:ascii="David" w:hAnsi="David" w:cs="David"/>
                <w:sz w:val="24"/>
                <w:szCs w:val="24"/>
                <w:lang w:bidi="he-IL"/>
              </w:rPr>
            </w:pPr>
          </w:p>
        </w:tc>
        <w:tc>
          <w:tcPr>
            <w:tcW w:w="1327" w:type="dxa"/>
          </w:tcPr>
          <w:p w14:paraId="45C125AA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1DCED190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224A3CE2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15%</w:t>
            </w:r>
          </w:p>
        </w:tc>
      </w:tr>
      <w:tr w:rsidR="009F5BF9" w:rsidRPr="00B25BE3" w14:paraId="729A4EBA" w14:textId="77777777" w:rsidTr="009F5BF9">
        <w:tc>
          <w:tcPr>
            <w:tcW w:w="1389" w:type="dxa"/>
          </w:tcPr>
          <w:p w14:paraId="657BCDAA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</w:t>
            </w:r>
          </w:p>
        </w:tc>
        <w:tc>
          <w:tcPr>
            <w:tcW w:w="1326" w:type="dxa"/>
          </w:tcPr>
          <w:p w14:paraId="598DE971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סיגלית</w:t>
            </w:r>
          </w:p>
        </w:tc>
        <w:tc>
          <w:tcPr>
            <w:tcW w:w="1327" w:type="dxa"/>
          </w:tcPr>
          <w:p w14:paraId="3441897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15,000</w:t>
            </w:r>
          </w:p>
        </w:tc>
        <w:tc>
          <w:tcPr>
            <w:tcW w:w="1327" w:type="dxa"/>
          </w:tcPr>
          <w:p w14:paraId="514365E8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21A960A8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79EDCBAB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32AB59A1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ניכוי</w:t>
            </w:r>
          </w:p>
        </w:tc>
      </w:tr>
      <w:tr w:rsidR="009F5BF9" w:rsidRPr="00B25BE3" w14:paraId="315259DF" w14:textId="77777777" w:rsidTr="009F5BF9">
        <w:tc>
          <w:tcPr>
            <w:tcW w:w="1389" w:type="dxa"/>
          </w:tcPr>
          <w:p w14:paraId="24CB1C39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</w:t>
            </w:r>
          </w:p>
        </w:tc>
        <w:tc>
          <w:tcPr>
            <w:tcW w:w="1326" w:type="dxa"/>
          </w:tcPr>
          <w:p w14:paraId="1F068AB4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עדי</w:t>
            </w:r>
          </w:p>
        </w:tc>
        <w:tc>
          <w:tcPr>
            <w:tcW w:w="1327" w:type="dxa"/>
          </w:tcPr>
          <w:p w14:paraId="5903E69E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22,000</w:t>
            </w:r>
          </w:p>
        </w:tc>
        <w:tc>
          <w:tcPr>
            <w:tcW w:w="1327" w:type="dxa"/>
          </w:tcPr>
          <w:p w14:paraId="05B32354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445EFE85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0B57063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249633EA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20%</w:t>
            </w:r>
          </w:p>
        </w:tc>
      </w:tr>
      <w:tr w:rsidR="009F5BF9" w:rsidRPr="00B25BE3" w14:paraId="6A453697" w14:textId="77777777" w:rsidTr="009F5BF9">
        <w:tc>
          <w:tcPr>
            <w:tcW w:w="1389" w:type="dxa"/>
          </w:tcPr>
          <w:p w14:paraId="3F4E8CE3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</w:t>
            </w:r>
          </w:p>
        </w:tc>
        <w:tc>
          <w:tcPr>
            <w:tcW w:w="1326" w:type="dxa"/>
          </w:tcPr>
          <w:p w14:paraId="437FC83E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סימה</w:t>
            </w:r>
          </w:p>
        </w:tc>
        <w:tc>
          <w:tcPr>
            <w:tcW w:w="1327" w:type="dxa"/>
          </w:tcPr>
          <w:p w14:paraId="1831BBF5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33,000</w:t>
            </w:r>
          </w:p>
        </w:tc>
        <w:tc>
          <w:tcPr>
            <w:tcW w:w="1327" w:type="dxa"/>
          </w:tcPr>
          <w:p w14:paraId="470459C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0CF514D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312D4503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30BD53D1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9F5BF9" w:rsidRPr="00B25BE3" w14:paraId="4391F09D" w14:textId="77777777" w:rsidTr="009F5BF9">
        <w:tc>
          <w:tcPr>
            <w:tcW w:w="1389" w:type="dxa"/>
          </w:tcPr>
          <w:p w14:paraId="7C4C2B80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</w:t>
            </w:r>
          </w:p>
        </w:tc>
        <w:tc>
          <w:tcPr>
            <w:tcW w:w="1326" w:type="dxa"/>
          </w:tcPr>
          <w:p w14:paraId="112DB5E1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ליאל</w:t>
            </w:r>
          </w:p>
        </w:tc>
        <w:tc>
          <w:tcPr>
            <w:tcW w:w="1327" w:type="dxa"/>
          </w:tcPr>
          <w:p w14:paraId="21A72D44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40,000</w:t>
            </w:r>
          </w:p>
        </w:tc>
        <w:tc>
          <w:tcPr>
            <w:tcW w:w="1327" w:type="dxa"/>
          </w:tcPr>
          <w:p w14:paraId="258049D8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459DA98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4C7D7383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03C54FC5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9F5BF9" w:rsidRPr="00B25BE3" w14:paraId="7D603D71" w14:textId="77777777" w:rsidTr="009F5BF9">
        <w:tc>
          <w:tcPr>
            <w:tcW w:w="1389" w:type="dxa"/>
          </w:tcPr>
          <w:p w14:paraId="50C88BC7" w14:textId="77777777" w:rsidR="009F5BF9" w:rsidRPr="00B25BE3" w:rsidRDefault="009F5BF9" w:rsidP="009F5BF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7</w:t>
            </w:r>
          </w:p>
        </w:tc>
        <w:tc>
          <w:tcPr>
            <w:tcW w:w="1326" w:type="dxa"/>
          </w:tcPr>
          <w:p w14:paraId="38A73BD7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שי</w:t>
            </w:r>
          </w:p>
        </w:tc>
        <w:tc>
          <w:tcPr>
            <w:tcW w:w="1327" w:type="dxa"/>
          </w:tcPr>
          <w:p w14:paraId="02AF8C30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B25BE3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100,000</w:t>
            </w:r>
          </w:p>
        </w:tc>
        <w:tc>
          <w:tcPr>
            <w:tcW w:w="1327" w:type="dxa"/>
          </w:tcPr>
          <w:p w14:paraId="23A1C230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0FA3807D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0E84E5BF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27" w:type="dxa"/>
          </w:tcPr>
          <w:p w14:paraId="1B6E9BEB" w14:textId="77777777" w:rsidR="009F5BF9" w:rsidRPr="00B25BE3" w:rsidRDefault="009F5BF9" w:rsidP="009F5BF9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</w:tbl>
    <w:p w14:paraId="7022054B" w14:textId="77777777" w:rsidR="009F5BF9" w:rsidRPr="00B25BE3" w:rsidRDefault="009F5BF9" w:rsidP="009F5BF9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64320801" w14:textId="77777777" w:rsidR="009F5BF9" w:rsidRPr="00B25BE3" w:rsidRDefault="009F5BF9" w:rsidP="009F5BF9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טענה 1: במידה וההגדרה של ערך מחושב היא </w:t>
      </w:r>
      <w:r w:rsidRPr="00B25BE3">
        <w:rPr>
          <w:rFonts w:ascii="David" w:hAnsi="David" w:cs="David" w:hint="cs"/>
          <w:sz w:val="24"/>
          <w:szCs w:val="24"/>
          <w:u w:val="single"/>
          <w:rtl/>
          <w:lang w:bidi="he-IL"/>
        </w:rPr>
        <w:t>השכר הכולל תוספת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 w:rsidR="001A75B1"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בהתאם לשיעור בתא העזר </w:t>
      </w:r>
      <w:r w:rsidR="001A75B1" w:rsidRPr="00B25BE3">
        <w:rPr>
          <w:rFonts w:ascii="David" w:hAnsi="David" w:cs="David" w:hint="cs"/>
          <w:sz w:val="24"/>
          <w:szCs w:val="24"/>
          <w:lang w:bidi="he-IL"/>
        </w:rPr>
        <w:t>F2</w:t>
      </w:r>
      <w:r w:rsidR="001A75B1"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, הנוסחה שתירשם בתא </w:t>
      </w:r>
      <w:r w:rsidR="001A75B1" w:rsidRPr="00B25BE3">
        <w:rPr>
          <w:rFonts w:ascii="David" w:hAnsi="David" w:cs="David" w:hint="cs"/>
          <w:sz w:val="24"/>
          <w:szCs w:val="24"/>
          <w:lang w:bidi="he-IL"/>
        </w:rPr>
        <w:t>C2</w:t>
      </w:r>
      <w:r w:rsidR="001A75B1"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 באופן שיאפשר גרירתה כלפי מטה תהיה:</w:t>
      </w:r>
    </w:p>
    <w:p w14:paraId="6E69EEA5" w14:textId="77777777" w:rsidR="001A75B1" w:rsidRPr="00B25BE3" w:rsidRDefault="001A75B1" w:rsidP="001A75B1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=B$2*F$2</w:t>
      </w:r>
    </w:p>
    <w:p w14:paraId="70F51970" w14:textId="77777777" w:rsidR="001A75B1" w:rsidRPr="00B25BE3" w:rsidRDefault="001A75B1" w:rsidP="001A75B1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טענה 2: במידה וההגדרה של ערך מחושב היא </w:t>
      </w:r>
      <w:r w:rsidRPr="00B25BE3">
        <w:rPr>
          <w:rFonts w:ascii="David" w:hAnsi="David" w:cs="David" w:hint="cs"/>
          <w:sz w:val="24"/>
          <w:szCs w:val="24"/>
          <w:u w:val="single"/>
          <w:rtl/>
          <w:lang w:bidi="he-IL"/>
        </w:rPr>
        <w:t>השכר נטו לאחר ניכוי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 בשיעור המופיע בתא העזר </w:t>
      </w:r>
      <w:r w:rsidRPr="00B25BE3">
        <w:rPr>
          <w:rFonts w:ascii="David" w:hAnsi="David" w:cs="David" w:hint="cs"/>
          <w:sz w:val="24"/>
          <w:szCs w:val="24"/>
          <w:lang w:bidi="he-IL"/>
        </w:rPr>
        <w:t>F4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, הנוסחה שתירשם בתא </w:t>
      </w:r>
      <w:r w:rsidRPr="00B25BE3">
        <w:rPr>
          <w:rFonts w:ascii="David" w:hAnsi="David" w:cs="David" w:hint="cs"/>
          <w:sz w:val="24"/>
          <w:szCs w:val="24"/>
          <w:lang w:bidi="he-IL"/>
        </w:rPr>
        <w:t>C2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 באופן שיאפשר גרירתה כלפי מטה תהיה:</w:t>
      </w:r>
    </w:p>
    <w:p w14:paraId="05DDD44E" w14:textId="77777777" w:rsidR="001A75B1" w:rsidRPr="00B25BE3" w:rsidRDefault="001A75B1" w:rsidP="001A75B1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=B2*(1+F$4)</w:t>
      </w:r>
    </w:p>
    <w:p w14:paraId="2A265621" w14:textId="77777777" w:rsidR="001A75B1" w:rsidRPr="00B25BE3" w:rsidRDefault="001A75B1" w:rsidP="001A75B1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טענה 3: במידה וההגדרה של ערך מחושב היא </w:t>
      </w:r>
      <w:r w:rsidRPr="00B25BE3">
        <w:rPr>
          <w:rFonts w:ascii="David" w:hAnsi="David" w:cs="David" w:hint="cs"/>
          <w:sz w:val="24"/>
          <w:szCs w:val="24"/>
          <w:u w:val="single"/>
          <w:rtl/>
          <w:lang w:bidi="he-IL"/>
        </w:rPr>
        <w:t>תוספת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 השכר בהתאם לשיעור בתא העזר </w:t>
      </w:r>
      <w:r w:rsidRPr="00B25BE3">
        <w:rPr>
          <w:rFonts w:ascii="David" w:hAnsi="David" w:cs="David" w:hint="cs"/>
          <w:sz w:val="24"/>
          <w:szCs w:val="24"/>
          <w:lang w:bidi="he-IL"/>
        </w:rPr>
        <w:t>F2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, הנוסחה שתירשם בתא </w:t>
      </w:r>
      <w:r w:rsidRPr="00B25BE3">
        <w:rPr>
          <w:rFonts w:ascii="David" w:hAnsi="David" w:cs="David" w:hint="cs"/>
          <w:sz w:val="24"/>
          <w:szCs w:val="24"/>
          <w:lang w:bidi="he-IL"/>
        </w:rPr>
        <w:t>C2</w:t>
      </w:r>
      <w:r w:rsidRPr="00B25BE3">
        <w:rPr>
          <w:rFonts w:ascii="David" w:hAnsi="David" w:cs="David" w:hint="cs"/>
          <w:sz w:val="24"/>
          <w:szCs w:val="24"/>
          <w:rtl/>
          <w:lang w:bidi="he-IL"/>
        </w:rPr>
        <w:t xml:space="preserve"> באופן שיאפשר גרירתה כלפי מטה תהיה:</w:t>
      </w:r>
    </w:p>
    <w:p w14:paraId="1BC306C2" w14:textId="77777777" w:rsidR="001A75B1" w:rsidRPr="00B25BE3" w:rsidRDefault="001A75B1" w:rsidP="001A75B1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lang w:bidi="he-IL"/>
        </w:rPr>
        <w:t>=B2*F$2</w:t>
      </w:r>
    </w:p>
    <w:p w14:paraId="23E700FE" w14:textId="77777777" w:rsidR="001A75B1" w:rsidRPr="00B25BE3" w:rsidRDefault="001A75B1" w:rsidP="001A75B1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הטענה / הטענות הנכונה / הנכונות:</w:t>
      </w:r>
    </w:p>
    <w:p w14:paraId="701DD2CF" w14:textId="77777777" w:rsidR="001A75B1" w:rsidRPr="00B25BE3" w:rsidRDefault="001A75B1" w:rsidP="001F10D6">
      <w:pPr>
        <w:pStyle w:val="ListParagraph"/>
        <w:numPr>
          <w:ilvl w:val="0"/>
          <w:numId w:val="27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lastRenderedPageBreak/>
        <w:t>טענה 1 בלבד</w:t>
      </w:r>
    </w:p>
    <w:p w14:paraId="432D346D" w14:textId="77777777" w:rsidR="001A75B1" w:rsidRPr="00B25BE3" w:rsidRDefault="001A75B1" w:rsidP="001F10D6">
      <w:pPr>
        <w:pStyle w:val="ListParagraph"/>
        <w:numPr>
          <w:ilvl w:val="0"/>
          <w:numId w:val="27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2 בלבד</w:t>
      </w:r>
    </w:p>
    <w:p w14:paraId="384122B9" w14:textId="77777777" w:rsidR="001A75B1" w:rsidRPr="00B25BE3" w:rsidRDefault="001A75B1" w:rsidP="001F10D6">
      <w:pPr>
        <w:pStyle w:val="ListParagraph"/>
        <w:numPr>
          <w:ilvl w:val="0"/>
          <w:numId w:val="27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טענה 3 בלבד</w:t>
      </w:r>
    </w:p>
    <w:p w14:paraId="35DDE6FA" w14:textId="77777777" w:rsidR="001A75B1" w:rsidRPr="00B25BE3" w:rsidRDefault="001A75B1" w:rsidP="001F10D6">
      <w:pPr>
        <w:pStyle w:val="ListParagraph"/>
        <w:numPr>
          <w:ilvl w:val="0"/>
          <w:numId w:val="27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טענות 2 ו-3</w:t>
      </w:r>
    </w:p>
    <w:p w14:paraId="1CF2E182" w14:textId="77777777" w:rsidR="001A75B1" w:rsidRPr="00B25BE3" w:rsidRDefault="001A75B1" w:rsidP="001F10D6">
      <w:pPr>
        <w:pStyle w:val="ListParagraph"/>
        <w:numPr>
          <w:ilvl w:val="0"/>
          <w:numId w:val="27"/>
        </w:num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 w:rsidRPr="00B25BE3">
        <w:rPr>
          <w:rFonts w:ascii="David" w:hAnsi="David" w:cs="David" w:hint="cs"/>
          <w:sz w:val="24"/>
          <w:szCs w:val="24"/>
          <w:rtl/>
          <w:lang w:bidi="he-IL"/>
        </w:rPr>
        <w:t>כל יתר האפשרויות שגויות</w:t>
      </w:r>
    </w:p>
    <w:p w14:paraId="2CC20627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A72DC69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37E849C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ערכו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לאחר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עצמה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להכפיל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ועוד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אחוז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בנוסף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‎B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$2‎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מקבעת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מחושבות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אלנה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7B20DB0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שימו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לחשב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ניכוי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ניכוי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משמעו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הפחתה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בעוד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שהגעה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דורשת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מכפלה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ועוד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האחוז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gramStart"/>
      <w:r w:rsidRPr="00B25BE3">
        <w:rPr>
          <w:rFonts w:ascii="David" w:hAnsi="David" w:cs="David" w:hint="cs"/>
          <w:sz w:val="24"/>
          <w:szCs w:val="24"/>
          <w:rtl/>
        </w:rPr>
        <w:t>1),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כשרוצים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ניכוי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הפחתה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מכפילים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האחוז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הרלוונטי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סימן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מינוס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בביטוי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04C421E9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מתמטית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רוצים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השינוי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מכפלה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באחוז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הרלוונטית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ועוד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ב-1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פחות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בנוסף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העזר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F2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חייב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להישאר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‎F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$2‎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השכר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‎(B2)‎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מקובע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3559C9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ג.</w:t>
      </w:r>
    </w:p>
    <w:p w14:paraId="36664359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0C32810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22</w:t>
      </w:r>
    </w:p>
    <w:p w14:paraId="088CBF44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1A923F64" w14:textId="77777777" w:rsidR="00BF2DAD" w:rsidRPr="00B25BE3" w:rsidRDefault="00BF2DAD" w:rsidP="00BF2DAD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4856CFC2" wp14:editId="456D2563">
            <wp:extent cx="2651760" cy="1768891"/>
            <wp:effectExtent l="0" t="0" r="0" b="0"/>
            <wp:docPr id="1663349810" name="Picture 1663349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76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68ED4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המחושב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ליחידה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שנמכרה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בניכוי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הקבועות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‎=C5*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C6-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C7‎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למצוא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באמצעות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חתירה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Goal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Seek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lastRenderedPageBreak/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למכור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C6)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שהרווח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יהיה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12,000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ש״ח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בהנחה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וההוצאות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הקבועות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להזין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בשלושת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הקלטים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?</w:t>
      </w:r>
    </w:p>
    <w:p w14:paraId="65F2615C" w14:textId="77777777" w:rsidR="00BF2DAD" w:rsidRPr="00B25BE3" w:rsidRDefault="00BF2DAD" w:rsidP="001F10D6">
      <w:pPr>
        <w:pStyle w:val="ListParagraph"/>
        <w:keepNext/>
        <w:numPr>
          <w:ilvl w:val="0"/>
          <w:numId w:val="2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12000,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By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changing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C6</w:t>
      </w:r>
    </w:p>
    <w:p w14:paraId="1E8DFA7D" w14:textId="77777777" w:rsidR="00BF2DAD" w:rsidRPr="00B25BE3" w:rsidRDefault="00BF2DAD" w:rsidP="001F10D6">
      <w:pPr>
        <w:pStyle w:val="ListParagraph"/>
        <w:keepNext/>
        <w:numPr>
          <w:ilvl w:val="0"/>
          <w:numId w:val="2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C6,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12000,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By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changing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</w:t>
      </w:r>
    </w:p>
    <w:p w14:paraId="47CF4EBF" w14:textId="77777777" w:rsidR="00BF2DAD" w:rsidRPr="00B25BE3" w:rsidRDefault="00BF2DAD" w:rsidP="001F10D6">
      <w:pPr>
        <w:pStyle w:val="ListParagraph"/>
        <w:keepNext/>
        <w:numPr>
          <w:ilvl w:val="0"/>
          <w:numId w:val="2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360,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By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changing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C6</w:t>
      </w:r>
    </w:p>
    <w:p w14:paraId="770CDE35" w14:textId="77777777" w:rsidR="00BF2DAD" w:rsidRPr="00B25BE3" w:rsidRDefault="00BF2DAD" w:rsidP="001F10D6">
      <w:pPr>
        <w:pStyle w:val="ListParagraph"/>
        <w:keepNext/>
        <w:numPr>
          <w:ilvl w:val="0"/>
          <w:numId w:val="2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12000,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By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changing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C5</w:t>
      </w:r>
    </w:p>
    <w:p w14:paraId="43B59BE1" w14:textId="77777777" w:rsidR="009520F6" w:rsidRPr="00B25BE3" w:rsidRDefault="00BF2DAD" w:rsidP="001F10D6">
      <w:pPr>
        <w:pStyle w:val="ListParagraph"/>
        <w:numPr>
          <w:ilvl w:val="0"/>
          <w:numId w:val="28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C6,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360,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By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changing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</w:t>
      </w:r>
    </w:p>
    <w:p w14:paraId="2929CD8C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3BF4049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B1214DA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בחתירה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Goal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Seek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שלושת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הקלטים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תמיד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באותו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סדר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מפנה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, C</w:t>
      </w:r>
      <w:proofErr w:type="gramStart"/>
      <w:r w:rsidRPr="00B25BE3">
        <w:rPr>
          <w:rFonts w:ascii="David" w:hAnsi="David" w:cs="David" w:hint="cs"/>
          <w:sz w:val="24"/>
          <w:szCs w:val="24"/>
          <w:rtl/>
        </w:rPr>
        <w:t>8);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הרצויה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(12000,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);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By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changing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מפנה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, C6).</w:t>
      </w:r>
    </w:p>
    <w:p w14:paraId="1FB6AAF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שבהן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הופכות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הכיוון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360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הפתרון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ימצא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‎((12000+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proofErr w:type="gramStart"/>
      <w:r w:rsidRPr="00B25BE3">
        <w:rPr>
          <w:rFonts w:ascii="David" w:hAnsi="David" w:cs="David" w:hint="cs"/>
          <w:sz w:val="24"/>
          <w:szCs w:val="24"/>
        </w:rPr>
        <w:t>6000)/</w:t>
      </w:r>
      <w:proofErr w:type="gramEnd"/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50)‎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ל-C5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במקום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לידיעה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יחזיר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360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יחידות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3DCA83CD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1D2F2BC9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35AF8F7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23</w:t>
      </w:r>
    </w:p>
    <w:p w14:paraId="2B1FB314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A25E0DA" w14:textId="77777777" w:rsidR="00BF2DAD" w:rsidRPr="00B25BE3" w:rsidRDefault="00BF2DAD" w:rsidP="00BF2DAD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07400DA0" wp14:editId="3F57719E">
            <wp:extent cx="2834640" cy="1805032"/>
            <wp:effectExtent l="0" t="0" r="0" b="0"/>
            <wp:docPr id="933445217" name="Picture 933445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80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FFC31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שייצבר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בסוף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התקופה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המחושב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כהפקדה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מענק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חד-פעמי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‎=C20*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C21+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C22‎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למצוא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ההפקדה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lastRenderedPageBreak/>
        <w:t>החודשית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C20)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שתוביל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30,000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ש״ח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בסוף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התקופה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והמענק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3DEA93FB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B3BD627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חתירה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Goal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Seek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שמחפשים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שיביא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רצויה</w:t>
      </w:r>
      <w:proofErr w:type="spellEnd"/>
    </w:p>
    <w:p w14:paraId="71938B6E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להגיע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C21,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ההפקדה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C20</w:t>
      </w:r>
    </w:p>
    <w:p w14:paraId="4458DF24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להפנות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C23,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נמצאת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</w:p>
    <w:p w14:paraId="20753C60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4C99EF9D" w14:textId="77777777" w:rsidR="00BF2DAD" w:rsidRPr="00B25BE3" w:rsidRDefault="00BF2DAD" w:rsidP="001F10D6">
      <w:pPr>
        <w:pStyle w:val="ListParagraph"/>
        <w:keepNext/>
        <w:numPr>
          <w:ilvl w:val="0"/>
          <w:numId w:val="2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488A317A" w14:textId="77777777" w:rsidR="00BF2DAD" w:rsidRPr="00B25BE3" w:rsidRDefault="00BF2DAD" w:rsidP="001F10D6">
      <w:pPr>
        <w:pStyle w:val="ListParagraph"/>
        <w:keepNext/>
        <w:numPr>
          <w:ilvl w:val="0"/>
          <w:numId w:val="2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7898EE2F" w14:textId="77777777" w:rsidR="00BF2DAD" w:rsidRPr="00B25BE3" w:rsidRDefault="00BF2DAD" w:rsidP="001F10D6">
      <w:pPr>
        <w:pStyle w:val="ListParagraph"/>
        <w:keepNext/>
        <w:numPr>
          <w:ilvl w:val="0"/>
          <w:numId w:val="2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ו-3</w:t>
      </w:r>
    </w:p>
    <w:p w14:paraId="1DF66B40" w14:textId="77777777" w:rsidR="00BF2DAD" w:rsidRPr="00B25BE3" w:rsidRDefault="00BF2DAD" w:rsidP="001F10D6">
      <w:pPr>
        <w:pStyle w:val="ListParagraph"/>
        <w:keepNext/>
        <w:numPr>
          <w:ilvl w:val="0"/>
          <w:numId w:val="2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117D3891" w14:textId="77777777" w:rsidR="00BF2DAD" w:rsidRPr="00B25BE3" w:rsidRDefault="00BF2DAD" w:rsidP="001F10D6">
      <w:pPr>
        <w:pStyle w:val="ListParagraph"/>
        <w:numPr>
          <w:ilvl w:val="0"/>
          <w:numId w:val="29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0BEFBCA4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07248845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1F8C6462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מחפשים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ההפקדה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שיביא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בסוף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התקופה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לתוצאה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רצויה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30000)‎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וזה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בדיוק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תפקידה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חתירה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67F3C89C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ורק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שהוזן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By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changing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C20;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24.</w:t>
      </w:r>
    </w:p>
    <w:p w14:paraId="0E63EDA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האמצעי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To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value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מקלידים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30000)‎</w:t>
      </w:r>
      <w:r w:rsidRPr="00B25BE3">
        <w:rPr>
          <w:rFonts w:ascii="David" w:hAnsi="David" w:cs="David" w:hint="cs"/>
          <w:sz w:val="24"/>
          <w:szCs w:val="24"/>
          <w:rtl/>
        </w:rPr>
        <w:t>;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C23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שייכת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Set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לידיעה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ההפקדה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הנדרשת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1187.5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ש״ח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2AA1D9F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1E34BE7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87AAE5E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24</w:t>
      </w:r>
    </w:p>
    <w:p w14:paraId="45804AA1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5BBCD57" w14:textId="77777777" w:rsidR="00BF2DAD" w:rsidRPr="00B25BE3" w:rsidRDefault="00BF2DAD" w:rsidP="00BF2DAD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18AE809C" wp14:editId="79889BB6">
            <wp:extent cx="4023360" cy="3653895"/>
            <wp:effectExtent l="0" t="0" r="0" b="0"/>
            <wp:docPr id="2112925929" name="Picture 2112925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6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16E0D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C38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מהאירוע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המחושב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הכרטיס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המשתתפים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בניכוי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האולם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C38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‎=C35*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C36-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C37‎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E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הוזנו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משתתפים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אפשריים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F40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הוזנה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C38.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במהירות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הערכים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‎F41:F45‎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שלצד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משתתפים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יוצג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באמצעות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Data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Table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המופעל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הטווח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‎E40:F45‎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בתיבת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הדו-שיח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שדות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Row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Input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ו״תא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Column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Input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להזין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?</w:t>
      </w:r>
    </w:p>
    <w:p w14:paraId="47A7D4B2" w14:textId="77777777" w:rsidR="00BF2DAD" w:rsidRPr="00B25BE3" w:rsidRDefault="00BF2DAD" w:rsidP="001F10D6">
      <w:pPr>
        <w:pStyle w:val="ListParagraph"/>
        <w:keepNext/>
        <w:numPr>
          <w:ilvl w:val="0"/>
          <w:numId w:val="30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C36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</w:p>
    <w:p w14:paraId="0C9780C4" w14:textId="77777777" w:rsidR="00BF2DAD" w:rsidRPr="00B25BE3" w:rsidRDefault="00BF2DAD" w:rsidP="001F10D6">
      <w:pPr>
        <w:pStyle w:val="ListParagraph"/>
        <w:keepNext/>
        <w:numPr>
          <w:ilvl w:val="0"/>
          <w:numId w:val="30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C36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</w:p>
    <w:p w14:paraId="2B339959" w14:textId="77777777" w:rsidR="00BF2DAD" w:rsidRPr="00B25BE3" w:rsidRDefault="00BF2DAD" w:rsidP="001F10D6">
      <w:pPr>
        <w:pStyle w:val="ListParagraph"/>
        <w:keepNext/>
        <w:numPr>
          <w:ilvl w:val="0"/>
          <w:numId w:val="30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C38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</w:p>
    <w:p w14:paraId="758EC35F" w14:textId="77777777" w:rsidR="00BF2DAD" w:rsidRPr="00B25BE3" w:rsidRDefault="00BF2DAD" w:rsidP="001F10D6">
      <w:pPr>
        <w:pStyle w:val="ListParagraph"/>
        <w:keepNext/>
        <w:numPr>
          <w:ilvl w:val="0"/>
          <w:numId w:val="30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F40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</w:p>
    <w:p w14:paraId="00E9FDC4" w14:textId="77777777" w:rsidR="00BF2DAD" w:rsidRPr="00B25BE3" w:rsidRDefault="00BF2DAD" w:rsidP="001F10D6">
      <w:pPr>
        <w:pStyle w:val="ListParagraph"/>
        <w:numPr>
          <w:ilvl w:val="0"/>
          <w:numId w:val="30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C36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השדות</w:t>
      </w:r>
      <w:proofErr w:type="spellEnd"/>
    </w:p>
    <w:p w14:paraId="2BB8EB0C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701DF097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47A3D64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Data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Table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מזינים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בתיבת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הדו-שיח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הבסיס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המקום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סודרו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ערכי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הרגישות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המשתתפים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סודרו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E41:E45)‎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lastRenderedPageBreak/>
        <w:t>בנתוני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הבסיס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‎(C36)‎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נרשמת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Column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Input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Row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Input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735FC518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  <w:rtl/>
        </w:rPr>
        <w:t xml:space="preserve">C38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ו-F40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האפשרויות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המפנות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אליהם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שיתקבלו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‎F41:F45‎</w:t>
      </w:r>
      <w:r w:rsidRPr="00B25BE3">
        <w:rPr>
          <w:rFonts w:ascii="David" w:hAnsi="David" w:cs="David" w:hint="cs"/>
          <w:sz w:val="24"/>
          <w:szCs w:val="24"/>
          <w:rtl/>
        </w:rPr>
        <w:t>: 9000, 12000, 15000, 18000, 21000.</w:t>
      </w:r>
    </w:p>
    <w:p w14:paraId="3C19141E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29259A0B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29354FD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25</w:t>
      </w:r>
    </w:p>
    <w:p w14:paraId="09304235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1B68ABFF" w14:textId="77777777" w:rsidR="00BF2DAD" w:rsidRPr="00B25BE3" w:rsidRDefault="00BF2DAD" w:rsidP="00BF2DAD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08CA9A6B" wp14:editId="5F92B3BD">
            <wp:extent cx="4389120" cy="2431973"/>
            <wp:effectExtent l="0" t="0" r="0" b="0"/>
            <wp:docPr id="865892551" name="Picture 865892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43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B06B8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C58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החשבון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המחושב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לג׳יגה-בייט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הצריכה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בתוספת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דמי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מנוי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C58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‎=C55*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C56+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C57‎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61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הוזנו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צריכה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חודשית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אפשריות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B62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הוזנה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C58.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במהירות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הערכים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‎C62:G62‎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שמתחת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צריכה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יוצג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החשבון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החודשי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וזאת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באופן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פשוטים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כתיבת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6B5D7358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B1EE124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Data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Table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חתירה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מפני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עבור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ערכים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</w:p>
    <w:p w14:paraId="6AB00AC0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הפעלת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להזין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Row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Input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C56</w:t>
      </w:r>
    </w:p>
    <w:p w14:paraId="7E995E82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הפעלת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הכלי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להזין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Column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Input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C58</w:t>
      </w:r>
    </w:p>
    <w:p w14:paraId="5CCB9D9B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0A6A313B" w14:textId="77777777" w:rsidR="00BF2DAD" w:rsidRPr="00B25BE3" w:rsidRDefault="00BF2DAD" w:rsidP="001F10D6">
      <w:pPr>
        <w:pStyle w:val="ListParagraph"/>
        <w:keepNext/>
        <w:numPr>
          <w:ilvl w:val="0"/>
          <w:numId w:val="3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26EF69D2" w14:textId="77777777" w:rsidR="00BF2DAD" w:rsidRPr="00B25BE3" w:rsidRDefault="00BF2DAD" w:rsidP="001F10D6">
      <w:pPr>
        <w:pStyle w:val="ListParagraph"/>
        <w:keepNext/>
        <w:numPr>
          <w:ilvl w:val="0"/>
          <w:numId w:val="3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49BB5868" w14:textId="77777777" w:rsidR="00BF2DAD" w:rsidRPr="00B25BE3" w:rsidRDefault="00BF2DAD" w:rsidP="001F10D6">
      <w:pPr>
        <w:pStyle w:val="ListParagraph"/>
        <w:keepNext/>
        <w:numPr>
          <w:ilvl w:val="0"/>
          <w:numId w:val="3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333B73AF" w14:textId="77777777" w:rsidR="00BF2DAD" w:rsidRPr="00B25BE3" w:rsidRDefault="00BF2DAD" w:rsidP="001F10D6">
      <w:pPr>
        <w:pStyle w:val="ListParagraph"/>
        <w:keepNext/>
        <w:numPr>
          <w:ilvl w:val="0"/>
          <w:numId w:val="3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ו-3</w:t>
      </w:r>
    </w:p>
    <w:p w14:paraId="0AD1DB9E" w14:textId="77777777" w:rsidR="00BF2DAD" w:rsidRPr="00B25BE3" w:rsidRDefault="00BF2DAD" w:rsidP="001F10D6">
      <w:pPr>
        <w:pStyle w:val="ListParagraph"/>
        <w:numPr>
          <w:ilvl w:val="0"/>
          <w:numId w:val="31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2FE2E41D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E55EA5A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10C52EA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עבור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ערכים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ניתוח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proofErr w:type="gramStart"/>
      <w:r w:rsidRPr="00B25BE3">
        <w:rPr>
          <w:rFonts w:ascii="David" w:hAnsi="David" w:cs="David" w:hint="cs"/>
          <w:sz w:val="24"/>
          <w:szCs w:val="24"/>
          <w:rtl/>
        </w:rPr>
        <w:t>רגישות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וזה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תפקידה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חתירה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מחלצת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יחיד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40D5BB2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הצריכה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סודרו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proofErr w:type="gramStart"/>
      <w:r w:rsidRPr="00B25BE3">
        <w:rPr>
          <w:rFonts w:ascii="David" w:hAnsi="David" w:cs="David" w:hint="cs"/>
          <w:sz w:val="24"/>
          <w:szCs w:val="24"/>
        </w:rPr>
        <w:t>C61:G61)‎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ההפניה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הבסיס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‎(C56)‎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נרשמת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״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Row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Input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Cell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).</w:t>
      </w:r>
    </w:p>
    <w:p w14:paraId="62792FA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אין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ערכי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ריק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C58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הוא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‎C62:G62‎</w:t>
      </w:r>
      <w:r w:rsidRPr="00B25BE3">
        <w:rPr>
          <w:rFonts w:ascii="David" w:hAnsi="David" w:cs="David" w:hint="cs"/>
          <w:sz w:val="24"/>
          <w:szCs w:val="24"/>
          <w:rtl/>
        </w:rPr>
        <w:t>: 110, 190, 270, 350, 430.</w:t>
      </w:r>
    </w:p>
    <w:p w14:paraId="5E257F11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5F889CDF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16F6EDDB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26</w:t>
      </w:r>
    </w:p>
    <w:p w14:paraId="1A0FB20B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72E0E69" w14:textId="77777777" w:rsidR="00BF2DAD" w:rsidRPr="00B25BE3" w:rsidRDefault="00BF2DAD" w:rsidP="00BF2DAD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1A0654B2" wp14:editId="7FEBEDE0">
            <wp:extent cx="4206240" cy="3785991"/>
            <wp:effectExtent l="0" t="0" r="0" b="0"/>
            <wp:docPr id="1351369912" name="Picture 1351369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78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BB7BF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C77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הסניפים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C77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</w:t>
      </w:r>
      <w:proofErr w:type="gramStart"/>
      <w:r w:rsidRPr="00B25BE3">
        <w:rPr>
          <w:rFonts w:ascii="David" w:hAnsi="David" w:cs="David" w:hint="cs"/>
          <w:sz w:val="24"/>
          <w:szCs w:val="24"/>
        </w:rPr>
        <w:t>SUM(</w:t>
      </w:r>
      <w:proofErr w:type="gramEnd"/>
      <w:r w:rsidRPr="00B25BE3">
        <w:rPr>
          <w:rFonts w:ascii="David" w:hAnsi="David" w:cs="David" w:hint="cs"/>
          <w:sz w:val="24"/>
          <w:szCs w:val="24"/>
        </w:rPr>
        <w:t>C71:C76)‎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).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חלקו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סניף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הסניף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חלקי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lastRenderedPageBreak/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D71,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תתאפשר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גרירתה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D76,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והיעילה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)?</w:t>
      </w:r>
    </w:p>
    <w:p w14:paraId="29F4FFEB" w14:textId="77777777" w:rsidR="00BF2DAD" w:rsidRPr="00B25BE3" w:rsidRDefault="00BF2DAD" w:rsidP="001F10D6">
      <w:pPr>
        <w:pStyle w:val="ListParagraph"/>
        <w:keepNext/>
        <w:numPr>
          <w:ilvl w:val="0"/>
          <w:numId w:val="3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‎=C71/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C$77‎</w:t>
      </w:r>
    </w:p>
    <w:p w14:paraId="370A92A5" w14:textId="77777777" w:rsidR="00BF2DAD" w:rsidRPr="00B25BE3" w:rsidRDefault="00BF2DAD" w:rsidP="001F10D6">
      <w:pPr>
        <w:pStyle w:val="ListParagraph"/>
        <w:keepNext/>
        <w:numPr>
          <w:ilvl w:val="0"/>
          <w:numId w:val="3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‎=C71/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C77‎</w:t>
      </w:r>
    </w:p>
    <w:p w14:paraId="2BA8873B" w14:textId="77777777" w:rsidR="00BF2DAD" w:rsidRPr="00B25BE3" w:rsidRDefault="00BF2DAD" w:rsidP="001F10D6">
      <w:pPr>
        <w:pStyle w:val="ListParagraph"/>
        <w:keepNext/>
        <w:numPr>
          <w:ilvl w:val="0"/>
          <w:numId w:val="3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‎=C71/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$C77‎</w:t>
      </w:r>
    </w:p>
    <w:p w14:paraId="7B589A40" w14:textId="77777777" w:rsidR="00BF2DAD" w:rsidRPr="00B25BE3" w:rsidRDefault="00BF2DAD" w:rsidP="001F10D6">
      <w:pPr>
        <w:pStyle w:val="ListParagraph"/>
        <w:keepNext/>
        <w:numPr>
          <w:ilvl w:val="0"/>
          <w:numId w:val="3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‎=C71/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$C$77‎</w:t>
      </w:r>
    </w:p>
    <w:p w14:paraId="112295D2" w14:textId="77777777" w:rsidR="00BF2DAD" w:rsidRPr="00B25BE3" w:rsidRDefault="00BF2DAD" w:rsidP="001F10D6">
      <w:pPr>
        <w:pStyle w:val="ListParagraph"/>
        <w:numPr>
          <w:ilvl w:val="0"/>
          <w:numId w:val="32"/>
        </w:numPr>
        <w:spacing w:after="0" w:line="360" w:lineRule="auto"/>
        <w:rPr>
          <w:rFonts w:ascii="David" w:hAnsi="David" w:cs="David"/>
          <w:sz w:val="24"/>
          <w:szCs w:val="24"/>
        </w:rPr>
      </w:pPr>
      <w:r w:rsidRPr="00B25BE3">
        <w:rPr>
          <w:rFonts w:ascii="David" w:hAnsi="David" w:cs="David" w:hint="cs"/>
          <w:sz w:val="24"/>
          <w:szCs w:val="24"/>
        </w:rPr>
        <w:t>‎=C$71/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C77‎</w:t>
      </w:r>
    </w:p>
    <w:p w14:paraId="76DA4378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E5B5CEA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2083C54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הסניף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C71)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צריך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להשתנות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ואילו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סך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המכירות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C77)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צריך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להישאר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היא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r w:rsidRPr="00B25BE3">
        <w:rPr>
          <w:rFonts w:ascii="David" w:hAnsi="David" w:cs="David" w:hint="cs"/>
          <w:sz w:val="24"/>
          <w:szCs w:val="24"/>
        </w:rPr>
        <w:t>‎C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$77‎</w:t>
      </w:r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10FF024A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$C</w:t>
      </w:r>
      <w:proofErr w:type="gramStart"/>
      <w:r w:rsidRPr="00B25BE3">
        <w:rPr>
          <w:rFonts w:ascii="David" w:hAnsi="David" w:cs="David" w:hint="cs"/>
          <w:sz w:val="24"/>
          <w:szCs w:val="24"/>
        </w:rPr>
        <w:t>77)‎</w:t>
      </w:r>
      <w:r w:rsidRPr="00B25BE3">
        <w:rPr>
          <w:rFonts w:ascii="David" w:hAnsi="David" w:cs="David" w:hint="cs"/>
          <w:sz w:val="24"/>
          <w:szCs w:val="24"/>
          <w:rtl/>
        </w:rPr>
        <w:t>,</w:t>
      </w:r>
      <w:proofErr w:type="gram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המכנה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מחליק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הריקים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C78, C79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ומתקבלת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שגיאת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חלוקה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באפס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;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$C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$77)‎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מחזיר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כולל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מיותר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; ו-</w:t>
      </w:r>
      <w:r w:rsidRPr="00B25BE3">
        <w:rPr>
          <w:rFonts w:ascii="David" w:hAnsi="David" w:cs="David" w:hint="cs"/>
          <w:sz w:val="24"/>
          <w:szCs w:val="24"/>
        </w:rPr>
        <w:t>‎=C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$71/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C77‎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דווקא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 0.2, 0.3, 0.133, 0.1, 0.167, 0.1.</w:t>
      </w:r>
    </w:p>
    <w:p w14:paraId="220784F6" w14:textId="77777777" w:rsidR="00804A38" w:rsidRPr="00B25BE3" w:rsidRDefault="001F10D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1584A511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1CBD2C88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שאלה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 xml:space="preserve"> 27</w:t>
      </w:r>
    </w:p>
    <w:p w14:paraId="20622F74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Excel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71C34B01" w14:textId="77777777" w:rsidR="00BF2DAD" w:rsidRPr="00B25BE3" w:rsidRDefault="00BF2DAD" w:rsidP="00BF2DAD">
      <w:pPr>
        <w:keepNext/>
        <w:bidi/>
        <w:spacing w:after="120" w:line="360" w:lineRule="auto"/>
        <w:jc w:val="center"/>
        <w:rPr>
          <w:rFonts w:ascii="David" w:hAnsi="David" w:cs="David"/>
        </w:rPr>
      </w:pPr>
      <w:r w:rsidRPr="00B25BE3">
        <w:rPr>
          <w:rFonts w:ascii="David" w:hAnsi="David" w:cs="David" w:hint="cs"/>
          <w:noProof/>
        </w:rPr>
        <w:drawing>
          <wp:inline distT="0" distB="0" distL="0" distR="0" wp14:anchorId="1911B9F1" wp14:editId="581706ED">
            <wp:extent cx="4937760" cy="2689897"/>
            <wp:effectExtent l="0" t="0" r="0" b="0"/>
            <wp:docPr id="349712322" name="Picture 34971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68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16BB5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85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C85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F85)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כמויות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אפשריות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B (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B86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B90)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מופיעים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מחירים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ליחידה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מבקשים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להשלים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(C86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F90)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הסכום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lastRenderedPageBreak/>
        <w:t>לתשלום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ליחידה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שבתחילת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שבראש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באמצעות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ותיגרר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592DF2D1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52C923B3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‎=$B86*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C$85‎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ותיגרר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</w:p>
    <w:p w14:paraId="096B79D3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‎=B$86*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$C85‎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ותיגרר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בצורה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</w:p>
    <w:p w14:paraId="7B2D476D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‎=$B$86*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$C$85‎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תירשם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C86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ותיגרר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וכלפי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תציג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אותו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, 50</w:t>
      </w:r>
    </w:p>
    <w:p w14:paraId="131A0E25" w14:textId="77777777" w:rsidR="00BF2DAD" w:rsidRPr="00B25BE3" w:rsidRDefault="00BF2DAD" w:rsidP="00BF2DAD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:</w:t>
      </w:r>
    </w:p>
    <w:p w14:paraId="699D6A58" w14:textId="77777777" w:rsidR="00BF2DAD" w:rsidRPr="00B25BE3" w:rsidRDefault="00BF2DAD" w:rsidP="001F10D6">
      <w:pPr>
        <w:pStyle w:val="ListParagraph"/>
        <w:keepNext/>
        <w:numPr>
          <w:ilvl w:val="0"/>
          <w:numId w:val="33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ו-3</w:t>
      </w:r>
    </w:p>
    <w:p w14:paraId="5705A80E" w14:textId="77777777" w:rsidR="00BF2DAD" w:rsidRPr="00B25BE3" w:rsidRDefault="00BF2DAD" w:rsidP="001F10D6">
      <w:pPr>
        <w:pStyle w:val="ListParagraph"/>
        <w:keepNext/>
        <w:numPr>
          <w:ilvl w:val="0"/>
          <w:numId w:val="33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0F0D051E" w14:textId="77777777" w:rsidR="00BF2DAD" w:rsidRPr="00B25BE3" w:rsidRDefault="00BF2DAD" w:rsidP="001F10D6">
      <w:pPr>
        <w:pStyle w:val="ListParagraph"/>
        <w:keepNext/>
        <w:numPr>
          <w:ilvl w:val="0"/>
          <w:numId w:val="33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ו-2</w:t>
      </w:r>
    </w:p>
    <w:p w14:paraId="018A162F" w14:textId="77777777" w:rsidR="00BF2DAD" w:rsidRPr="00B25BE3" w:rsidRDefault="00BF2DAD" w:rsidP="001F10D6">
      <w:pPr>
        <w:pStyle w:val="ListParagraph"/>
        <w:keepNext/>
        <w:numPr>
          <w:ilvl w:val="0"/>
          <w:numId w:val="33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2981CB16" w14:textId="77777777" w:rsidR="00BF2DAD" w:rsidRPr="00B25BE3" w:rsidRDefault="00BF2DAD" w:rsidP="001F10D6">
      <w:pPr>
        <w:pStyle w:val="ListParagraph"/>
        <w:numPr>
          <w:ilvl w:val="0"/>
          <w:numId w:val="33"/>
        </w:numPr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7358E5CE" w14:textId="77777777" w:rsidR="00804A38" w:rsidRPr="00B25BE3" w:rsidRDefault="00804A38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3474FADF" w14:textId="77777777" w:rsidR="00804A38" w:rsidRPr="00B25BE3" w:rsidRDefault="001F10D6">
      <w:pPr>
        <w:keepNext/>
        <w:bidi/>
        <w:spacing w:after="0" w:line="360" w:lineRule="auto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פיתה-רון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06C915CE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כאן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מהם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צריך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להישאר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נעול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״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בכיוון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אחד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בלבד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נמצא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תמיד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B,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ומשאירים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חופשית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$B86)‎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נמצאת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תמיד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85,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מקבעים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השורה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ומשאירים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העמודה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חופשית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r w:rsidRPr="00B25BE3">
        <w:rPr>
          <w:rFonts w:ascii="David" w:hAnsi="David" w:cs="David" w:hint="cs"/>
          <w:sz w:val="24"/>
          <w:szCs w:val="24"/>
        </w:rPr>
        <w:t>‎(C</w:t>
      </w:r>
      <w:r w:rsidRPr="00B25BE3">
        <w:rPr>
          <w:rFonts w:ascii="Segoe UI Symbol" w:hAnsi="Segoe UI Symbol" w:cs="Segoe UI Symbol"/>
          <w:sz w:val="24"/>
          <w:szCs w:val="24"/>
        </w:rPr>
        <w:t>⁠</w:t>
      </w:r>
      <w:r w:rsidRPr="00B25BE3">
        <w:rPr>
          <w:rFonts w:ascii="David" w:hAnsi="David" w:cs="David" w:hint="cs"/>
          <w:sz w:val="24"/>
          <w:szCs w:val="24"/>
        </w:rPr>
        <w:t>$85)‎</w:t>
      </w:r>
      <w:r w:rsidRPr="00B25BE3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6B563CAD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שגויה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הקיבועים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הפוכים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כך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שמאלה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מחליק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לעמודות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C, D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ובגרירה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למטה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הכמות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מחליקה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לשורות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86, 87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הלאה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>.</w:t>
      </w:r>
    </w:p>
    <w:p w14:paraId="6662A591" w14:textId="77777777" w:rsidR="00804A38" w:rsidRPr="00B25BE3" w:rsidRDefault="001F10D6">
      <w:pPr>
        <w:keepNext/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3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נכונה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קיבוע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מלא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שני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התאים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נועל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על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B86 ו-C85,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ולכן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תאי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הטבלה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מציגים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5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כפול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10,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כלומר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50.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לדוגמה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בשורת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המחיר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התוצאות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B25BE3">
        <w:rPr>
          <w:rFonts w:ascii="David" w:hAnsi="David" w:cs="David" w:hint="cs"/>
          <w:sz w:val="24"/>
          <w:szCs w:val="24"/>
          <w:rtl/>
        </w:rPr>
        <w:t>הן</w:t>
      </w:r>
      <w:proofErr w:type="spellEnd"/>
      <w:r w:rsidRPr="00B25BE3">
        <w:rPr>
          <w:rFonts w:ascii="David" w:hAnsi="David" w:cs="David" w:hint="cs"/>
          <w:sz w:val="24"/>
          <w:szCs w:val="24"/>
          <w:rtl/>
        </w:rPr>
        <w:t xml:space="preserve"> 80, 160, 400, 800.</w:t>
      </w:r>
    </w:p>
    <w:p w14:paraId="71769B17" w14:textId="6660807B" w:rsidR="00B25BE3" w:rsidRPr="00B25BE3" w:rsidRDefault="001F10D6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</w:rPr>
      </w:pPr>
      <w:proofErr w:type="spellStart"/>
      <w:r w:rsidRPr="00B25BE3">
        <w:rPr>
          <w:rFonts w:ascii="David" w:hAnsi="David" w:cs="David" w:hint="cs"/>
          <w:b/>
          <w:bCs/>
          <w:sz w:val="24"/>
          <w:szCs w:val="24"/>
          <w:rtl/>
        </w:rPr>
        <w:t>התשובה</w:t>
      </w:r>
      <w:proofErr w:type="spellEnd"/>
      <w:r w:rsidRPr="00B25BE3">
        <w:rPr>
          <w:rFonts w:ascii="David" w:hAnsi="David" w:cs="David" w:hint="cs"/>
          <w:b/>
          <w:bCs/>
          <w:sz w:val="24"/>
          <w:szCs w:val="24"/>
          <w:rtl/>
        </w:rPr>
        <w:t>: א.</w:t>
      </w:r>
    </w:p>
    <w:p w14:paraId="1F2DEAC4" w14:textId="77777777" w:rsidR="00B25BE3" w:rsidRPr="00B25BE3" w:rsidRDefault="00B25BE3">
      <w:pPr>
        <w:rPr>
          <w:rFonts w:ascii="David" w:hAnsi="David" w:cs="David"/>
          <w:b/>
          <w:bCs/>
          <w:sz w:val="24"/>
          <w:szCs w:val="24"/>
          <w:rtl/>
        </w:rPr>
      </w:pPr>
      <w:r w:rsidRPr="00B25BE3">
        <w:rPr>
          <w:rFonts w:ascii="David" w:hAnsi="David" w:cs="David" w:hint="cs"/>
          <w:b/>
          <w:bCs/>
          <w:sz w:val="24"/>
          <w:szCs w:val="24"/>
          <w:rtl/>
        </w:rPr>
        <w:br w:type="page"/>
      </w:r>
    </w:p>
    <w:p w14:paraId="2EC8BF52" w14:textId="27FB66D8" w:rsidR="00804A38" w:rsidRPr="00B25BE3" w:rsidRDefault="00B25BE3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B25BE3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>שאלה 28 – הדגמה קלאסית לפונקציית חתירה למטרה (</w:t>
      </w:r>
      <w:r w:rsidRPr="00B25BE3">
        <w:rPr>
          <w:rFonts w:ascii="David" w:hAnsi="David" w:cs="David" w:hint="cs"/>
          <w:b/>
          <w:bCs/>
          <w:sz w:val="24"/>
          <w:szCs w:val="24"/>
          <w:lang w:bidi="he-IL"/>
        </w:rPr>
        <w:t>Goal Seek</w:t>
      </w:r>
      <w:r w:rsidRPr="00B25BE3">
        <w:rPr>
          <w:rFonts w:ascii="David" w:hAnsi="David" w:cs="David" w:hint="cs"/>
          <w:b/>
          <w:bCs/>
          <w:sz w:val="24"/>
          <w:szCs w:val="24"/>
          <w:rtl/>
          <w:lang w:bidi="he-IL"/>
        </w:rPr>
        <w:t>) – ברמת מבחן</w:t>
      </w:r>
    </w:p>
    <w:p w14:paraId="46A177BD" w14:textId="31A82ACD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טבלת נתונים: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12"/>
        <w:gridCol w:w="1342"/>
        <w:gridCol w:w="1340"/>
        <w:gridCol w:w="1534"/>
        <w:gridCol w:w="1148"/>
        <w:gridCol w:w="1338"/>
        <w:gridCol w:w="1336"/>
      </w:tblGrid>
      <w:tr w:rsidR="00B25BE3" w14:paraId="57D88408" w14:textId="77777777" w:rsidTr="00B25BE3">
        <w:tc>
          <w:tcPr>
            <w:tcW w:w="1312" w:type="dxa"/>
          </w:tcPr>
          <w:p w14:paraId="37A79949" w14:textId="77777777" w:rsidR="00B25BE3" w:rsidRDefault="00B25BE3" w:rsidP="00B25BE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</w:p>
        </w:tc>
        <w:tc>
          <w:tcPr>
            <w:tcW w:w="1342" w:type="dxa"/>
          </w:tcPr>
          <w:p w14:paraId="4907A1B0" w14:textId="148B1B6B" w:rsidR="00B25BE3" w:rsidRDefault="00B25BE3" w:rsidP="00B25BE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340" w:type="dxa"/>
          </w:tcPr>
          <w:p w14:paraId="44D2A6D1" w14:textId="1C70A895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  <w:tc>
          <w:tcPr>
            <w:tcW w:w="1534" w:type="dxa"/>
          </w:tcPr>
          <w:p w14:paraId="60567D82" w14:textId="29000EDB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</w:t>
            </w:r>
          </w:p>
        </w:tc>
        <w:tc>
          <w:tcPr>
            <w:tcW w:w="1148" w:type="dxa"/>
          </w:tcPr>
          <w:p w14:paraId="7119DF68" w14:textId="0246C047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D</w:t>
            </w:r>
          </w:p>
        </w:tc>
        <w:tc>
          <w:tcPr>
            <w:tcW w:w="1338" w:type="dxa"/>
          </w:tcPr>
          <w:p w14:paraId="089C8A4D" w14:textId="6F4B19AA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E</w:t>
            </w:r>
          </w:p>
        </w:tc>
        <w:tc>
          <w:tcPr>
            <w:tcW w:w="1336" w:type="dxa"/>
          </w:tcPr>
          <w:p w14:paraId="787266A3" w14:textId="2F247F9A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F</w:t>
            </w:r>
          </w:p>
        </w:tc>
      </w:tr>
      <w:tr w:rsidR="00B25BE3" w14:paraId="6D530056" w14:textId="77777777" w:rsidTr="00B25BE3">
        <w:tc>
          <w:tcPr>
            <w:tcW w:w="1312" w:type="dxa"/>
          </w:tcPr>
          <w:p w14:paraId="0DD19A6B" w14:textId="0778D1F0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342" w:type="dxa"/>
          </w:tcPr>
          <w:p w14:paraId="284E1AAC" w14:textId="44D002C9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57620450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664C4402" w14:textId="46D8334B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הכנסות</w:t>
            </w:r>
          </w:p>
        </w:tc>
        <w:tc>
          <w:tcPr>
            <w:tcW w:w="1148" w:type="dxa"/>
          </w:tcPr>
          <w:p w14:paraId="16D9DD7E" w14:textId="749E6095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10,000</w:t>
            </w:r>
          </w:p>
        </w:tc>
        <w:tc>
          <w:tcPr>
            <w:tcW w:w="1338" w:type="dxa"/>
          </w:tcPr>
          <w:p w14:paraId="3F12D94E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51275775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B25BE3" w14:paraId="6C60228C" w14:textId="77777777" w:rsidTr="00B25BE3">
        <w:tc>
          <w:tcPr>
            <w:tcW w:w="1312" w:type="dxa"/>
          </w:tcPr>
          <w:p w14:paraId="39AA5BFE" w14:textId="411A9292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342" w:type="dxa"/>
          </w:tcPr>
          <w:p w14:paraId="2440E578" w14:textId="7B07B421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68AFFA98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422D766E" w14:textId="29E8A3BA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הוצאות</w:t>
            </w:r>
          </w:p>
        </w:tc>
        <w:tc>
          <w:tcPr>
            <w:tcW w:w="1148" w:type="dxa"/>
          </w:tcPr>
          <w:p w14:paraId="6525324D" w14:textId="2D57999A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2,000</w:t>
            </w:r>
          </w:p>
        </w:tc>
        <w:tc>
          <w:tcPr>
            <w:tcW w:w="1338" w:type="dxa"/>
          </w:tcPr>
          <w:p w14:paraId="5F0793BB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40BB4C05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B25BE3" w14:paraId="1C75B977" w14:textId="77777777" w:rsidTr="00B25BE3">
        <w:tc>
          <w:tcPr>
            <w:tcW w:w="1312" w:type="dxa"/>
          </w:tcPr>
          <w:p w14:paraId="7AB890AA" w14:textId="3375AF3A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342" w:type="dxa"/>
          </w:tcPr>
          <w:p w14:paraId="3F1A40AE" w14:textId="71965164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6D303BBC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6E70840B" w14:textId="7C96986D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רווח לפני מס</w:t>
            </w:r>
          </w:p>
        </w:tc>
        <w:tc>
          <w:tcPr>
            <w:tcW w:w="1148" w:type="dxa"/>
          </w:tcPr>
          <w:p w14:paraId="6D8697A6" w14:textId="32318C1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8,000</w:t>
            </w:r>
          </w:p>
        </w:tc>
        <w:tc>
          <w:tcPr>
            <w:tcW w:w="1338" w:type="dxa"/>
          </w:tcPr>
          <w:p w14:paraId="5F74ACAB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1A111595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B25BE3" w14:paraId="51E3C8AB" w14:textId="77777777" w:rsidTr="00B25BE3">
        <w:tc>
          <w:tcPr>
            <w:tcW w:w="1312" w:type="dxa"/>
          </w:tcPr>
          <w:p w14:paraId="2BC1844C" w14:textId="55E83238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</w:t>
            </w:r>
          </w:p>
        </w:tc>
        <w:tc>
          <w:tcPr>
            <w:tcW w:w="1342" w:type="dxa"/>
          </w:tcPr>
          <w:p w14:paraId="39FD108E" w14:textId="77777777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3C70F339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542FB12A" w14:textId="5FDE6CA6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שיעור המס</w:t>
            </w:r>
          </w:p>
        </w:tc>
        <w:tc>
          <w:tcPr>
            <w:tcW w:w="1148" w:type="dxa"/>
          </w:tcPr>
          <w:p w14:paraId="44AC81D5" w14:textId="0FEE42BD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20%</w:t>
            </w:r>
          </w:p>
        </w:tc>
        <w:tc>
          <w:tcPr>
            <w:tcW w:w="1338" w:type="dxa"/>
          </w:tcPr>
          <w:p w14:paraId="28FD9F99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24E0748B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B25BE3" w14:paraId="6AE0D097" w14:textId="77777777" w:rsidTr="00B25BE3">
        <w:tc>
          <w:tcPr>
            <w:tcW w:w="1312" w:type="dxa"/>
          </w:tcPr>
          <w:p w14:paraId="2A962F99" w14:textId="47DB7B70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</w:t>
            </w:r>
          </w:p>
        </w:tc>
        <w:tc>
          <w:tcPr>
            <w:tcW w:w="1342" w:type="dxa"/>
          </w:tcPr>
          <w:p w14:paraId="5EACD480" w14:textId="77777777" w:rsidR="00B25BE3" w:rsidRDefault="00B25BE3" w:rsidP="00B25BE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27611D20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53A71A4F" w14:textId="6761B3EB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רווח נקי</w:t>
            </w:r>
          </w:p>
        </w:tc>
        <w:tc>
          <w:tcPr>
            <w:tcW w:w="1148" w:type="dxa"/>
          </w:tcPr>
          <w:p w14:paraId="4CA91FB1" w14:textId="156EC780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6,400</w:t>
            </w:r>
          </w:p>
        </w:tc>
        <w:tc>
          <w:tcPr>
            <w:tcW w:w="1338" w:type="dxa"/>
          </w:tcPr>
          <w:p w14:paraId="0F319EB9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7DA2D560" w14:textId="77777777" w:rsidR="00B25BE3" w:rsidRDefault="00B25BE3" w:rsidP="00B25BE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</w:tbl>
    <w:p w14:paraId="6ADA9BC9" w14:textId="77777777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17C55AAE" w14:textId="1848DFE9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נוסחת הרווח הנקי מחשבת את הרווח לפני מס, בניכוי המס, ובוצעה כך:</w:t>
      </w:r>
    </w:p>
    <w:p w14:paraId="4CF0DC52" w14:textId="3B6E5B92" w:rsidR="00B25BE3" w:rsidRDefault="00B25BE3" w:rsidP="00B25BE3">
      <w:pPr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>=D3*(1-D4)</w:t>
      </w:r>
    </w:p>
    <w:p w14:paraId="22C7363F" w14:textId="02ECFE89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נדרש מכם לחשב / לחלץ את שיעור המס אשר יוביל לרווח נקי בסכום של 7,000 בדיוק. </w:t>
      </w:r>
    </w:p>
    <w:p w14:paraId="2CD1650D" w14:textId="29768022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2038AB37" w14:textId="77777777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46E3B72A" w14:textId="1576BF09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1: הכלי המתאים לביצוע המשימה הוא חתירה למטרה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lang w:bidi="he-IL"/>
        </w:rPr>
        <w:t>Goal Seek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0F21D7D5" w14:textId="39811E54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2:</w:t>
      </w:r>
      <w:r>
        <w:rPr>
          <w:rFonts w:ascii="David" w:hAnsi="David" w:cs="David"/>
          <w:sz w:val="24"/>
          <w:szCs w:val="24"/>
          <w:lang w:bidi="he-IL"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הכלי המתאים לביצוע המשימה הוא טבלת נתונים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lang w:bidi="he-IL"/>
        </w:rPr>
        <w:t>Data Table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121A99CA" w14:textId="552A383E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3: כאשר מיישמים את הכלי המתאים לביצוע המשימה, עלינו להזין בתא העליון של המסך שנפתח את התא </w:t>
      </w:r>
      <w:r>
        <w:rPr>
          <w:rFonts w:ascii="David" w:hAnsi="David" w:cs="David"/>
          <w:sz w:val="24"/>
          <w:szCs w:val="24"/>
          <w:lang w:bidi="he-IL"/>
        </w:rPr>
        <w:t>D4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, בתא האמצעי את הערך 7,000, ובתא התחתון את התא </w:t>
      </w:r>
      <w:r>
        <w:rPr>
          <w:rFonts w:ascii="David" w:hAnsi="David" w:cs="David"/>
          <w:sz w:val="24"/>
          <w:szCs w:val="24"/>
          <w:lang w:bidi="he-IL"/>
        </w:rPr>
        <w:t>D5</w:t>
      </w:r>
      <w:r>
        <w:rPr>
          <w:rFonts w:ascii="David" w:hAnsi="David" w:cs="David" w:hint="cs"/>
          <w:sz w:val="24"/>
          <w:szCs w:val="24"/>
          <w:rtl/>
          <w:lang w:bidi="he-IL"/>
        </w:rPr>
        <w:t>.</w:t>
      </w:r>
    </w:p>
    <w:p w14:paraId="0D2F8B22" w14:textId="5A82C47D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</w:t>
      </w:r>
      <w:r w:rsidR="00AB376D">
        <w:rPr>
          <w:rFonts w:ascii="David" w:hAnsi="David" w:cs="David" w:hint="cs"/>
          <w:sz w:val="24"/>
          <w:szCs w:val="24"/>
          <w:rtl/>
          <w:lang w:bidi="he-IL"/>
        </w:rPr>
        <w:t>4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: כאשר מיישמים את </w:t>
      </w:r>
      <w:r w:rsidR="0012717E">
        <w:rPr>
          <w:rFonts w:ascii="David" w:hAnsi="David" w:cs="David" w:hint="cs"/>
          <w:sz w:val="24"/>
          <w:szCs w:val="24"/>
          <w:rtl/>
          <w:lang w:bidi="he-IL"/>
        </w:rPr>
        <w:t>הכלי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המתאים לביצוע המשימה, עלינו להזין בתא העליון של המסך שנפתח </w:t>
      </w:r>
      <w:r>
        <w:rPr>
          <w:rFonts w:ascii="David" w:hAnsi="David" w:cs="David"/>
          <w:sz w:val="24"/>
          <w:szCs w:val="24"/>
          <w:lang w:bidi="he-IL"/>
        </w:rPr>
        <w:t>D4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ובתא התחתון </w:t>
      </w:r>
      <w:r>
        <w:rPr>
          <w:rFonts w:ascii="David" w:hAnsi="David" w:cs="David"/>
          <w:sz w:val="24"/>
          <w:szCs w:val="24"/>
          <w:lang w:bidi="he-IL"/>
        </w:rPr>
        <w:t>D5</w:t>
      </w:r>
      <w:r>
        <w:rPr>
          <w:rFonts w:ascii="David" w:hAnsi="David" w:cs="David" w:hint="cs"/>
          <w:sz w:val="24"/>
          <w:szCs w:val="24"/>
          <w:rtl/>
          <w:lang w:bidi="he-IL"/>
        </w:rPr>
        <w:t>.</w:t>
      </w:r>
    </w:p>
    <w:p w14:paraId="0D1D6AC5" w14:textId="77777777" w:rsidR="00B25BE3" w:rsidRDefault="00B25BE3" w:rsidP="00B25BE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3001B5F6" w14:textId="77A12D2F" w:rsidR="00AB376D" w:rsidRDefault="00B25BE3" w:rsidP="00AB376D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AB376D">
        <w:rPr>
          <w:rFonts w:ascii="David" w:hAnsi="David" w:cs="David" w:hint="cs"/>
          <w:b/>
          <w:bCs/>
          <w:sz w:val="24"/>
          <w:szCs w:val="24"/>
          <w:rtl/>
          <w:lang w:bidi="he-IL"/>
        </w:rPr>
        <w:t>מי מבין הטענה / הטענות נכונה / נכונות</w:t>
      </w:r>
      <w:r w:rsidR="0012717E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(אם בכלל)</w:t>
      </w:r>
      <w:r w:rsidRPr="00AB376D">
        <w:rPr>
          <w:rFonts w:ascii="David" w:hAnsi="David" w:cs="David" w:hint="cs"/>
          <w:b/>
          <w:bCs/>
          <w:sz w:val="24"/>
          <w:szCs w:val="24"/>
          <w:rtl/>
          <w:lang w:bidi="he-IL"/>
        </w:rPr>
        <w:t>?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50"/>
        <w:gridCol w:w="1319"/>
        <w:gridCol w:w="7181"/>
      </w:tblGrid>
      <w:tr w:rsidR="00AB376D" w14:paraId="7DAE16EA" w14:textId="77777777" w:rsidTr="00AB376D">
        <w:tc>
          <w:tcPr>
            <w:tcW w:w="851" w:type="dxa"/>
          </w:tcPr>
          <w:p w14:paraId="336DD1C0" w14:textId="7F5F10BF" w:rsidR="00AB376D" w:rsidRDefault="00AB376D" w:rsidP="00AB376D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טענה</w:t>
            </w:r>
          </w:p>
        </w:tc>
        <w:tc>
          <w:tcPr>
            <w:tcW w:w="1275" w:type="dxa"/>
          </w:tcPr>
          <w:p w14:paraId="171470A5" w14:textId="48D5B22A" w:rsidR="00AB376D" w:rsidRDefault="00AB376D" w:rsidP="00AB376D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נכונה/שגויה</w:t>
            </w:r>
          </w:p>
        </w:tc>
        <w:tc>
          <w:tcPr>
            <w:tcW w:w="7224" w:type="dxa"/>
          </w:tcPr>
          <w:p w14:paraId="4BD32137" w14:textId="4DA758A6" w:rsidR="00AB376D" w:rsidRDefault="00AB376D" w:rsidP="00AB376D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נמוקה</w:t>
            </w:r>
            <w:proofErr w:type="spellEnd"/>
          </w:p>
        </w:tc>
      </w:tr>
      <w:tr w:rsidR="00AB376D" w14:paraId="72BAC4CC" w14:textId="77777777" w:rsidTr="00AB376D">
        <w:tc>
          <w:tcPr>
            <w:tcW w:w="851" w:type="dxa"/>
          </w:tcPr>
          <w:p w14:paraId="1AB20A58" w14:textId="7D125E6D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</w:t>
            </w:r>
          </w:p>
        </w:tc>
        <w:tc>
          <w:tcPr>
            <w:tcW w:w="1275" w:type="dxa"/>
          </w:tcPr>
          <w:p w14:paraId="3B4384B2" w14:textId="666AD611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נכונה</w:t>
            </w:r>
          </w:p>
        </w:tc>
        <w:tc>
          <w:tcPr>
            <w:tcW w:w="7224" w:type="dxa"/>
          </w:tcPr>
          <w:p w14:paraId="32AB5A7A" w14:textId="773EA67D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נשתמש בכלי חתירה למטה (</w:t>
            </w:r>
            <w:r w:rsidRPr="00AB376D">
              <w:rPr>
                <w:rFonts w:ascii="David" w:hAnsi="David" w:cs="David"/>
                <w:sz w:val="24"/>
                <w:szCs w:val="24"/>
                <w:lang w:bidi="he-IL"/>
              </w:rPr>
              <w:t>Goal Seek</w:t>
            </w: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) בכל מצב שבו נרצה להגיע לתוצאה </w:t>
            </w:r>
            <w:proofErr w:type="spellStart"/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מסויימת</w:t>
            </w:r>
            <w:proofErr w:type="spellEnd"/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, ספציפית (רווח נקי 7,000 בדיוק) בנוסחה רלוונטית</w:t>
            </w:r>
          </w:p>
        </w:tc>
      </w:tr>
      <w:tr w:rsidR="00AB376D" w14:paraId="71D9AFA3" w14:textId="77777777" w:rsidTr="00AB376D">
        <w:tc>
          <w:tcPr>
            <w:tcW w:w="851" w:type="dxa"/>
          </w:tcPr>
          <w:p w14:paraId="021CB515" w14:textId="44BD8325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</w:t>
            </w:r>
          </w:p>
        </w:tc>
        <w:tc>
          <w:tcPr>
            <w:tcW w:w="1275" w:type="dxa"/>
          </w:tcPr>
          <w:p w14:paraId="225B9A8E" w14:textId="1E679ED8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4" w:type="dxa"/>
          </w:tcPr>
          <w:p w14:paraId="07520D6C" w14:textId="72F6222B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טבלת נתונים איננה רלוונטית לחילוץ ערך ספציפי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נדגים את מטרתה בהמשך</w:t>
            </w:r>
          </w:p>
        </w:tc>
      </w:tr>
      <w:tr w:rsidR="00AB376D" w14:paraId="5820499C" w14:textId="77777777" w:rsidTr="00AB376D">
        <w:tc>
          <w:tcPr>
            <w:tcW w:w="851" w:type="dxa"/>
          </w:tcPr>
          <w:p w14:paraId="47340463" w14:textId="355CEC8C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</w:t>
            </w:r>
          </w:p>
        </w:tc>
        <w:tc>
          <w:tcPr>
            <w:tcW w:w="1275" w:type="dxa"/>
          </w:tcPr>
          <w:p w14:paraId="319933B1" w14:textId="4BD6D814" w:rsidR="00AB376D" w:rsidRPr="00AB376D" w:rsidRDefault="0012717E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4" w:type="dxa"/>
          </w:tcPr>
          <w:p w14:paraId="6582706F" w14:textId="682EC522" w:rsidR="00AB376D" w:rsidRPr="00AB376D" w:rsidRDefault="0012717E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כפי שננמק בעמוד הבא, ההגדרה העליונה היא התא שבו מופיעה התוצאה (הרווח הנקי) כלומר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D5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.</w:t>
            </w:r>
          </w:p>
        </w:tc>
      </w:tr>
      <w:tr w:rsidR="00AB376D" w14:paraId="671C661E" w14:textId="77777777" w:rsidTr="00AB376D">
        <w:tc>
          <w:tcPr>
            <w:tcW w:w="851" w:type="dxa"/>
          </w:tcPr>
          <w:p w14:paraId="69B4C61A" w14:textId="48EB82FC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</w:t>
            </w:r>
          </w:p>
        </w:tc>
        <w:tc>
          <w:tcPr>
            <w:tcW w:w="1275" w:type="dxa"/>
          </w:tcPr>
          <w:p w14:paraId="5720CAE1" w14:textId="2F6A6D2B" w:rsidR="00AB376D" w:rsidRPr="00AB376D" w:rsidRDefault="0012717E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4" w:type="dxa"/>
          </w:tcPr>
          <w:p w14:paraId="3B87E301" w14:textId="5D5A6C0C" w:rsidR="00AB376D" w:rsidRPr="00AB376D" w:rsidRDefault="0012717E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מאותה הסיבה</w:t>
            </w:r>
          </w:p>
        </w:tc>
      </w:tr>
    </w:tbl>
    <w:p w14:paraId="58F66113" w14:textId="77777777" w:rsidR="00AB376D" w:rsidRDefault="00AB376D" w:rsidP="00AB376D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3EB70556" w14:textId="0D794882" w:rsidR="0012717E" w:rsidRPr="0012717E" w:rsidRDefault="0012717E" w:rsidP="0012717E">
      <w:pPr>
        <w:jc w:val="right"/>
        <w:rPr>
          <w:rFonts w:ascii="David" w:hAnsi="David" w:cs="David"/>
          <w:sz w:val="24"/>
          <w:szCs w:val="24"/>
          <w:rtl/>
          <w:lang w:bidi="he-IL"/>
        </w:rPr>
      </w:pPr>
      <w:r w:rsidRPr="0012717E">
        <w:rPr>
          <w:rFonts w:ascii="David" w:hAnsi="David" w:cs="David"/>
          <w:sz w:val="24"/>
          <w:szCs w:val="24"/>
          <w:rtl/>
          <w:lang w:bidi="he-IL"/>
        </w:rPr>
        <w:br w:type="page"/>
      </w:r>
      <w:r w:rsidRPr="0012717E">
        <w:rPr>
          <w:rFonts w:ascii="David" w:hAnsi="David" w:cs="David" w:hint="cs"/>
          <w:sz w:val="24"/>
          <w:szCs w:val="24"/>
          <w:rtl/>
          <w:lang w:bidi="he-IL"/>
        </w:rPr>
        <w:lastRenderedPageBreak/>
        <w:t xml:space="preserve">הדרך הנכונה שרק אותה היה מותר לסמן, אם </w:t>
      </w:r>
      <w:proofErr w:type="spellStart"/>
      <w:r w:rsidRPr="0012717E">
        <w:rPr>
          <w:rFonts w:ascii="David" w:hAnsi="David" w:cs="David" w:hint="cs"/>
          <w:sz w:val="24"/>
          <w:szCs w:val="24"/>
          <w:rtl/>
          <w:lang w:bidi="he-IL"/>
        </w:rPr>
        <w:t>היתה</w:t>
      </w:r>
      <w:proofErr w:type="spellEnd"/>
      <w:r w:rsidRPr="0012717E">
        <w:rPr>
          <w:rFonts w:ascii="David" w:hAnsi="David" w:cs="David" w:hint="cs"/>
          <w:sz w:val="24"/>
          <w:szCs w:val="24"/>
          <w:rtl/>
          <w:lang w:bidi="he-IL"/>
        </w:rPr>
        <w:t xml:space="preserve"> טענה כזו, היא זו:</w:t>
      </w:r>
    </w:p>
    <w:p w14:paraId="33746AEA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2846DE7A" w14:textId="1CB3A959" w:rsidR="00AB376D" w:rsidRDefault="00AB376D" w:rsidP="0012717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תמיד כשעובדים עם חתירה למטרה / </w:t>
      </w:r>
      <w:r>
        <w:rPr>
          <w:rFonts w:ascii="David" w:hAnsi="David" w:cs="David"/>
          <w:b/>
          <w:bCs/>
          <w:sz w:val="24"/>
          <w:szCs w:val="24"/>
          <w:lang w:bidi="he-IL"/>
        </w:rPr>
        <w:t>Goal Seek</w:t>
      </w:r>
      <w:r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עלינו להיות מסוגלים להגדיר 3 ערכים: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34"/>
        <w:gridCol w:w="851"/>
        <w:gridCol w:w="7365"/>
      </w:tblGrid>
      <w:tr w:rsidR="00AB376D" w14:paraId="40229A17" w14:textId="77777777" w:rsidTr="00AB376D">
        <w:tc>
          <w:tcPr>
            <w:tcW w:w="1134" w:type="dxa"/>
          </w:tcPr>
          <w:p w14:paraId="37BFC126" w14:textId="77777777" w:rsidR="00AB376D" w:rsidRDefault="00AB376D" w:rsidP="00AB376D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</w:p>
        </w:tc>
        <w:tc>
          <w:tcPr>
            <w:tcW w:w="851" w:type="dxa"/>
          </w:tcPr>
          <w:p w14:paraId="52619A7B" w14:textId="77777777" w:rsidR="00AB376D" w:rsidRDefault="00AB376D" w:rsidP="00AB376D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</w:p>
        </w:tc>
        <w:tc>
          <w:tcPr>
            <w:tcW w:w="7365" w:type="dxa"/>
          </w:tcPr>
          <w:p w14:paraId="05704C0F" w14:textId="77777777" w:rsidR="00AB376D" w:rsidRDefault="00AB376D" w:rsidP="00AB376D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</w:p>
        </w:tc>
      </w:tr>
      <w:tr w:rsidR="00AB376D" w14:paraId="4BC9B32B" w14:textId="77777777" w:rsidTr="00AB376D">
        <w:tc>
          <w:tcPr>
            <w:tcW w:w="1134" w:type="dxa"/>
          </w:tcPr>
          <w:p w14:paraId="0A7E3881" w14:textId="6B49C7B6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עליון</w:t>
            </w:r>
          </w:p>
        </w:tc>
        <w:tc>
          <w:tcPr>
            <w:tcW w:w="851" w:type="dxa"/>
          </w:tcPr>
          <w:p w14:paraId="274A5FAB" w14:textId="37F5D285" w:rsidR="00AB376D" w:rsidRPr="00AB376D" w:rsidRDefault="00AB376D" w:rsidP="00AB376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 w:rsidRPr="00AB376D">
              <w:rPr>
                <w:rFonts w:ascii="David" w:hAnsi="David" w:cs="David"/>
                <w:sz w:val="24"/>
                <w:szCs w:val="24"/>
                <w:lang w:bidi="he-IL"/>
              </w:rPr>
              <w:t>D5</w:t>
            </w:r>
          </w:p>
        </w:tc>
        <w:tc>
          <w:tcPr>
            <w:tcW w:w="7365" w:type="dxa"/>
          </w:tcPr>
          <w:p w14:paraId="6B44DC70" w14:textId="5E5B2B98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הפניה לתא שבו צריכה להופיע התוצאה המבוקשת. אם רוצים רווח נקי של 7,000 בדיוק, עלינו להפנות לתא שבו מופיעה נוסחת הרווח. כאן נוסחת הרווח מופיעה ב-</w:t>
            </w:r>
            <w:r w:rsidRPr="00AB376D">
              <w:rPr>
                <w:rFonts w:ascii="David" w:hAnsi="David" w:cs="David"/>
                <w:sz w:val="24"/>
                <w:szCs w:val="24"/>
                <w:lang w:bidi="he-IL"/>
              </w:rPr>
              <w:t>D5</w:t>
            </w: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. </w:t>
            </w:r>
            <w:r w:rsidRPr="00AB376D">
              <w:rPr>
                <w:rFonts w:ascii="David" w:hAnsi="David" w:cs="David" w:hint="cs"/>
                <w:color w:val="EE0000"/>
                <w:sz w:val="24"/>
                <w:szCs w:val="24"/>
                <w:rtl/>
                <w:lang w:bidi="he-IL"/>
              </w:rPr>
              <w:t>״איפה התוצאה הרצויה״&gt;&gt;רוצים רווח מסוים, מפנים לתא הרווח</w:t>
            </w:r>
          </w:p>
        </w:tc>
      </w:tr>
      <w:tr w:rsidR="00AB376D" w14:paraId="7DD55F59" w14:textId="77777777" w:rsidTr="00AB376D">
        <w:tc>
          <w:tcPr>
            <w:tcW w:w="1134" w:type="dxa"/>
          </w:tcPr>
          <w:p w14:paraId="13EB437A" w14:textId="54D10E48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אמצעי</w:t>
            </w:r>
          </w:p>
        </w:tc>
        <w:tc>
          <w:tcPr>
            <w:tcW w:w="851" w:type="dxa"/>
          </w:tcPr>
          <w:p w14:paraId="43886468" w14:textId="47E9C8EF" w:rsidR="00AB376D" w:rsidRPr="00AB376D" w:rsidRDefault="00AB376D" w:rsidP="00AB376D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7,000</w:t>
            </w:r>
          </w:p>
        </w:tc>
        <w:tc>
          <w:tcPr>
            <w:tcW w:w="7365" w:type="dxa"/>
          </w:tcPr>
          <w:p w14:paraId="6280AF63" w14:textId="3E17E108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הגדרה (הקלדה) של הערך המספרי של המטרה. כאן, רוצים רווח 7,000 </w:t>
            </w:r>
            <w:r w:rsidRPr="00AB376D"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נקליד.</w:t>
            </w:r>
          </w:p>
        </w:tc>
      </w:tr>
      <w:tr w:rsidR="00AB376D" w14:paraId="05BA8C3B" w14:textId="77777777" w:rsidTr="00AB376D">
        <w:tc>
          <w:tcPr>
            <w:tcW w:w="1134" w:type="dxa"/>
          </w:tcPr>
          <w:p w14:paraId="7DB7D93B" w14:textId="187AA406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תחתון</w:t>
            </w:r>
          </w:p>
        </w:tc>
        <w:tc>
          <w:tcPr>
            <w:tcW w:w="851" w:type="dxa"/>
          </w:tcPr>
          <w:p w14:paraId="1115AF09" w14:textId="78CB74A4" w:rsidR="00AB376D" w:rsidRPr="00AB376D" w:rsidRDefault="00AB376D" w:rsidP="00AB376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D4</w:t>
            </w:r>
          </w:p>
        </w:tc>
        <w:tc>
          <w:tcPr>
            <w:tcW w:w="7365" w:type="dxa"/>
          </w:tcPr>
          <w:p w14:paraId="07E8B6D4" w14:textId="35C9FA8B" w:rsidR="00AB376D" w:rsidRPr="00AB376D" w:rsidRDefault="00AB376D" w:rsidP="00AB376D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הפניה לתא שאת ערכו רוצים לחלץ. ״איזה תא מותר לשנות כדי להגיע למטרה״. כאן, מותר לשנות / רוצים לחלץ את שיעור המס, לכן נפנה לתא שיעור המס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D4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. </w:t>
            </w:r>
          </w:p>
        </w:tc>
      </w:tr>
    </w:tbl>
    <w:p w14:paraId="22BA0A3A" w14:textId="77777777" w:rsidR="00AB376D" w:rsidRDefault="00AB376D" w:rsidP="00AB376D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32BCF453" w14:textId="77777777" w:rsidR="00AB376D" w:rsidRDefault="00AB376D" w:rsidP="00AB376D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1B0C2C83" w14:textId="77777777" w:rsidR="00AB376D" w:rsidRDefault="00AB376D" w:rsidP="00AB376D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להלן הצגה ויזואלית: (1) התא העליון </w:t>
      </w:r>
      <w:r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הפניה לתא שכולל את התוצאה, (2) כתיבת התוצאה הנדרשת </w:t>
      </w:r>
    </w:p>
    <w:p w14:paraId="15C0C612" w14:textId="64012598" w:rsidR="00AB376D" w:rsidRDefault="00AB376D" w:rsidP="00AB376D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(3) הפניה לתא שאת ערכו רוצים לחלץ או לשנות. </w:t>
      </w:r>
    </w:p>
    <w:p w14:paraId="131E4461" w14:textId="15F5E78D" w:rsidR="00AB376D" w:rsidRDefault="00AB376D" w:rsidP="00AB376D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AB376D">
        <w:rPr>
          <w:rFonts w:ascii="David" w:hAnsi="David" w:cs="David"/>
          <w:b/>
          <w:bCs/>
          <w:noProof/>
          <w:sz w:val="24"/>
          <w:szCs w:val="24"/>
          <w:rtl/>
          <w:lang w:bidi="he-IL"/>
        </w:rPr>
        <w:drawing>
          <wp:inline distT="0" distB="0" distL="0" distR="0" wp14:anchorId="795551D9" wp14:editId="12D188D2">
            <wp:extent cx="5943600" cy="1724025"/>
            <wp:effectExtent l="0" t="0" r="0" b="3175"/>
            <wp:docPr id="633742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74220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D1E08" w14:textId="77777777" w:rsidR="0012717E" w:rsidRDefault="0012717E" w:rsidP="0012717E">
      <w:pPr>
        <w:bidi/>
        <w:rPr>
          <w:rFonts w:ascii="David" w:hAnsi="David" w:cs="David"/>
          <w:sz w:val="24"/>
          <w:szCs w:val="24"/>
          <w:rtl/>
          <w:lang w:bidi="he-IL"/>
        </w:rPr>
      </w:pPr>
    </w:p>
    <w:p w14:paraId="1CF7FEE9" w14:textId="77777777" w:rsidR="0012717E" w:rsidRDefault="0012717E" w:rsidP="0012717E">
      <w:pPr>
        <w:bidi/>
        <w:rPr>
          <w:rFonts w:ascii="David" w:hAnsi="David" w:cs="David"/>
          <w:sz w:val="24"/>
          <w:szCs w:val="24"/>
          <w:rtl/>
          <w:lang w:bidi="he-IL"/>
        </w:rPr>
      </w:pPr>
    </w:p>
    <w:p w14:paraId="38C2A9E9" w14:textId="77777777" w:rsidR="0012717E" w:rsidRDefault="0012717E">
      <w:pPr>
        <w:rPr>
          <w:rFonts w:ascii="David" w:hAnsi="David" w:cs="David"/>
          <w:b/>
          <w:bCs/>
          <w:sz w:val="24"/>
          <w:szCs w:val="24"/>
          <w:rtl/>
          <w:lang w:bidi="he-IL"/>
        </w:rPr>
      </w:pPr>
      <w:r>
        <w:rPr>
          <w:rFonts w:ascii="David" w:hAnsi="David" w:cs="David"/>
          <w:b/>
          <w:bCs/>
          <w:sz w:val="24"/>
          <w:szCs w:val="24"/>
          <w:rtl/>
          <w:lang w:bidi="he-IL"/>
        </w:rPr>
        <w:br w:type="page"/>
      </w:r>
    </w:p>
    <w:p w14:paraId="68865776" w14:textId="410A0731" w:rsidR="0012717E" w:rsidRDefault="0012717E" w:rsidP="0012717E">
      <w:pPr>
        <w:bidi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12717E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29 </w:t>
      </w:r>
      <w:r w:rsidRPr="0012717E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12717E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טבלת נתונים, רמת בחינה</w:t>
      </w:r>
    </w:p>
    <w:p w14:paraId="166B8C34" w14:textId="5F6A4562" w:rsidR="0012717E" w:rsidRDefault="0012717E" w:rsidP="0012717E">
      <w:pPr>
        <w:bidi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נתוני טבלת אקסל: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12"/>
        <w:gridCol w:w="1342"/>
        <w:gridCol w:w="1340"/>
        <w:gridCol w:w="1534"/>
        <w:gridCol w:w="1148"/>
        <w:gridCol w:w="1338"/>
        <w:gridCol w:w="1336"/>
      </w:tblGrid>
      <w:tr w:rsidR="0012717E" w14:paraId="4A9BE144" w14:textId="77777777" w:rsidTr="0092386C">
        <w:tc>
          <w:tcPr>
            <w:tcW w:w="1312" w:type="dxa"/>
          </w:tcPr>
          <w:p w14:paraId="51FE136E" w14:textId="77777777" w:rsidR="0012717E" w:rsidRDefault="0012717E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</w:p>
        </w:tc>
        <w:tc>
          <w:tcPr>
            <w:tcW w:w="1342" w:type="dxa"/>
          </w:tcPr>
          <w:p w14:paraId="1B3C53A8" w14:textId="77777777" w:rsidR="0012717E" w:rsidRDefault="0012717E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340" w:type="dxa"/>
          </w:tcPr>
          <w:p w14:paraId="74620EB2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  <w:tc>
          <w:tcPr>
            <w:tcW w:w="1534" w:type="dxa"/>
          </w:tcPr>
          <w:p w14:paraId="70DACB7B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</w:t>
            </w:r>
          </w:p>
        </w:tc>
        <w:tc>
          <w:tcPr>
            <w:tcW w:w="1148" w:type="dxa"/>
          </w:tcPr>
          <w:p w14:paraId="14BD2173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D</w:t>
            </w:r>
          </w:p>
        </w:tc>
        <w:tc>
          <w:tcPr>
            <w:tcW w:w="1338" w:type="dxa"/>
          </w:tcPr>
          <w:p w14:paraId="36B904AE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E</w:t>
            </w:r>
          </w:p>
        </w:tc>
        <w:tc>
          <w:tcPr>
            <w:tcW w:w="1336" w:type="dxa"/>
          </w:tcPr>
          <w:p w14:paraId="72F5611F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F</w:t>
            </w:r>
          </w:p>
        </w:tc>
      </w:tr>
      <w:tr w:rsidR="0012717E" w14:paraId="4AC8E96C" w14:textId="77777777" w:rsidTr="0092386C">
        <w:tc>
          <w:tcPr>
            <w:tcW w:w="1312" w:type="dxa"/>
          </w:tcPr>
          <w:p w14:paraId="591DC30C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342" w:type="dxa"/>
          </w:tcPr>
          <w:p w14:paraId="65D078ED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09BC0693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0D54ED27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הכנסות</w:t>
            </w:r>
          </w:p>
        </w:tc>
        <w:tc>
          <w:tcPr>
            <w:tcW w:w="1148" w:type="dxa"/>
          </w:tcPr>
          <w:p w14:paraId="0E1AAA0B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10,000</w:t>
            </w:r>
          </w:p>
        </w:tc>
        <w:tc>
          <w:tcPr>
            <w:tcW w:w="1338" w:type="dxa"/>
          </w:tcPr>
          <w:p w14:paraId="2FFA164E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28366B8E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12717E" w14:paraId="304D6D0B" w14:textId="77777777" w:rsidTr="0092386C">
        <w:tc>
          <w:tcPr>
            <w:tcW w:w="1312" w:type="dxa"/>
          </w:tcPr>
          <w:p w14:paraId="18AFAEFA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342" w:type="dxa"/>
          </w:tcPr>
          <w:p w14:paraId="26D85F06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55C2377B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16D73C68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הוצאות</w:t>
            </w:r>
          </w:p>
        </w:tc>
        <w:tc>
          <w:tcPr>
            <w:tcW w:w="1148" w:type="dxa"/>
          </w:tcPr>
          <w:p w14:paraId="5A3529A3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2,000</w:t>
            </w:r>
          </w:p>
        </w:tc>
        <w:tc>
          <w:tcPr>
            <w:tcW w:w="1338" w:type="dxa"/>
          </w:tcPr>
          <w:p w14:paraId="448B3379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2B4279F5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12717E" w14:paraId="6E55E98E" w14:textId="77777777" w:rsidTr="0092386C">
        <w:tc>
          <w:tcPr>
            <w:tcW w:w="1312" w:type="dxa"/>
          </w:tcPr>
          <w:p w14:paraId="255D0BF3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342" w:type="dxa"/>
          </w:tcPr>
          <w:p w14:paraId="7DA031A8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059DE5B5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158204FB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רווח לפני מס</w:t>
            </w:r>
          </w:p>
        </w:tc>
        <w:tc>
          <w:tcPr>
            <w:tcW w:w="1148" w:type="dxa"/>
          </w:tcPr>
          <w:p w14:paraId="3805DBD0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8,000</w:t>
            </w:r>
          </w:p>
        </w:tc>
        <w:tc>
          <w:tcPr>
            <w:tcW w:w="1338" w:type="dxa"/>
          </w:tcPr>
          <w:p w14:paraId="53CE911B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36A18AC8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12717E" w14:paraId="2397BC17" w14:textId="77777777" w:rsidTr="0092386C">
        <w:tc>
          <w:tcPr>
            <w:tcW w:w="1312" w:type="dxa"/>
          </w:tcPr>
          <w:p w14:paraId="70EDD0B0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</w:t>
            </w:r>
          </w:p>
        </w:tc>
        <w:tc>
          <w:tcPr>
            <w:tcW w:w="1342" w:type="dxa"/>
          </w:tcPr>
          <w:p w14:paraId="6E6BE38D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3C057C8D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39880F74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שיעור המס</w:t>
            </w:r>
          </w:p>
        </w:tc>
        <w:tc>
          <w:tcPr>
            <w:tcW w:w="1148" w:type="dxa"/>
          </w:tcPr>
          <w:p w14:paraId="33C5B400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20%</w:t>
            </w:r>
          </w:p>
        </w:tc>
        <w:tc>
          <w:tcPr>
            <w:tcW w:w="1338" w:type="dxa"/>
          </w:tcPr>
          <w:p w14:paraId="42973C31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3EECF59F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12717E" w14:paraId="382FD0FB" w14:textId="77777777" w:rsidTr="0092386C">
        <w:tc>
          <w:tcPr>
            <w:tcW w:w="1312" w:type="dxa"/>
          </w:tcPr>
          <w:p w14:paraId="0F178458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</w:t>
            </w:r>
          </w:p>
        </w:tc>
        <w:tc>
          <w:tcPr>
            <w:tcW w:w="1342" w:type="dxa"/>
          </w:tcPr>
          <w:p w14:paraId="143CCA1C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0" w:type="dxa"/>
          </w:tcPr>
          <w:p w14:paraId="7B22591A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34" w:type="dxa"/>
          </w:tcPr>
          <w:p w14:paraId="6FC13ED7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רווח נקי</w:t>
            </w:r>
          </w:p>
        </w:tc>
        <w:tc>
          <w:tcPr>
            <w:tcW w:w="1148" w:type="dxa"/>
          </w:tcPr>
          <w:p w14:paraId="6394BCCF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6,400</w:t>
            </w:r>
          </w:p>
        </w:tc>
        <w:tc>
          <w:tcPr>
            <w:tcW w:w="1338" w:type="dxa"/>
          </w:tcPr>
          <w:p w14:paraId="5C1C3108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6" w:type="dxa"/>
          </w:tcPr>
          <w:p w14:paraId="4091E5F5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</w:tbl>
    <w:p w14:paraId="1D70F305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1127C562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נוסחת הרווח הנקי מחשבת את הרווח לפני מס, בניכוי המס, ובוצעה כך:</w:t>
      </w:r>
    </w:p>
    <w:p w14:paraId="3DCC0DC7" w14:textId="77777777" w:rsidR="0012717E" w:rsidRDefault="0012717E" w:rsidP="0012717E">
      <w:pPr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>=D3*(1-D4)</w:t>
      </w:r>
    </w:p>
    <w:p w14:paraId="123F9341" w14:textId="3443878E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הציגו בפניכם את הטבלה הבאה: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12"/>
        <w:gridCol w:w="1342"/>
        <w:gridCol w:w="1342"/>
      </w:tblGrid>
      <w:tr w:rsidR="0012717E" w14:paraId="446CCE74" w14:textId="5A827CF7" w:rsidTr="00122551">
        <w:tc>
          <w:tcPr>
            <w:tcW w:w="1312" w:type="dxa"/>
          </w:tcPr>
          <w:p w14:paraId="0AE43511" w14:textId="77777777" w:rsidR="0012717E" w:rsidRDefault="0012717E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</w:p>
        </w:tc>
        <w:tc>
          <w:tcPr>
            <w:tcW w:w="1342" w:type="dxa"/>
          </w:tcPr>
          <w:p w14:paraId="6FD473D6" w14:textId="77777777" w:rsidR="0012717E" w:rsidRDefault="0012717E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342" w:type="dxa"/>
          </w:tcPr>
          <w:p w14:paraId="5B00E4BC" w14:textId="2AA3DAFE" w:rsidR="0012717E" w:rsidRDefault="0012717E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</w:tr>
      <w:tr w:rsidR="0012717E" w14:paraId="7DCB15D4" w14:textId="4C53F017" w:rsidTr="0012717E">
        <w:tc>
          <w:tcPr>
            <w:tcW w:w="1312" w:type="dxa"/>
          </w:tcPr>
          <w:p w14:paraId="1D391FC5" w14:textId="352799BD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85</w:t>
            </w:r>
          </w:p>
        </w:tc>
        <w:tc>
          <w:tcPr>
            <w:tcW w:w="1342" w:type="dxa"/>
          </w:tcPr>
          <w:p w14:paraId="33848410" w14:textId="4AA03DEB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42" w:type="dxa"/>
            <w:shd w:val="clear" w:color="auto" w:fill="FFFF00"/>
          </w:tcPr>
          <w:p w14:paraId="4B2E7C7E" w14:textId="6E2E2F4A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6,400</w:t>
            </w:r>
          </w:p>
        </w:tc>
      </w:tr>
      <w:tr w:rsidR="0012717E" w14:paraId="5180053C" w14:textId="516ADB51" w:rsidTr="00122551">
        <w:tc>
          <w:tcPr>
            <w:tcW w:w="1312" w:type="dxa"/>
          </w:tcPr>
          <w:p w14:paraId="731152CF" w14:textId="3213FAEB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86</w:t>
            </w:r>
          </w:p>
        </w:tc>
        <w:tc>
          <w:tcPr>
            <w:tcW w:w="1342" w:type="dxa"/>
          </w:tcPr>
          <w:p w14:paraId="7AA2C582" w14:textId="397FC92E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20%</w:t>
            </w:r>
          </w:p>
        </w:tc>
        <w:tc>
          <w:tcPr>
            <w:tcW w:w="1342" w:type="dxa"/>
          </w:tcPr>
          <w:p w14:paraId="0B6CA1B3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12717E" w14:paraId="0FB5C02D" w14:textId="6183F963" w:rsidTr="00122551">
        <w:tc>
          <w:tcPr>
            <w:tcW w:w="1312" w:type="dxa"/>
          </w:tcPr>
          <w:p w14:paraId="3755B620" w14:textId="3391F4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87</w:t>
            </w:r>
          </w:p>
        </w:tc>
        <w:tc>
          <w:tcPr>
            <w:tcW w:w="1342" w:type="dxa"/>
          </w:tcPr>
          <w:p w14:paraId="6E38AF9B" w14:textId="4411524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25%</w:t>
            </w:r>
          </w:p>
        </w:tc>
        <w:tc>
          <w:tcPr>
            <w:tcW w:w="1342" w:type="dxa"/>
          </w:tcPr>
          <w:p w14:paraId="1F032EFF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12717E" w14:paraId="57783CF5" w14:textId="582EB2EB" w:rsidTr="00122551">
        <w:tc>
          <w:tcPr>
            <w:tcW w:w="1312" w:type="dxa"/>
          </w:tcPr>
          <w:p w14:paraId="4A9A435B" w14:textId="4C75FC06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88</w:t>
            </w:r>
          </w:p>
        </w:tc>
        <w:tc>
          <w:tcPr>
            <w:tcW w:w="1342" w:type="dxa"/>
          </w:tcPr>
          <w:p w14:paraId="1B16DF11" w14:textId="5B5C5154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30%</w:t>
            </w:r>
          </w:p>
        </w:tc>
        <w:tc>
          <w:tcPr>
            <w:tcW w:w="1342" w:type="dxa"/>
          </w:tcPr>
          <w:p w14:paraId="1292C9C0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12717E" w14:paraId="48963174" w14:textId="24527F34" w:rsidTr="00122551">
        <w:tc>
          <w:tcPr>
            <w:tcW w:w="1312" w:type="dxa"/>
          </w:tcPr>
          <w:p w14:paraId="3AC75C2B" w14:textId="20F63C0F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89</w:t>
            </w:r>
          </w:p>
        </w:tc>
        <w:tc>
          <w:tcPr>
            <w:tcW w:w="1342" w:type="dxa"/>
          </w:tcPr>
          <w:p w14:paraId="0D27BD4F" w14:textId="5015989B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35%</w:t>
            </w:r>
          </w:p>
        </w:tc>
        <w:tc>
          <w:tcPr>
            <w:tcW w:w="1342" w:type="dxa"/>
          </w:tcPr>
          <w:p w14:paraId="0BE6A710" w14:textId="77777777" w:rsidR="0012717E" w:rsidRDefault="0012717E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</w:tbl>
    <w:p w14:paraId="233EAD1A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</w:p>
    <w:p w14:paraId="66AA3DA4" w14:textId="0362D4AE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לפניכם מספר טענות הקשורות ליכולת להשלים את ערכי הטבלה התחתונה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כך שלצד כל שיעור מס (בעמודה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) יוצג הרווח הנקי המתאים לו (עמודה </w:t>
      </w:r>
      <w:r>
        <w:rPr>
          <w:rFonts w:ascii="David" w:hAnsi="David" w:cs="David"/>
          <w:sz w:val="24"/>
          <w:szCs w:val="24"/>
          <w:lang w:bidi="he-IL"/>
        </w:rPr>
        <w:t>B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). </w:t>
      </w:r>
    </w:p>
    <w:p w14:paraId="7BC32BFF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5083EC66" w14:textId="55B78055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1BC12013" w14:textId="1EB4B919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1: הכלי המתאים הוא חתירה למטרה (</w:t>
      </w:r>
      <w:r>
        <w:rPr>
          <w:rFonts w:ascii="David" w:hAnsi="David" w:cs="David"/>
          <w:sz w:val="24"/>
          <w:szCs w:val="24"/>
          <w:lang w:bidi="he-IL"/>
        </w:rPr>
        <w:t>Goal Seek</w:t>
      </w:r>
      <w:r>
        <w:rPr>
          <w:rFonts w:ascii="David" w:hAnsi="David" w:cs="David" w:hint="cs"/>
          <w:sz w:val="24"/>
          <w:szCs w:val="24"/>
          <w:rtl/>
          <w:lang w:bidi="he-IL"/>
        </w:rPr>
        <w:t>).</w:t>
      </w:r>
    </w:p>
    <w:p w14:paraId="74DD3871" w14:textId="67AB92D3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2: הכלי המתאים הוא טבלת נתונים (</w:t>
      </w:r>
      <w:r>
        <w:rPr>
          <w:rFonts w:ascii="David" w:hAnsi="David" w:cs="David"/>
          <w:sz w:val="24"/>
          <w:szCs w:val="24"/>
          <w:lang w:bidi="he-IL"/>
        </w:rPr>
        <w:t>Data Table</w:t>
      </w:r>
      <w:r>
        <w:rPr>
          <w:rFonts w:ascii="David" w:hAnsi="David" w:cs="David" w:hint="cs"/>
          <w:sz w:val="24"/>
          <w:szCs w:val="24"/>
          <w:rtl/>
          <w:lang w:bidi="he-IL"/>
        </w:rPr>
        <w:t>).</w:t>
      </w:r>
    </w:p>
    <w:p w14:paraId="1728D8D0" w14:textId="2689BD92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3: במידה וייושם הכלי המתאים, יש להזין בתא התחתון של המסך שיופיע לאחר הפעלתו הפניה לתא </w:t>
      </w:r>
      <w:r>
        <w:rPr>
          <w:rFonts w:ascii="David" w:hAnsi="David" w:cs="David"/>
          <w:sz w:val="24"/>
          <w:szCs w:val="24"/>
          <w:lang w:bidi="he-IL"/>
        </w:rPr>
        <w:t>D4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0F622D9B" w14:textId="37C0D3BA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4: במידה וייושם הכלי המתאים, יש להזין בתא העליון של המסך שיופיע לאחר הפעלתו הפניה לתא </w:t>
      </w:r>
      <w:r>
        <w:rPr>
          <w:rFonts w:ascii="David" w:hAnsi="David" w:cs="David"/>
          <w:sz w:val="24"/>
          <w:szCs w:val="24"/>
          <w:lang w:bidi="he-IL"/>
        </w:rPr>
        <w:t>D4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6B2CB44A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1154274C" w14:textId="30C78C49" w:rsidR="0012717E" w:rsidRDefault="0012717E" w:rsidP="0012717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12717E">
        <w:rPr>
          <w:rFonts w:ascii="David" w:hAnsi="David" w:cs="David" w:hint="cs"/>
          <w:b/>
          <w:bCs/>
          <w:sz w:val="24"/>
          <w:szCs w:val="24"/>
          <w:rtl/>
          <w:lang w:bidi="he-IL"/>
        </w:rPr>
        <w:t>מי מבין הטענה / הטענות נכונה / נכונות?</w:t>
      </w:r>
    </w:p>
    <w:p w14:paraId="725D9D4A" w14:textId="77777777" w:rsidR="0012717E" w:rsidRDefault="0012717E">
      <w:pPr>
        <w:rPr>
          <w:rFonts w:ascii="David" w:hAnsi="David" w:cs="David"/>
          <w:b/>
          <w:bCs/>
          <w:sz w:val="24"/>
          <w:szCs w:val="24"/>
          <w:rtl/>
          <w:lang w:bidi="he-IL"/>
        </w:rPr>
      </w:pPr>
      <w:r>
        <w:rPr>
          <w:rFonts w:ascii="David" w:hAnsi="David" w:cs="David"/>
          <w:b/>
          <w:bCs/>
          <w:sz w:val="24"/>
          <w:szCs w:val="24"/>
          <w:rtl/>
          <w:lang w:bidi="he-IL"/>
        </w:rPr>
        <w:br w:type="page"/>
      </w:r>
    </w:p>
    <w:p w14:paraId="1DF3E5E7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50"/>
        <w:gridCol w:w="1319"/>
        <w:gridCol w:w="7181"/>
      </w:tblGrid>
      <w:tr w:rsidR="0012717E" w14:paraId="1790B2DC" w14:textId="77777777" w:rsidTr="0092386C">
        <w:tc>
          <w:tcPr>
            <w:tcW w:w="851" w:type="dxa"/>
          </w:tcPr>
          <w:p w14:paraId="20438A33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טענה</w:t>
            </w:r>
          </w:p>
        </w:tc>
        <w:tc>
          <w:tcPr>
            <w:tcW w:w="1275" w:type="dxa"/>
          </w:tcPr>
          <w:p w14:paraId="5A198BAF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נכונה/שגויה</w:t>
            </w:r>
          </w:p>
        </w:tc>
        <w:tc>
          <w:tcPr>
            <w:tcW w:w="7224" w:type="dxa"/>
          </w:tcPr>
          <w:p w14:paraId="2110AB84" w14:textId="77777777" w:rsidR="0012717E" w:rsidRDefault="0012717E" w:rsidP="0092386C">
            <w:pPr>
              <w:bidi/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נמוקה</w:t>
            </w:r>
            <w:proofErr w:type="spellEnd"/>
          </w:p>
        </w:tc>
      </w:tr>
      <w:tr w:rsidR="0012717E" w:rsidRPr="00AB376D" w14:paraId="5116E6CB" w14:textId="77777777" w:rsidTr="0092386C">
        <w:tc>
          <w:tcPr>
            <w:tcW w:w="851" w:type="dxa"/>
          </w:tcPr>
          <w:p w14:paraId="252A5579" w14:textId="77777777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</w:t>
            </w:r>
          </w:p>
        </w:tc>
        <w:tc>
          <w:tcPr>
            <w:tcW w:w="1275" w:type="dxa"/>
          </w:tcPr>
          <w:p w14:paraId="641DDB98" w14:textId="70079463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4" w:type="dxa"/>
          </w:tcPr>
          <w:p w14:paraId="687E51D9" w14:textId="2C452556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חתירה למטרה /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Goal Seek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רלוונטית כאשר אנו מעוניינים לחלץ ערך מסוים שמוביל לתוצאה אחת, ספציפית (בשונה מהמצב כאן שבו נרצה לחשב ערכים שונים).</w:t>
            </w:r>
          </w:p>
        </w:tc>
      </w:tr>
      <w:tr w:rsidR="0012717E" w:rsidRPr="00AB376D" w14:paraId="4AD63591" w14:textId="77777777" w:rsidTr="0092386C">
        <w:tc>
          <w:tcPr>
            <w:tcW w:w="851" w:type="dxa"/>
          </w:tcPr>
          <w:p w14:paraId="76A0E856" w14:textId="77777777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</w:t>
            </w:r>
          </w:p>
        </w:tc>
        <w:tc>
          <w:tcPr>
            <w:tcW w:w="1275" w:type="dxa"/>
          </w:tcPr>
          <w:p w14:paraId="15FE2F58" w14:textId="3AA04325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נכונה</w:t>
            </w:r>
          </w:p>
        </w:tc>
        <w:tc>
          <w:tcPr>
            <w:tcW w:w="7224" w:type="dxa"/>
          </w:tcPr>
          <w:p w14:paraId="536AFF6F" w14:textId="239F2E24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זה בדיוק המקרה המתאים לטבלת נתונים /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Data Table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: לחשב עבור כל ערך רלוונטי בטבלה (עבור כל שיעור מס שקיים בטבלה) את התוצאה של הרווח הנקי. </w:t>
            </w:r>
          </w:p>
        </w:tc>
      </w:tr>
      <w:tr w:rsidR="0012717E" w:rsidRPr="00AB376D" w14:paraId="07C93152" w14:textId="77777777" w:rsidTr="0092386C">
        <w:tc>
          <w:tcPr>
            <w:tcW w:w="851" w:type="dxa"/>
          </w:tcPr>
          <w:p w14:paraId="16D1D944" w14:textId="77777777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</w:t>
            </w:r>
          </w:p>
        </w:tc>
        <w:tc>
          <w:tcPr>
            <w:tcW w:w="1275" w:type="dxa"/>
          </w:tcPr>
          <w:p w14:paraId="0B88B42A" w14:textId="1DAE86FA" w:rsidR="0012717E" w:rsidRPr="00AB376D" w:rsidRDefault="00CF3A9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נכונה</w:t>
            </w:r>
          </w:p>
        </w:tc>
        <w:tc>
          <w:tcPr>
            <w:tcW w:w="7224" w:type="dxa"/>
          </w:tcPr>
          <w:p w14:paraId="1674540D" w14:textId="2C6595CE" w:rsidR="0012717E" w:rsidRPr="00AB376D" w:rsidRDefault="00CF3A9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ראו הסבר מפורט בהגדרה למטה</w:t>
            </w:r>
          </w:p>
        </w:tc>
      </w:tr>
      <w:tr w:rsidR="0012717E" w:rsidRPr="00AB376D" w14:paraId="091A3365" w14:textId="77777777" w:rsidTr="0092386C">
        <w:tc>
          <w:tcPr>
            <w:tcW w:w="851" w:type="dxa"/>
          </w:tcPr>
          <w:p w14:paraId="4C75CBEA" w14:textId="77777777" w:rsidR="0012717E" w:rsidRPr="00AB376D" w:rsidRDefault="0012717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B376D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</w:t>
            </w:r>
          </w:p>
        </w:tc>
        <w:tc>
          <w:tcPr>
            <w:tcW w:w="1275" w:type="dxa"/>
          </w:tcPr>
          <w:p w14:paraId="5E1CA187" w14:textId="6B56314C" w:rsidR="0012717E" w:rsidRPr="00AB376D" w:rsidRDefault="00CF3A9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4" w:type="dxa"/>
          </w:tcPr>
          <w:p w14:paraId="0B6DA9DD" w14:textId="118B7B4C" w:rsidR="0012717E" w:rsidRPr="00AB376D" w:rsidRDefault="00CF3A9E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ראו הסבר מפורט בהגדרה למטה, התא העליון חייב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להשאר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ריק</w:t>
            </w:r>
          </w:p>
        </w:tc>
      </w:tr>
    </w:tbl>
    <w:p w14:paraId="18160827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73AB1BEA" w14:textId="67A321A6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12717E">
        <w:rPr>
          <w:rFonts w:ascii="David" w:hAnsi="David" w:cs="David" w:hint="cs"/>
          <w:sz w:val="24"/>
          <w:szCs w:val="24"/>
          <w:rtl/>
          <w:lang w:bidi="he-IL"/>
        </w:rPr>
        <w:t xml:space="preserve">שימו לב </w:t>
      </w:r>
      <w:r w:rsidRPr="0012717E">
        <w:rPr>
          <w:rFonts w:ascii="David" w:hAnsi="David" w:cs="David"/>
          <w:sz w:val="24"/>
          <w:szCs w:val="24"/>
          <w:rtl/>
          <w:lang w:bidi="he-IL"/>
        </w:rPr>
        <w:t>–</w:t>
      </w:r>
      <w:r w:rsidRPr="0012717E">
        <w:rPr>
          <w:rFonts w:ascii="David" w:hAnsi="David" w:cs="David" w:hint="cs"/>
          <w:sz w:val="24"/>
          <w:szCs w:val="24"/>
          <w:rtl/>
          <w:lang w:bidi="he-IL"/>
        </w:rPr>
        <w:t xml:space="preserve"> כאשר מפעילים את כלי טבלת הנתונים / </w:t>
      </w:r>
      <w:r w:rsidRPr="0012717E">
        <w:rPr>
          <w:rFonts w:ascii="David" w:hAnsi="David" w:cs="David"/>
          <w:sz w:val="24"/>
          <w:szCs w:val="24"/>
          <w:lang w:bidi="he-IL"/>
        </w:rPr>
        <w:t>Data Table</w:t>
      </w:r>
      <w:r w:rsidRPr="0012717E">
        <w:rPr>
          <w:rFonts w:ascii="David" w:hAnsi="David" w:cs="David" w:hint="cs"/>
          <w:sz w:val="24"/>
          <w:szCs w:val="24"/>
          <w:rtl/>
          <w:lang w:bidi="he-IL"/>
        </w:rPr>
        <w:t>, מופיעים על המסך שני תאים בלבד: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2717E" w14:paraId="17779628" w14:textId="77777777" w:rsidTr="0012717E">
        <w:tc>
          <w:tcPr>
            <w:tcW w:w="3116" w:type="dxa"/>
          </w:tcPr>
          <w:p w14:paraId="5DB33FE5" w14:textId="301F079C" w:rsidR="0012717E" w:rsidRDefault="00CF3A9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ה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גדרה מבחינתנו</w:t>
            </w:r>
          </w:p>
        </w:tc>
        <w:tc>
          <w:tcPr>
            <w:tcW w:w="3117" w:type="dxa"/>
          </w:tcPr>
          <w:p w14:paraId="40A72A21" w14:textId="6921F517" w:rsidR="0012717E" w:rsidRDefault="00CF3A9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מה להזין</w:t>
            </w:r>
          </w:p>
        </w:tc>
        <w:tc>
          <w:tcPr>
            <w:tcW w:w="3117" w:type="dxa"/>
          </w:tcPr>
          <w:p w14:paraId="68080A14" w14:textId="501B7E98" w:rsidR="0012717E" w:rsidRDefault="00CF3A9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הגדרת אקסל</w:t>
            </w:r>
          </w:p>
        </w:tc>
      </w:tr>
      <w:tr w:rsidR="0012717E" w14:paraId="2D1760F3" w14:textId="77777777" w:rsidTr="0012717E">
        <w:tc>
          <w:tcPr>
            <w:tcW w:w="3116" w:type="dxa"/>
          </w:tcPr>
          <w:p w14:paraId="61C83DCB" w14:textId="48B7A55F" w:rsidR="0012717E" w:rsidRDefault="0012717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עליון</w:t>
            </w:r>
          </w:p>
        </w:tc>
        <w:tc>
          <w:tcPr>
            <w:tcW w:w="3117" w:type="dxa"/>
          </w:tcPr>
          <w:p w14:paraId="59F7769A" w14:textId="6C1ACB31" w:rsidR="0012717E" w:rsidRDefault="00CF3A9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ריק</w:t>
            </w:r>
          </w:p>
        </w:tc>
        <w:tc>
          <w:tcPr>
            <w:tcW w:w="3117" w:type="dxa"/>
          </w:tcPr>
          <w:p w14:paraId="00BB2366" w14:textId="77777777" w:rsidR="0012717E" w:rsidRDefault="00CF3A9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עזר (קלט) לשורה</w:t>
            </w:r>
          </w:p>
          <w:p w14:paraId="452E1930" w14:textId="77777777" w:rsidR="00CF3A9E" w:rsidRDefault="00CF3A9E" w:rsidP="00CF3A9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Row Input Cell</w:t>
            </w:r>
          </w:p>
          <w:p w14:paraId="058DD454" w14:textId="2932733F" w:rsidR="00CF3A9E" w:rsidRDefault="00CF3A9E" w:rsidP="00CF3A9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רלוונטי אך ורק אם בוחנים שינויים בערכים הממוקמים אופקית באותה שורה. כאן זה לא רלוונטי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כי הערכים הקיימים מופיעים אנכית באותה עמודה</w:t>
            </w:r>
          </w:p>
        </w:tc>
      </w:tr>
      <w:tr w:rsidR="0012717E" w14:paraId="6C71056B" w14:textId="77777777" w:rsidTr="0012717E">
        <w:tc>
          <w:tcPr>
            <w:tcW w:w="3116" w:type="dxa"/>
          </w:tcPr>
          <w:p w14:paraId="74EF1A39" w14:textId="4EA3C95A" w:rsidR="0012717E" w:rsidRDefault="0012717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תחתון</w:t>
            </w:r>
          </w:p>
        </w:tc>
        <w:tc>
          <w:tcPr>
            <w:tcW w:w="3117" w:type="dxa"/>
          </w:tcPr>
          <w:p w14:paraId="385657F4" w14:textId="77777777" w:rsidR="0012717E" w:rsidRDefault="00CF3A9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עלינו  להזין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D4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. </w:t>
            </w:r>
          </w:p>
          <w:p w14:paraId="45D7F7AE" w14:textId="77777777" w:rsidR="00CF3A9E" w:rsidRDefault="00CF3A9E" w:rsidP="00CF3A9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מדוע?</w:t>
            </w:r>
          </w:p>
          <w:p w14:paraId="54DFFC6B" w14:textId="77777777" w:rsidR="00CF3A9E" w:rsidRDefault="00CF3A9E" w:rsidP="00CF3A9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בעמודה בטבלה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קיימים שיעורי המס השונים</w:t>
            </w:r>
          </w:p>
          <w:p w14:paraId="13CDF5A5" w14:textId="75A55498" w:rsidR="00CF3A9E" w:rsidRDefault="00CF3A9E" w:rsidP="00CF3A9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לכן צריך להפנות לתא שכולל את שיעור המס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בנתוני הבסיס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המקוריים למעלה,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D4</w:t>
            </w:r>
          </w:p>
        </w:tc>
        <w:tc>
          <w:tcPr>
            <w:tcW w:w="3117" w:type="dxa"/>
          </w:tcPr>
          <w:p w14:paraId="031F7CA3" w14:textId="77777777" w:rsidR="0012717E" w:rsidRDefault="00CF3A9E" w:rsidP="0012717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עזר (קלט) לעמודה</w:t>
            </w:r>
          </w:p>
          <w:p w14:paraId="0F560D92" w14:textId="77777777" w:rsidR="00CF3A9E" w:rsidRDefault="00CF3A9E" w:rsidP="00CF3A9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Column Input Cell</w:t>
            </w:r>
          </w:p>
          <w:p w14:paraId="5F5574DC" w14:textId="36BB6FC2" w:rsidR="00CF3A9E" w:rsidRDefault="00CF3A9E" w:rsidP="00CF3A9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רלוונטי אם ורק אם בוחנים שינויים בערכים אנכית באותה עמודה. כאן זה רלוונטי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כי הערכים הקיימים מופיעים אנכית באותה עמודה</w:t>
            </w:r>
          </w:p>
        </w:tc>
      </w:tr>
    </w:tbl>
    <w:p w14:paraId="0341652A" w14:textId="77777777" w:rsidR="0012717E" w:rsidRDefault="0012717E" w:rsidP="0012717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5F39389B" w14:textId="313D8912" w:rsidR="007C1745" w:rsidRDefault="007C1745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20C04D8F" w14:textId="43AD4615" w:rsidR="007C1745" w:rsidRDefault="007C1745" w:rsidP="007C1745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7C1745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30 </w:t>
      </w:r>
      <w:r w:rsidRPr="007C1745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7C1745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הדגמה לשאלה בנושא </w:t>
      </w:r>
      <w:r w:rsidRPr="007C1745">
        <w:rPr>
          <w:rFonts w:ascii="David" w:hAnsi="David" w:cs="David"/>
          <w:b/>
          <w:bCs/>
          <w:sz w:val="24"/>
          <w:szCs w:val="24"/>
          <w:lang w:bidi="he-IL"/>
        </w:rPr>
        <w:t>Pivot</w:t>
      </w:r>
    </w:p>
    <w:p w14:paraId="1A3A5DFE" w14:textId="26DAC9E9" w:rsidR="007C1745" w:rsidRDefault="007C1745" w:rsidP="007C1745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טבלת נתונים: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C1745" w14:paraId="63A975DC" w14:textId="77777777" w:rsidTr="007C1745">
        <w:tc>
          <w:tcPr>
            <w:tcW w:w="1335" w:type="dxa"/>
          </w:tcPr>
          <w:p w14:paraId="27440E57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5" w:type="dxa"/>
          </w:tcPr>
          <w:p w14:paraId="78E6F266" w14:textId="5C9B4814" w:rsidR="007C1745" w:rsidRDefault="007C1745" w:rsidP="0047619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336" w:type="dxa"/>
          </w:tcPr>
          <w:p w14:paraId="4EEE283E" w14:textId="4C290C1E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  <w:tc>
          <w:tcPr>
            <w:tcW w:w="1336" w:type="dxa"/>
          </w:tcPr>
          <w:p w14:paraId="218AAFA9" w14:textId="5DC2C778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</w:t>
            </w:r>
          </w:p>
        </w:tc>
        <w:tc>
          <w:tcPr>
            <w:tcW w:w="1336" w:type="dxa"/>
          </w:tcPr>
          <w:p w14:paraId="6081B7C4" w14:textId="146B2801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D</w:t>
            </w:r>
          </w:p>
        </w:tc>
        <w:tc>
          <w:tcPr>
            <w:tcW w:w="1336" w:type="dxa"/>
          </w:tcPr>
          <w:p w14:paraId="6B73BE15" w14:textId="6DEA66EF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E</w:t>
            </w:r>
          </w:p>
        </w:tc>
        <w:tc>
          <w:tcPr>
            <w:tcW w:w="1336" w:type="dxa"/>
          </w:tcPr>
          <w:p w14:paraId="52500A56" w14:textId="547BBDFB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F</w:t>
            </w:r>
          </w:p>
        </w:tc>
      </w:tr>
      <w:tr w:rsidR="007C1745" w14:paraId="5A6E4572" w14:textId="77777777" w:rsidTr="007C1745">
        <w:tc>
          <w:tcPr>
            <w:tcW w:w="1335" w:type="dxa"/>
          </w:tcPr>
          <w:p w14:paraId="771B52FC" w14:textId="2A343A40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335" w:type="dxa"/>
          </w:tcPr>
          <w:p w14:paraId="6E4B741F" w14:textId="4918936C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נציג/ה</w:t>
            </w:r>
          </w:p>
        </w:tc>
        <w:tc>
          <w:tcPr>
            <w:tcW w:w="1336" w:type="dxa"/>
          </w:tcPr>
          <w:p w14:paraId="5FB2BCBA" w14:textId="630F8883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מכירות</w:t>
            </w:r>
          </w:p>
        </w:tc>
        <w:tc>
          <w:tcPr>
            <w:tcW w:w="1336" w:type="dxa"/>
          </w:tcPr>
          <w:p w14:paraId="66FF01F6" w14:textId="09DC814A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מק״ט</w:t>
            </w:r>
          </w:p>
        </w:tc>
        <w:tc>
          <w:tcPr>
            <w:tcW w:w="1336" w:type="dxa"/>
          </w:tcPr>
          <w:p w14:paraId="5FFB24C4" w14:textId="1B7BCB50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רווח</w:t>
            </w:r>
          </w:p>
        </w:tc>
        <w:tc>
          <w:tcPr>
            <w:tcW w:w="1336" w:type="dxa"/>
          </w:tcPr>
          <w:p w14:paraId="40BE4A58" w14:textId="02820E2B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טלפון לקוח</w:t>
            </w:r>
          </w:p>
        </w:tc>
        <w:tc>
          <w:tcPr>
            <w:tcW w:w="1336" w:type="dxa"/>
          </w:tcPr>
          <w:p w14:paraId="5F36F552" w14:textId="7B1275A3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איזור</w:t>
            </w:r>
            <w:proofErr w:type="spellEnd"/>
          </w:p>
        </w:tc>
      </w:tr>
      <w:tr w:rsidR="007C1745" w14:paraId="2621D121" w14:textId="77777777" w:rsidTr="007C1745">
        <w:tc>
          <w:tcPr>
            <w:tcW w:w="1335" w:type="dxa"/>
          </w:tcPr>
          <w:p w14:paraId="536B0D84" w14:textId="30AB6A9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335" w:type="dxa"/>
          </w:tcPr>
          <w:p w14:paraId="4CF25865" w14:textId="0F364B14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תהלולה</w:t>
            </w:r>
            <w:proofErr w:type="spellEnd"/>
          </w:p>
        </w:tc>
        <w:tc>
          <w:tcPr>
            <w:tcW w:w="1336" w:type="dxa"/>
          </w:tcPr>
          <w:p w14:paraId="0835F38F" w14:textId="6B9C84CC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10,000</w:t>
            </w:r>
          </w:p>
        </w:tc>
        <w:tc>
          <w:tcPr>
            <w:tcW w:w="1336" w:type="dxa"/>
          </w:tcPr>
          <w:p w14:paraId="18CD78C3" w14:textId="4B65781A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2345</w:t>
            </w:r>
          </w:p>
        </w:tc>
        <w:tc>
          <w:tcPr>
            <w:tcW w:w="1336" w:type="dxa"/>
          </w:tcPr>
          <w:p w14:paraId="1D9E9314" w14:textId="62B873D9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8,000</w:t>
            </w:r>
          </w:p>
        </w:tc>
        <w:tc>
          <w:tcPr>
            <w:tcW w:w="1336" w:type="dxa"/>
          </w:tcPr>
          <w:p w14:paraId="677D2F9E" w14:textId="7FD3A00D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36246</w:t>
            </w:r>
          </w:p>
        </w:tc>
        <w:tc>
          <w:tcPr>
            <w:tcW w:w="1336" w:type="dxa"/>
          </w:tcPr>
          <w:p w14:paraId="4898B9EF" w14:textId="357E0044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מרכז</w:t>
            </w:r>
          </w:p>
        </w:tc>
      </w:tr>
      <w:tr w:rsidR="007C1745" w14:paraId="2829FC78" w14:textId="77777777" w:rsidTr="007C1745">
        <w:tc>
          <w:tcPr>
            <w:tcW w:w="1335" w:type="dxa"/>
          </w:tcPr>
          <w:p w14:paraId="7A60A784" w14:textId="3B24E551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335" w:type="dxa"/>
          </w:tcPr>
          <w:p w14:paraId="69076C8F" w14:textId="7868CC7C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חביב</w:t>
            </w:r>
          </w:p>
        </w:tc>
        <w:tc>
          <w:tcPr>
            <w:tcW w:w="1336" w:type="dxa"/>
          </w:tcPr>
          <w:p w14:paraId="5CDCA2A8" w14:textId="4C6F6160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30,000</w:t>
            </w:r>
          </w:p>
        </w:tc>
        <w:tc>
          <w:tcPr>
            <w:tcW w:w="1336" w:type="dxa"/>
          </w:tcPr>
          <w:p w14:paraId="1758F8C6" w14:textId="24945F66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364</w:t>
            </w:r>
          </w:p>
        </w:tc>
        <w:tc>
          <w:tcPr>
            <w:tcW w:w="1336" w:type="dxa"/>
          </w:tcPr>
          <w:p w14:paraId="4B4C936E" w14:textId="6C5058F8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12,000</w:t>
            </w:r>
          </w:p>
        </w:tc>
        <w:tc>
          <w:tcPr>
            <w:tcW w:w="1336" w:type="dxa"/>
          </w:tcPr>
          <w:p w14:paraId="53C0B216" w14:textId="3AB6397C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65783</w:t>
            </w:r>
          </w:p>
        </w:tc>
        <w:tc>
          <w:tcPr>
            <w:tcW w:w="1336" w:type="dxa"/>
          </w:tcPr>
          <w:p w14:paraId="227CC8A4" w14:textId="25034CCE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מרכז</w:t>
            </w:r>
          </w:p>
        </w:tc>
      </w:tr>
      <w:tr w:rsidR="007C1745" w14:paraId="68F0A58A" w14:textId="77777777" w:rsidTr="007C1745">
        <w:tc>
          <w:tcPr>
            <w:tcW w:w="1335" w:type="dxa"/>
          </w:tcPr>
          <w:p w14:paraId="6DC7469B" w14:textId="117E32B0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4</w:t>
            </w:r>
          </w:p>
        </w:tc>
        <w:tc>
          <w:tcPr>
            <w:tcW w:w="1335" w:type="dxa"/>
          </w:tcPr>
          <w:p w14:paraId="10EC9F4C" w14:textId="0AAF4DEB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ענבר</w:t>
            </w:r>
          </w:p>
        </w:tc>
        <w:tc>
          <w:tcPr>
            <w:tcW w:w="1336" w:type="dxa"/>
          </w:tcPr>
          <w:p w14:paraId="60A7EB2B" w14:textId="23B49511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30,000</w:t>
            </w:r>
          </w:p>
        </w:tc>
        <w:tc>
          <w:tcPr>
            <w:tcW w:w="1336" w:type="dxa"/>
          </w:tcPr>
          <w:p w14:paraId="24F5B22E" w14:textId="0219F3A5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476</w:t>
            </w:r>
          </w:p>
        </w:tc>
        <w:tc>
          <w:tcPr>
            <w:tcW w:w="1336" w:type="dxa"/>
          </w:tcPr>
          <w:p w14:paraId="00C15539" w14:textId="3F8C3A17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14,000</w:t>
            </w:r>
          </w:p>
        </w:tc>
        <w:tc>
          <w:tcPr>
            <w:tcW w:w="1336" w:type="dxa"/>
          </w:tcPr>
          <w:p w14:paraId="13EF1C43" w14:textId="75DB699A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345</w:t>
            </w:r>
          </w:p>
        </w:tc>
        <w:tc>
          <w:tcPr>
            <w:tcW w:w="1336" w:type="dxa"/>
          </w:tcPr>
          <w:p w14:paraId="571C04CA" w14:textId="02A54D61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דרום</w:t>
            </w:r>
          </w:p>
        </w:tc>
      </w:tr>
      <w:tr w:rsidR="007C1745" w14:paraId="7A3B5C7D" w14:textId="77777777" w:rsidTr="007C1745">
        <w:tc>
          <w:tcPr>
            <w:tcW w:w="1335" w:type="dxa"/>
          </w:tcPr>
          <w:p w14:paraId="5B1D0AA1" w14:textId="1CF456B9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</w:t>
            </w:r>
          </w:p>
        </w:tc>
        <w:tc>
          <w:tcPr>
            <w:tcW w:w="1335" w:type="dxa"/>
          </w:tcPr>
          <w:p w14:paraId="042DAED7" w14:textId="5D0DF77F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קסם</w:t>
            </w:r>
          </w:p>
        </w:tc>
        <w:tc>
          <w:tcPr>
            <w:tcW w:w="1336" w:type="dxa"/>
          </w:tcPr>
          <w:p w14:paraId="6799143E" w14:textId="60F406A4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40,000</w:t>
            </w:r>
          </w:p>
        </w:tc>
        <w:tc>
          <w:tcPr>
            <w:tcW w:w="1336" w:type="dxa"/>
          </w:tcPr>
          <w:p w14:paraId="76AA79D1" w14:textId="2B2F373E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5678</w:t>
            </w:r>
          </w:p>
        </w:tc>
        <w:tc>
          <w:tcPr>
            <w:tcW w:w="1336" w:type="dxa"/>
          </w:tcPr>
          <w:p w14:paraId="05104B54" w14:textId="0C164FE6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17,000</w:t>
            </w:r>
          </w:p>
        </w:tc>
        <w:tc>
          <w:tcPr>
            <w:tcW w:w="1336" w:type="dxa"/>
          </w:tcPr>
          <w:p w14:paraId="5D26877E" w14:textId="3BBA4BE7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67842</w:t>
            </w:r>
          </w:p>
        </w:tc>
        <w:tc>
          <w:tcPr>
            <w:tcW w:w="1336" w:type="dxa"/>
          </w:tcPr>
          <w:p w14:paraId="2A28CC89" w14:textId="4DB85C1F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דרום</w:t>
            </w:r>
          </w:p>
        </w:tc>
      </w:tr>
      <w:tr w:rsidR="007C1745" w14:paraId="7E47A0E4" w14:textId="77777777" w:rsidTr="007C1745">
        <w:tc>
          <w:tcPr>
            <w:tcW w:w="1335" w:type="dxa"/>
          </w:tcPr>
          <w:p w14:paraId="52581481" w14:textId="64AFAF7A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</w:t>
            </w:r>
          </w:p>
        </w:tc>
        <w:tc>
          <w:tcPr>
            <w:tcW w:w="1335" w:type="dxa"/>
          </w:tcPr>
          <w:p w14:paraId="181784B0" w14:textId="6F33595C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תהלולה</w:t>
            </w:r>
            <w:proofErr w:type="spellEnd"/>
          </w:p>
        </w:tc>
        <w:tc>
          <w:tcPr>
            <w:tcW w:w="1336" w:type="dxa"/>
          </w:tcPr>
          <w:p w14:paraId="594A1606" w14:textId="0F30789C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70,000</w:t>
            </w:r>
          </w:p>
        </w:tc>
        <w:tc>
          <w:tcPr>
            <w:tcW w:w="1336" w:type="dxa"/>
          </w:tcPr>
          <w:p w14:paraId="0A3BC5F7" w14:textId="74036E88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3425</w:t>
            </w:r>
          </w:p>
        </w:tc>
        <w:tc>
          <w:tcPr>
            <w:tcW w:w="1336" w:type="dxa"/>
          </w:tcPr>
          <w:p w14:paraId="322649C8" w14:textId="4F8A4AC4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50,000</w:t>
            </w:r>
          </w:p>
        </w:tc>
        <w:tc>
          <w:tcPr>
            <w:tcW w:w="1336" w:type="dxa"/>
          </w:tcPr>
          <w:p w14:paraId="01E94837" w14:textId="4DD6C9DA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467</w:t>
            </w:r>
          </w:p>
        </w:tc>
        <w:tc>
          <w:tcPr>
            <w:tcW w:w="1336" w:type="dxa"/>
          </w:tcPr>
          <w:p w14:paraId="6D840F30" w14:textId="7F1C98E0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דרום</w:t>
            </w:r>
          </w:p>
        </w:tc>
      </w:tr>
    </w:tbl>
    <w:p w14:paraId="0F93A4AF" w14:textId="77777777" w:rsidR="007C1745" w:rsidRDefault="007C1745" w:rsidP="007C1745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054D4583" w14:textId="04A8DEB3" w:rsidR="007C1745" w:rsidRDefault="007C1745" w:rsidP="007C1745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המנהל בחברתכם ביקשו מכם לערך טבלה </w:t>
      </w:r>
      <w:r w:rsidRPr="00476193">
        <w:rPr>
          <w:rFonts w:ascii="David" w:hAnsi="David" w:cs="David" w:hint="cs"/>
          <w:b/>
          <w:bCs/>
          <w:sz w:val="24"/>
          <w:szCs w:val="24"/>
          <w:rtl/>
          <w:lang w:bidi="he-IL"/>
        </w:rPr>
        <w:t>מסכמת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בפורמט הזה: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61"/>
        <w:gridCol w:w="1566"/>
        <w:gridCol w:w="1479"/>
        <w:gridCol w:w="1572"/>
        <w:gridCol w:w="1690"/>
        <w:gridCol w:w="1582"/>
      </w:tblGrid>
      <w:tr w:rsidR="007C1745" w14:paraId="11767216" w14:textId="77777777" w:rsidTr="007C1745">
        <w:tc>
          <w:tcPr>
            <w:tcW w:w="1461" w:type="dxa"/>
          </w:tcPr>
          <w:p w14:paraId="531B909E" w14:textId="22CB907F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סה״כ</w:t>
            </w:r>
          </w:p>
        </w:tc>
        <w:tc>
          <w:tcPr>
            <w:tcW w:w="1566" w:type="dxa"/>
          </w:tcPr>
          <w:p w14:paraId="2E98202A" w14:textId="74393E65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קסם</w:t>
            </w:r>
          </w:p>
        </w:tc>
        <w:tc>
          <w:tcPr>
            <w:tcW w:w="1479" w:type="dxa"/>
          </w:tcPr>
          <w:p w14:paraId="3B81C34C" w14:textId="740AD7B6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ענבר</w:t>
            </w:r>
          </w:p>
        </w:tc>
        <w:tc>
          <w:tcPr>
            <w:tcW w:w="1572" w:type="dxa"/>
          </w:tcPr>
          <w:p w14:paraId="1D16AF4C" w14:textId="2338221F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חביב</w:t>
            </w:r>
          </w:p>
        </w:tc>
        <w:tc>
          <w:tcPr>
            <w:tcW w:w="1690" w:type="dxa"/>
          </w:tcPr>
          <w:p w14:paraId="0A4FA764" w14:textId="59785D59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תהלולה</w:t>
            </w:r>
            <w:proofErr w:type="spellEnd"/>
          </w:p>
        </w:tc>
        <w:tc>
          <w:tcPr>
            <w:tcW w:w="1582" w:type="dxa"/>
          </w:tcPr>
          <w:p w14:paraId="2CD56452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  <w:tr w:rsidR="007C1745" w14:paraId="4AC19A0E" w14:textId="77777777" w:rsidTr="007C1745">
        <w:tc>
          <w:tcPr>
            <w:tcW w:w="1461" w:type="dxa"/>
          </w:tcPr>
          <w:p w14:paraId="6CFD14F8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66" w:type="dxa"/>
          </w:tcPr>
          <w:p w14:paraId="080376BC" w14:textId="6387D4D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479" w:type="dxa"/>
          </w:tcPr>
          <w:p w14:paraId="0E6BD61C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72" w:type="dxa"/>
          </w:tcPr>
          <w:p w14:paraId="07EEBB61" w14:textId="7C2E11BF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0" w:type="dxa"/>
          </w:tcPr>
          <w:p w14:paraId="6C972ABD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82" w:type="dxa"/>
          </w:tcPr>
          <w:p w14:paraId="7E4F7ED4" w14:textId="15EFA59F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מרכז</w:t>
            </w:r>
          </w:p>
        </w:tc>
      </w:tr>
      <w:tr w:rsidR="007C1745" w14:paraId="14B775DD" w14:textId="77777777" w:rsidTr="007C1745">
        <w:tc>
          <w:tcPr>
            <w:tcW w:w="1461" w:type="dxa"/>
          </w:tcPr>
          <w:p w14:paraId="41B91161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66" w:type="dxa"/>
          </w:tcPr>
          <w:p w14:paraId="003FDB7D" w14:textId="441A5844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479" w:type="dxa"/>
          </w:tcPr>
          <w:p w14:paraId="0B1B328D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72" w:type="dxa"/>
          </w:tcPr>
          <w:p w14:paraId="2CD3FA11" w14:textId="5A019E1A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0" w:type="dxa"/>
          </w:tcPr>
          <w:p w14:paraId="5B2D25BC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82" w:type="dxa"/>
          </w:tcPr>
          <w:p w14:paraId="6E0D7110" w14:textId="794AC8F9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דרום</w:t>
            </w:r>
          </w:p>
        </w:tc>
      </w:tr>
      <w:tr w:rsidR="007C1745" w14:paraId="3A2F2586" w14:textId="77777777" w:rsidTr="007C1745">
        <w:tc>
          <w:tcPr>
            <w:tcW w:w="1461" w:type="dxa"/>
          </w:tcPr>
          <w:p w14:paraId="6E23115C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66" w:type="dxa"/>
          </w:tcPr>
          <w:p w14:paraId="5D316D49" w14:textId="73DC868F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479" w:type="dxa"/>
          </w:tcPr>
          <w:p w14:paraId="15D1EED7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72" w:type="dxa"/>
          </w:tcPr>
          <w:p w14:paraId="4C3A66BB" w14:textId="2D6EFC4D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0" w:type="dxa"/>
          </w:tcPr>
          <w:p w14:paraId="7783EC45" w14:textId="77777777" w:rsidR="007C1745" w:rsidRDefault="007C1745" w:rsidP="007C1745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582" w:type="dxa"/>
          </w:tcPr>
          <w:p w14:paraId="1B0C1931" w14:textId="66556B03" w:rsidR="007C1745" w:rsidRDefault="007C1745" w:rsidP="00476193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סה״כ</w:t>
            </w:r>
          </w:p>
        </w:tc>
      </w:tr>
    </w:tbl>
    <w:p w14:paraId="4BA5B080" w14:textId="77777777" w:rsidR="007C1745" w:rsidRDefault="007C1745" w:rsidP="007C1745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278DCD6D" w14:textId="64C905A0" w:rsidR="007C1745" w:rsidRDefault="007C1745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המטרה היא לגרום לכך שבטבלה המסכמת </w:t>
      </w:r>
      <w:r w:rsidR="00476193">
        <w:rPr>
          <w:rFonts w:ascii="David" w:hAnsi="David" w:cs="David" w:hint="cs"/>
          <w:sz w:val="24"/>
          <w:szCs w:val="24"/>
          <w:rtl/>
          <w:lang w:bidi="he-IL"/>
        </w:rPr>
        <w:t xml:space="preserve">יופיעו הערכים של סיכום המכירות של כל נציג בכל אחד </w:t>
      </w:r>
      <w:proofErr w:type="spellStart"/>
      <w:r w:rsidR="00476193">
        <w:rPr>
          <w:rFonts w:ascii="David" w:hAnsi="David" w:cs="David" w:hint="cs"/>
          <w:sz w:val="24"/>
          <w:szCs w:val="24"/>
          <w:rtl/>
          <w:lang w:bidi="he-IL"/>
        </w:rPr>
        <w:t>מהאיזורים</w:t>
      </w:r>
      <w:proofErr w:type="spellEnd"/>
      <w:r w:rsidR="00476193"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3778463A" w14:textId="77777777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3648A394" w14:textId="6BA2A5FC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357E8D9A" w14:textId="177F58F7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1: הכלי המתאים הוא </w:t>
      </w:r>
      <w:r>
        <w:rPr>
          <w:rFonts w:ascii="David" w:hAnsi="David" w:cs="David"/>
          <w:sz w:val="24"/>
          <w:szCs w:val="24"/>
          <w:lang w:bidi="he-IL"/>
        </w:rPr>
        <w:t>Data Table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טבלת נתונים</w:t>
      </w:r>
    </w:p>
    <w:p w14:paraId="1D71675F" w14:textId="6410E184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2: הכלי המתאים הוא </w:t>
      </w:r>
      <w:r>
        <w:rPr>
          <w:rFonts w:ascii="David" w:hAnsi="David" w:cs="David"/>
          <w:sz w:val="24"/>
          <w:szCs w:val="24"/>
          <w:lang w:bidi="he-IL"/>
        </w:rPr>
        <w:t>Goal Seek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חתירה למטרה</w:t>
      </w:r>
    </w:p>
    <w:p w14:paraId="5F43FBFB" w14:textId="096E869D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3: הכלי המתאים הוא </w:t>
      </w:r>
      <w:r>
        <w:rPr>
          <w:rFonts w:ascii="David" w:hAnsi="David" w:cs="David"/>
          <w:sz w:val="24"/>
          <w:szCs w:val="24"/>
          <w:lang w:bidi="he-IL"/>
        </w:rPr>
        <w:t>Pivot Table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טבלת ציר</w:t>
      </w:r>
    </w:p>
    <w:p w14:paraId="54300907" w14:textId="125B86F6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4: לאחר יישום הכלי המתאים, יש להגדיר ערכיו כדלקמן:</w:t>
      </w:r>
    </w:p>
    <w:p w14:paraId="4FBCFA98" w14:textId="5951D3FB" w:rsidR="00476193" w:rsidRDefault="00476193" w:rsidP="004761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 xml:space="preserve">Values = </w:t>
      </w:r>
      <w:r>
        <w:rPr>
          <w:rFonts w:ascii="David" w:hAnsi="David" w:cs="David" w:hint="cs"/>
          <w:sz w:val="24"/>
          <w:szCs w:val="24"/>
          <w:rtl/>
          <w:lang w:bidi="he-IL"/>
        </w:rPr>
        <w:t>מכירות</w:t>
      </w:r>
    </w:p>
    <w:p w14:paraId="71631A3A" w14:textId="137435FC" w:rsidR="00476193" w:rsidRDefault="00476193" w:rsidP="004761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 xml:space="preserve">Rows =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איזור</w:t>
      </w:r>
      <w:proofErr w:type="spellEnd"/>
    </w:p>
    <w:p w14:paraId="17B900DA" w14:textId="3094ACC9" w:rsidR="00476193" w:rsidRDefault="00476193" w:rsidP="004761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 xml:space="preserve">Columns = </w:t>
      </w:r>
      <w:r>
        <w:rPr>
          <w:rFonts w:ascii="David" w:hAnsi="David" w:cs="David" w:hint="cs"/>
          <w:sz w:val="24"/>
          <w:szCs w:val="24"/>
          <w:rtl/>
          <w:lang w:bidi="he-IL"/>
        </w:rPr>
        <w:t>נציג/ה</w:t>
      </w:r>
    </w:p>
    <w:p w14:paraId="12519BA3" w14:textId="5F859BFF" w:rsidR="00476193" w:rsidRP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476193">
        <w:rPr>
          <w:rFonts w:ascii="David" w:hAnsi="David" w:cs="David" w:hint="cs"/>
          <w:b/>
          <w:bCs/>
          <w:sz w:val="24"/>
          <w:szCs w:val="24"/>
          <w:rtl/>
          <w:lang w:bidi="he-IL"/>
        </w:rPr>
        <w:t>מי מבין הטענה / הטענות נכונה / נכונות?</w:t>
      </w:r>
    </w:p>
    <w:p w14:paraId="16E15B6F" w14:textId="77777777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16CBD6AC" w14:textId="77777777" w:rsidR="00291897" w:rsidRDefault="00291897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3943FBAB" w14:textId="55401754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lastRenderedPageBreak/>
        <w:t xml:space="preserve">תשובה סופית: טענות 3 ו-4. </w:t>
      </w:r>
    </w:p>
    <w:p w14:paraId="37947458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244E0184" w14:textId="204713C9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1 שגויה, משום ש-</w:t>
      </w:r>
      <w:r>
        <w:rPr>
          <w:rFonts w:ascii="David" w:hAnsi="David" w:cs="David"/>
          <w:sz w:val="24"/>
          <w:szCs w:val="24"/>
          <w:lang w:bidi="he-IL"/>
        </w:rPr>
        <w:t xml:space="preserve">Data Table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מתאים למצב שבו קיימת נוסחה שרוצים לחשב את ערכיה. כאן אין שום נוסחה, רק רצון לייצר טבלה מסכמת, מתאים ל-</w:t>
      </w:r>
      <w:r>
        <w:rPr>
          <w:rFonts w:ascii="David" w:hAnsi="David" w:cs="David"/>
          <w:sz w:val="24"/>
          <w:szCs w:val="24"/>
          <w:lang w:bidi="he-IL"/>
        </w:rPr>
        <w:t>Pivot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56BCC01F" w14:textId="1BF25909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2 שגויה, משום ש-</w:t>
      </w:r>
      <w:r>
        <w:rPr>
          <w:rFonts w:ascii="David" w:hAnsi="David" w:cs="David"/>
          <w:sz w:val="24"/>
          <w:szCs w:val="24"/>
          <w:lang w:bidi="he-IL"/>
        </w:rPr>
        <w:t>Goal Seek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מתאים לשם חילוץ ערך ספציפי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ומסויים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 xml:space="preserve"> בנוסחה. כאן אין נוסחה, ולא רוצים שום ערך ספציפי. </w:t>
      </w:r>
    </w:p>
    <w:p w14:paraId="4B2235E0" w14:textId="1FC92553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נכונה. כל הרעיון של טבלת ה-</w:t>
      </w:r>
      <w:r>
        <w:rPr>
          <w:rFonts w:ascii="David" w:hAnsi="David" w:cs="David"/>
          <w:sz w:val="24"/>
          <w:szCs w:val="24"/>
          <w:lang w:bidi="he-IL"/>
        </w:rPr>
        <w:t xml:space="preserve">Pivot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זה לקחת טבלת נתונים מפורטת / גדולה ולאפשר סיכום / תמצות של ערכיה. </w:t>
      </w:r>
    </w:p>
    <w:p w14:paraId="3E782B75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4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נכונה. אבל ההסבר ארוך יחסית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לכן מופיע בנפרד להלן.</w:t>
      </w:r>
    </w:p>
    <w:p w14:paraId="4E38FC20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0ACA8712" w14:textId="2327F043" w:rsidR="00476193" w:rsidRDefault="00476193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ברמת הכלי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כאשר אני מקבל טבלת נתונים מפורטת (לא נוסחאות / חישובים) והמטרה היא לבצע סיכום שלה ברמה מסוימת (ברמת נציג / ברמת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איזור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>) כלי ה-</w:t>
      </w:r>
      <w:r>
        <w:rPr>
          <w:rFonts w:ascii="David" w:hAnsi="David" w:cs="David"/>
          <w:sz w:val="24"/>
          <w:szCs w:val="24"/>
          <w:lang w:bidi="he-IL"/>
        </w:rPr>
        <w:t>Pivot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הוא החבר שלנו. עלינו לדעת מה מגדירים בשדות ה-</w:t>
      </w:r>
      <w:r>
        <w:rPr>
          <w:rFonts w:ascii="David" w:hAnsi="David" w:cs="David"/>
          <w:sz w:val="24"/>
          <w:szCs w:val="24"/>
          <w:lang w:bidi="he-IL"/>
        </w:rPr>
        <w:t>Pivot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בהקשר זה.</w:t>
      </w:r>
    </w:p>
    <w:p w14:paraId="4760B9C1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13C73476" w14:textId="28FAB7CC" w:rsidR="00476193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ה-</w:t>
      </w:r>
      <w:r>
        <w:rPr>
          <w:rFonts w:ascii="David" w:hAnsi="David" w:cs="David"/>
          <w:sz w:val="24"/>
          <w:szCs w:val="24"/>
          <w:lang w:bidi="he-IL"/>
        </w:rPr>
        <w:t>Rows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יהיה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איזור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>, ה-</w:t>
      </w:r>
      <w:r>
        <w:rPr>
          <w:rFonts w:ascii="David" w:hAnsi="David" w:cs="David"/>
          <w:sz w:val="24"/>
          <w:szCs w:val="24"/>
          <w:lang w:bidi="he-IL"/>
        </w:rPr>
        <w:t>Columns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יהיה נציג/ה וה-</w:t>
      </w:r>
      <w:r>
        <w:rPr>
          <w:rFonts w:ascii="David" w:hAnsi="David" w:cs="David"/>
          <w:sz w:val="24"/>
          <w:szCs w:val="24"/>
          <w:lang w:bidi="he-IL"/>
        </w:rPr>
        <w:t>Values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יהיה ״מכירות״ ולהלן פירוט: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76193" w14:paraId="4E2C572F" w14:textId="77777777" w:rsidTr="00476193">
        <w:tc>
          <w:tcPr>
            <w:tcW w:w="4675" w:type="dxa"/>
          </w:tcPr>
          <w:p w14:paraId="40F6770A" w14:textId="0E2BF5B8" w:rsidR="00476193" w:rsidRDefault="00476193" w:rsidP="00476193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מענה</w:t>
            </w:r>
          </w:p>
        </w:tc>
        <w:tc>
          <w:tcPr>
            <w:tcW w:w="4675" w:type="dxa"/>
          </w:tcPr>
          <w:p w14:paraId="4A418230" w14:textId="7151B9D0" w:rsidR="00476193" w:rsidRDefault="00476193" w:rsidP="00476193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ערך</w:t>
            </w:r>
          </w:p>
        </w:tc>
      </w:tr>
      <w:tr w:rsidR="00476193" w14:paraId="74EDEE72" w14:textId="77777777" w:rsidTr="00476193">
        <w:tc>
          <w:tcPr>
            <w:tcW w:w="4675" w:type="dxa"/>
          </w:tcPr>
          <w:p w14:paraId="1619878F" w14:textId="12F83D9E" w:rsidR="00476193" w:rsidRDefault="00476193" w:rsidP="00476193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במחזור הנוכחי לא נבחן על פרמטר זה ב-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Pivot</w:t>
            </w:r>
          </w:p>
        </w:tc>
        <w:tc>
          <w:tcPr>
            <w:tcW w:w="4675" w:type="dxa"/>
          </w:tcPr>
          <w:p w14:paraId="6C72387C" w14:textId="05755CD4" w:rsidR="00476193" w:rsidRDefault="00476193" w:rsidP="0047619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Filters</w:t>
            </w:r>
          </w:p>
        </w:tc>
      </w:tr>
      <w:tr w:rsidR="00476193" w14:paraId="2EFB2ADB" w14:textId="77777777" w:rsidTr="00476193">
        <w:tc>
          <w:tcPr>
            <w:tcW w:w="4675" w:type="dxa"/>
          </w:tcPr>
          <w:p w14:paraId="66E17FED" w14:textId="37884FB9" w:rsidR="00476193" w:rsidRDefault="00476193" w:rsidP="00476193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אפשר לראות שיש שתי שורות: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שורה למרכז ושורה לדרום. ערכי שורות אלו מבטאות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איזורים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. לכן, נזין ב-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Rows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״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איזור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״. </w:t>
            </w:r>
          </w:p>
        </w:tc>
        <w:tc>
          <w:tcPr>
            <w:tcW w:w="4675" w:type="dxa"/>
          </w:tcPr>
          <w:p w14:paraId="4A32D6BD" w14:textId="77777777" w:rsidR="00476193" w:rsidRDefault="00476193" w:rsidP="0047619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Rows</w:t>
            </w:r>
          </w:p>
          <w:p w14:paraId="73F59251" w14:textId="49C2A790" w:rsidR="00476193" w:rsidRDefault="00476193" w:rsidP="00476193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הערכים של המשתנה בשורות השונות (שורה מתחת לשורה, כלומר אנכית)</w:t>
            </w:r>
          </w:p>
        </w:tc>
      </w:tr>
      <w:tr w:rsidR="00476193" w14:paraId="2A66503E" w14:textId="77777777" w:rsidTr="00476193">
        <w:tc>
          <w:tcPr>
            <w:tcW w:w="4675" w:type="dxa"/>
          </w:tcPr>
          <w:p w14:paraId="74A7EFF1" w14:textId="5C13675D" w:rsidR="00476193" w:rsidRDefault="00291897" w:rsidP="00476193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אפשר לראות שיש 4 עמודות: כל עמודה עבור נציג מכירות אחר. לכן, נזין -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Columns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״נציג/ה״.</w:t>
            </w:r>
          </w:p>
        </w:tc>
        <w:tc>
          <w:tcPr>
            <w:tcW w:w="4675" w:type="dxa"/>
          </w:tcPr>
          <w:p w14:paraId="4C02D397" w14:textId="77777777" w:rsidR="00476193" w:rsidRDefault="00476193" w:rsidP="00476193">
            <w:pPr>
              <w:bidi/>
              <w:spacing w:line="360" w:lineRule="auto"/>
              <w:jc w:val="right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Columns</w:t>
            </w:r>
          </w:p>
          <w:p w14:paraId="69ACEF54" w14:textId="6E6155C2" w:rsidR="00476193" w:rsidRDefault="00476193" w:rsidP="0047619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הערכים של המשתנה בעמודות השונות (שורה מימין לשורה, כלומר אופקית)</w:t>
            </w:r>
          </w:p>
        </w:tc>
      </w:tr>
      <w:tr w:rsidR="00476193" w14:paraId="0E128742" w14:textId="77777777" w:rsidTr="00476193">
        <w:tc>
          <w:tcPr>
            <w:tcW w:w="4675" w:type="dxa"/>
          </w:tcPr>
          <w:p w14:paraId="3221357D" w14:textId="38CEE163" w:rsidR="00476193" w:rsidRDefault="00291897" w:rsidP="00476193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השאלה ביקשה סיכום ערכים של המכירות.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לכין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נזין ב-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Values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״מכירות״. </w:t>
            </w:r>
          </w:p>
        </w:tc>
        <w:tc>
          <w:tcPr>
            <w:tcW w:w="4675" w:type="dxa"/>
          </w:tcPr>
          <w:p w14:paraId="25AA959A" w14:textId="77777777" w:rsidR="00476193" w:rsidRDefault="00476193" w:rsidP="00476193">
            <w:pPr>
              <w:bidi/>
              <w:spacing w:line="360" w:lineRule="auto"/>
              <w:jc w:val="right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Values</w:t>
            </w:r>
          </w:p>
          <w:p w14:paraId="3F0DC384" w14:textId="689690CA" w:rsidR="00476193" w:rsidRDefault="00476193" w:rsidP="00476193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הערך שאותו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סוכמים</w:t>
            </w:r>
            <w:proofErr w:type="spellEnd"/>
          </w:p>
        </w:tc>
      </w:tr>
    </w:tbl>
    <w:p w14:paraId="5FFF2729" w14:textId="77777777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684F2D93" w14:textId="72F09E77" w:rsidR="00476193" w:rsidRDefault="00476193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 w:rsidRPr="00476193">
        <w:rPr>
          <w:rFonts w:ascii="David" w:hAnsi="David" w:cs="David"/>
          <w:noProof/>
          <w:sz w:val="24"/>
          <w:szCs w:val="24"/>
          <w:rtl/>
          <w:lang w:bidi="he-IL"/>
        </w:rPr>
        <w:drawing>
          <wp:inline distT="0" distB="0" distL="0" distR="0" wp14:anchorId="13FC355E" wp14:editId="459B5358">
            <wp:extent cx="5943600" cy="1077595"/>
            <wp:effectExtent l="0" t="0" r="0" b="1905"/>
            <wp:docPr id="542102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10281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9B008" w14:textId="7B2D43E5" w:rsidR="00291897" w:rsidRDefault="00291897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12929417" w14:textId="07D83694" w:rsidR="00476193" w:rsidRPr="00291897" w:rsidRDefault="00291897" w:rsidP="00476193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291897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31 </w:t>
      </w:r>
      <w:r w:rsidRPr="00291897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291897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פונקציית </w:t>
      </w:r>
      <w:proofErr w:type="spellStart"/>
      <w:r w:rsidRPr="00291897">
        <w:rPr>
          <w:rFonts w:ascii="David" w:hAnsi="David" w:cs="David"/>
          <w:b/>
          <w:bCs/>
          <w:sz w:val="24"/>
          <w:szCs w:val="24"/>
          <w:lang w:bidi="he-IL"/>
        </w:rPr>
        <w:t>Vlookup</w:t>
      </w:r>
      <w:proofErr w:type="spellEnd"/>
    </w:p>
    <w:p w14:paraId="25595763" w14:textId="00BBC774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לפניכם נתוני טבלת </w:t>
      </w:r>
      <w:r>
        <w:rPr>
          <w:rFonts w:ascii="David" w:hAnsi="David" w:cs="David"/>
          <w:sz w:val="24"/>
          <w:szCs w:val="24"/>
          <w:lang w:bidi="he-IL"/>
        </w:rPr>
        <w:t>Excel</w:t>
      </w:r>
      <w:r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291897" w14:paraId="37530589" w14:textId="77777777" w:rsidTr="0092386C">
        <w:tc>
          <w:tcPr>
            <w:tcW w:w="1335" w:type="dxa"/>
          </w:tcPr>
          <w:p w14:paraId="2A260DA0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335" w:type="dxa"/>
          </w:tcPr>
          <w:p w14:paraId="10E5725E" w14:textId="77777777" w:rsidR="00291897" w:rsidRDefault="00291897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336" w:type="dxa"/>
          </w:tcPr>
          <w:p w14:paraId="4D613F50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  <w:tc>
          <w:tcPr>
            <w:tcW w:w="1336" w:type="dxa"/>
          </w:tcPr>
          <w:p w14:paraId="26C6BEA0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</w:t>
            </w:r>
          </w:p>
        </w:tc>
        <w:tc>
          <w:tcPr>
            <w:tcW w:w="1336" w:type="dxa"/>
          </w:tcPr>
          <w:p w14:paraId="318BBC72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D</w:t>
            </w:r>
          </w:p>
        </w:tc>
        <w:tc>
          <w:tcPr>
            <w:tcW w:w="1336" w:type="dxa"/>
          </w:tcPr>
          <w:p w14:paraId="58C91D5B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E</w:t>
            </w:r>
          </w:p>
        </w:tc>
        <w:tc>
          <w:tcPr>
            <w:tcW w:w="1336" w:type="dxa"/>
          </w:tcPr>
          <w:p w14:paraId="367811E3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F</w:t>
            </w:r>
          </w:p>
        </w:tc>
      </w:tr>
      <w:tr w:rsidR="00291897" w14:paraId="56FB920C" w14:textId="77777777" w:rsidTr="0092386C">
        <w:tc>
          <w:tcPr>
            <w:tcW w:w="1335" w:type="dxa"/>
          </w:tcPr>
          <w:p w14:paraId="07082AF8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335" w:type="dxa"/>
          </w:tcPr>
          <w:p w14:paraId="5F652989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נציג/ה</w:t>
            </w:r>
          </w:p>
        </w:tc>
        <w:tc>
          <w:tcPr>
            <w:tcW w:w="1336" w:type="dxa"/>
          </w:tcPr>
          <w:p w14:paraId="46F74483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מכירות</w:t>
            </w:r>
          </w:p>
        </w:tc>
        <w:tc>
          <w:tcPr>
            <w:tcW w:w="1336" w:type="dxa"/>
          </w:tcPr>
          <w:p w14:paraId="170C23F8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מק״ט</w:t>
            </w:r>
          </w:p>
        </w:tc>
        <w:tc>
          <w:tcPr>
            <w:tcW w:w="1336" w:type="dxa"/>
          </w:tcPr>
          <w:p w14:paraId="47CC946B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רווח</w:t>
            </w:r>
          </w:p>
        </w:tc>
        <w:tc>
          <w:tcPr>
            <w:tcW w:w="1336" w:type="dxa"/>
          </w:tcPr>
          <w:p w14:paraId="0E66B6F9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טלפון לקוח</w:t>
            </w:r>
          </w:p>
        </w:tc>
        <w:tc>
          <w:tcPr>
            <w:tcW w:w="1336" w:type="dxa"/>
          </w:tcPr>
          <w:p w14:paraId="158629BA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איזור</w:t>
            </w:r>
            <w:proofErr w:type="spellEnd"/>
          </w:p>
        </w:tc>
      </w:tr>
      <w:tr w:rsidR="00291897" w14:paraId="73D949B5" w14:textId="77777777" w:rsidTr="0092386C">
        <w:tc>
          <w:tcPr>
            <w:tcW w:w="1335" w:type="dxa"/>
          </w:tcPr>
          <w:p w14:paraId="0C1EA929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335" w:type="dxa"/>
          </w:tcPr>
          <w:p w14:paraId="0F4C325C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תהלולה</w:t>
            </w:r>
            <w:proofErr w:type="spellEnd"/>
          </w:p>
        </w:tc>
        <w:tc>
          <w:tcPr>
            <w:tcW w:w="1336" w:type="dxa"/>
          </w:tcPr>
          <w:p w14:paraId="7934AA31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10,000</w:t>
            </w:r>
          </w:p>
        </w:tc>
        <w:tc>
          <w:tcPr>
            <w:tcW w:w="1336" w:type="dxa"/>
          </w:tcPr>
          <w:p w14:paraId="74721189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2345</w:t>
            </w:r>
          </w:p>
        </w:tc>
        <w:tc>
          <w:tcPr>
            <w:tcW w:w="1336" w:type="dxa"/>
          </w:tcPr>
          <w:p w14:paraId="571798A6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8,000</w:t>
            </w:r>
          </w:p>
        </w:tc>
        <w:tc>
          <w:tcPr>
            <w:tcW w:w="1336" w:type="dxa"/>
          </w:tcPr>
          <w:p w14:paraId="3F47F717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36246</w:t>
            </w:r>
          </w:p>
        </w:tc>
        <w:tc>
          <w:tcPr>
            <w:tcW w:w="1336" w:type="dxa"/>
          </w:tcPr>
          <w:p w14:paraId="46DEFE94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מרכז</w:t>
            </w:r>
          </w:p>
        </w:tc>
      </w:tr>
      <w:tr w:rsidR="00291897" w14:paraId="3899F053" w14:textId="77777777" w:rsidTr="0092386C">
        <w:tc>
          <w:tcPr>
            <w:tcW w:w="1335" w:type="dxa"/>
          </w:tcPr>
          <w:p w14:paraId="71ED8BB4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335" w:type="dxa"/>
          </w:tcPr>
          <w:p w14:paraId="41156842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חביב</w:t>
            </w:r>
          </w:p>
        </w:tc>
        <w:tc>
          <w:tcPr>
            <w:tcW w:w="1336" w:type="dxa"/>
          </w:tcPr>
          <w:p w14:paraId="6D4D8D28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30,000</w:t>
            </w:r>
          </w:p>
        </w:tc>
        <w:tc>
          <w:tcPr>
            <w:tcW w:w="1336" w:type="dxa"/>
          </w:tcPr>
          <w:p w14:paraId="532D27EC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364</w:t>
            </w:r>
          </w:p>
        </w:tc>
        <w:tc>
          <w:tcPr>
            <w:tcW w:w="1336" w:type="dxa"/>
          </w:tcPr>
          <w:p w14:paraId="06617443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12,000</w:t>
            </w:r>
          </w:p>
        </w:tc>
        <w:tc>
          <w:tcPr>
            <w:tcW w:w="1336" w:type="dxa"/>
          </w:tcPr>
          <w:p w14:paraId="63B5D48D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65783</w:t>
            </w:r>
          </w:p>
        </w:tc>
        <w:tc>
          <w:tcPr>
            <w:tcW w:w="1336" w:type="dxa"/>
          </w:tcPr>
          <w:p w14:paraId="51A8177D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מרכז</w:t>
            </w:r>
          </w:p>
        </w:tc>
      </w:tr>
      <w:tr w:rsidR="00291897" w14:paraId="36742C5D" w14:textId="77777777" w:rsidTr="0092386C">
        <w:tc>
          <w:tcPr>
            <w:tcW w:w="1335" w:type="dxa"/>
          </w:tcPr>
          <w:p w14:paraId="04A578CC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4</w:t>
            </w:r>
          </w:p>
        </w:tc>
        <w:tc>
          <w:tcPr>
            <w:tcW w:w="1335" w:type="dxa"/>
          </w:tcPr>
          <w:p w14:paraId="5B17D903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ענבר</w:t>
            </w:r>
          </w:p>
        </w:tc>
        <w:tc>
          <w:tcPr>
            <w:tcW w:w="1336" w:type="dxa"/>
          </w:tcPr>
          <w:p w14:paraId="3CED3D0E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30,000</w:t>
            </w:r>
          </w:p>
        </w:tc>
        <w:tc>
          <w:tcPr>
            <w:tcW w:w="1336" w:type="dxa"/>
          </w:tcPr>
          <w:p w14:paraId="744C0A50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476</w:t>
            </w:r>
          </w:p>
        </w:tc>
        <w:tc>
          <w:tcPr>
            <w:tcW w:w="1336" w:type="dxa"/>
          </w:tcPr>
          <w:p w14:paraId="2434A32A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14,000</w:t>
            </w:r>
          </w:p>
        </w:tc>
        <w:tc>
          <w:tcPr>
            <w:tcW w:w="1336" w:type="dxa"/>
          </w:tcPr>
          <w:p w14:paraId="12643EBA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345</w:t>
            </w:r>
          </w:p>
        </w:tc>
        <w:tc>
          <w:tcPr>
            <w:tcW w:w="1336" w:type="dxa"/>
          </w:tcPr>
          <w:p w14:paraId="2AC72F74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דרום</w:t>
            </w:r>
          </w:p>
        </w:tc>
      </w:tr>
      <w:tr w:rsidR="00291897" w14:paraId="3273618E" w14:textId="77777777" w:rsidTr="0092386C">
        <w:tc>
          <w:tcPr>
            <w:tcW w:w="1335" w:type="dxa"/>
          </w:tcPr>
          <w:p w14:paraId="21D6C09B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</w:t>
            </w:r>
          </w:p>
        </w:tc>
        <w:tc>
          <w:tcPr>
            <w:tcW w:w="1335" w:type="dxa"/>
          </w:tcPr>
          <w:p w14:paraId="46A7C576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קסם</w:t>
            </w:r>
          </w:p>
        </w:tc>
        <w:tc>
          <w:tcPr>
            <w:tcW w:w="1336" w:type="dxa"/>
          </w:tcPr>
          <w:p w14:paraId="2D4F20D3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40,000</w:t>
            </w:r>
          </w:p>
        </w:tc>
        <w:tc>
          <w:tcPr>
            <w:tcW w:w="1336" w:type="dxa"/>
          </w:tcPr>
          <w:p w14:paraId="4FAB1A24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5678</w:t>
            </w:r>
          </w:p>
        </w:tc>
        <w:tc>
          <w:tcPr>
            <w:tcW w:w="1336" w:type="dxa"/>
          </w:tcPr>
          <w:p w14:paraId="7216A899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17,000</w:t>
            </w:r>
          </w:p>
        </w:tc>
        <w:tc>
          <w:tcPr>
            <w:tcW w:w="1336" w:type="dxa"/>
          </w:tcPr>
          <w:p w14:paraId="6A4EE765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67842</w:t>
            </w:r>
          </w:p>
        </w:tc>
        <w:tc>
          <w:tcPr>
            <w:tcW w:w="1336" w:type="dxa"/>
          </w:tcPr>
          <w:p w14:paraId="70100A98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דרום</w:t>
            </w:r>
          </w:p>
        </w:tc>
      </w:tr>
      <w:tr w:rsidR="00291897" w14:paraId="4604F093" w14:textId="77777777" w:rsidTr="0092386C">
        <w:tc>
          <w:tcPr>
            <w:tcW w:w="1335" w:type="dxa"/>
          </w:tcPr>
          <w:p w14:paraId="0F72537D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6</w:t>
            </w:r>
          </w:p>
        </w:tc>
        <w:tc>
          <w:tcPr>
            <w:tcW w:w="1335" w:type="dxa"/>
          </w:tcPr>
          <w:p w14:paraId="2FF9A027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תהלולה</w:t>
            </w:r>
            <w:proofErr w:type="spellEnd"/>
          </w:p>
        </w:tc>
        <w:tc>
          <w:tcPr>
            <w:tcW w:w="1336" w:type="dxa"/>
          </w:tcPr>
          <w:p w14:paraId="1681C56C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70,000</w:t>
            </w:r>
          </w:p>
        </w:tc>
        <w:tc>
          <w:tcPr>
            <w:tcW w:w="1336" w:type="dxa"/>
          </w:tcPr>
          <w:p w14:paraId="0B7F7E21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3425</w:t>
            </w:r>
          </w:p>
        </w:tc>
        <w:tc>
          <w:tcPr>
            <w:tcW w:w="1336" w:type="dxa"/>
          </w:tcPr>
          <w:p w14:paraId="35166CD0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50,000</w:t>
            </w:r>
          </w:p>
        </w:tc>
        <w:tc>
          <w:tcPr>
            <w:tcW w:w="1336" w:type="dxa"/>
          </w:tcPr>
          <w:p w14:paraId="38594393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467</w:t>
            </w:r>
          </w:p>
        </w:tc>
        <w:tc>
          <w:tcPr>
            <w:tcW w:w="1336" w:type="dxa"/>
          </w:tcPr>
          <w:p w14:paraId="53823A57" w14:textId="77777777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דרום</w:t>
            </w:r>
          </w:p>
        </w:tc>
      </w:tr>
    </w:tbl>
    <w:p w14:paraId="192E8EB9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5D94AC9F" w14:textId="5366FA49" w:rsidR="00476193" w:rsidRDefault="00291897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ביקשו מכם לרשום נוסחה בתא </w:t>
      </w:r>
      <w:r>
        <w:rPr>
          <w:rFonts w:ascii="David" w:hAnsi="David" w:cs="David"/>
          <w:sz w:val="24"/>
          <w:szCs w:val="24"/>
          <w:lang w:bidi="he-IL"/>
        </w:rPr>
        <w:t>E16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שבעקבותיה, כל מק״ט שיוזן בתא </w:t>
      </w:r>
      <w:r>
        <w:rPr>
          <w:rFonts w:ascii="David" w:hAnsi="David" w:cs="David"/>
          <w:sz w:val="24"/>
          <w:szCs w:val="24"/>
          <w:lang w:bidi="he-IL"/>
        </w:rPr>
        <w:t>E15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יוביל להצגה בתא </w:t>
      </w:r>
      <w:r>
        <w:rPr>
          <w:rFonts w:ascii="David" w:hAnsi="David" w:cs="David"/>
          <w:sz w:val="24"/>
          <w:szCs w:val="24"/>
          <w:lang w:bidi="he-IL"/>
        </w:rPr>
        <w:t>E16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של הרווח שנבע ממנו:</w:t>
      </w:r>
    </w:p>
    <w:p w14:paraId="066BC177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35"/>
        <w:gridCol w:w="3468"/>
      </w:tblGrid>
      <w:tr w:rsidR="00291897" w14:paraId="4DE2BE8C" w14:textId="77777777" w:rsidTr="00291897">
        <w:tc>
          <w:tcPr>
            <w:tcW w:w="1335" w:type="dxa"/>
          </w:tcPr>
          <w:p w14:paraId="274CFB43" w14:textId="77777777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3468" w:type="dxa"/>
          </w:tcPr>
          <w:p w14:paraId="4F501281" w14:textId="5A13E81D" w:rsidR="00291897" w:rsidRDefault="00291897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E</w:t>
            </w:r>
          </w:p>
        </w:tc>
      </w:tr>
      <w:tr w:rsidR="00291897" w14:paraId="2983E6EF" w14:textId="77777777" w:rsidTr="00291897">
        <w:tc>
          <w:tcPr>
            <w:tcW w:w="1335" w:type="dxa"/>
          </w:tcPr>
          <w:p w14:paraId="0EB4D8FA" w14:textId="302306E8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15</w:t>
            </w:r>
          </w:p>
        </w:tc>
        <w:tc>
          <w:tcPr>
            <w:tcW w:w="3468" w:type="dxa"/>
          </w:tcPr>
          <w:p w14:paraId="4AF4B9AC" w14:textId="580C9869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הזן מק״ט כאן</w:t>
            </w:r>
          </w:p>
        </w:tc>
      </w:tr>
      <w:tr w:rsidR="00291897" w14:paraId="62DFDDDF" w14:textId="77777777" w:rsidTr="00291897">
        <w:tc>
          <w:tcPr>
            <w:tcW w:w="1335" w:type="dxa"/>
          </w:tcPr>
          <w:p w14:paraId="443F246F" w14:textId="7A4B6AA0" w:rsidR="00291897" w:rsidRDefault="00291897" w:rsidP="0092386C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16</w:t>
            </w:r>
          </w:p>
        </w:tc>
        <w:tc>
          <w:tcPr>
            <w:tcW w:w="3468" w:type="dxa"/>
          </w:tcPr>
          <w:p w14:paraId="45658659" w14:textId="189F5A83" w:rsidR="00291897" w:rsidRDefault="00291897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הרווח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מהמק״ט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יופיע כאן</w:t>
            </w:r>
          </w:p>
        </w:tc>
      </w:tr>
    </w:tbl>
    <w:p w14:paraId="12F75468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7E8794D0" w14:textId="0B06D9CC" w:rsidR="00476193" w:rsidRDefault="00291897" w:rsidP="0047619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סמנו את הנוסחה המתאימה שעלינו לרשום בתא </w:t>
      </w:r>
      <w:r>
        <w:rPr>
          <w:rFonts w:ascii="David" w:hAnsi="David" w:cs="David"/>
          <w:sz w:val="24"/>
          <w:szCs w:val="24"/>
          <w:lang w:bidi="he-IL"/>
        </w:rPr>
        <w:t>E16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כדי לבצע את המשימה:</w:t>
      </w:r>
    </w:p>
    <w:p w14:paraId="046C75A2" w14:textId="51A433BC" w:rsidR="00291897" w:rsidRDefault="00291897" w:rsidP="00291897">
      <w:pPr>
        <w:pStyle w:val="ListParagraph"/>
        <w:numPr>
          <w:ilvl w:val="0"/>
          <w:numId w:val="34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>=VLOOKUP(E15,A1:F6,4,0)</w:t>
      </w:r>
    </w:p>
    <w:p w14:paraId="722255DB" w14:textId="1D0DEC47" w:rsidR="00291897" w:rsidRDefault="00291897" w:rsidP="00291897">
      <w:pPr>
        <w:pStyle w:val="ListParagraph"/>
        <w:numPr>
          <w:ilvl w:val="0"/>
          <w:numId w:val="34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>=VLOOKUP(E15,C2:F6,2,0)</w:t>
      </w:r>
    </w:p>
    <w:p w14:paraId="17A58D36" w14:textId="24FB5CDE" w:rsidR="00291897" w:rsidRDefault="00291897" w:rsidP="00291897">
      <w:pPr>
        <w:pStyle w:val="ListParagraph"/>
        <w:numPr>
          <w:ilvl w:val="0"/>
          <w:numId w:val="34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>=VLOOKUP(E16,E15,A2:F6,4,0)</w:t>
      </w:r>
    </w:p>
    <w:p w14:paraId="0E7CEA0F" w14:textId="4F7006E9" w:rsidR="00291897" w:rsidRDefault="00291897" w:rsidP="00291897">
      <w:pPr>
        <w:pStyle w:val="ListParagraph"/>
        <w:numPr>
          <w:ilvl w:val="0"/>
          <w:numId w:val="34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/>
          <w:sz w:val="24"/>
          <w:szCs w:val="24"/>
          <w:lang w:bidi="he-IL"/>
        </w:rPr>
        <w:t>=VLOOKUP(E15,C2:F6,4,0)</w:t>
      </w:r>
    </w:p>
    <w:p w14:paraId="1E9E401C" w14:textId="432D8C12" w:rsidR="00291897" w:rsidRDefault="00291897" w:rsidP="00291897">
      <w:pPr>
        <w:pStyle w:val="ListParagraph"/>
        <w:numPr>
          <w:ilvl w:val="0"/>
          <w:numId w:val="34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כל יתר התשובות שגויות</w:t>
      </w:r>
    </w:p>
    <w:p w14:paraId="1182C498" w14:textId="77777777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6200CB8D" w14:textId="304BE758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פתרון:</w:t>
      </w:r>
    </w:p>
    <w:p w14:paraId="1E5703AB" w14:textId="2D9CCE9D" w:rsidR="00291897" w:rsidRDefault="00291897" w:rsidP="0029189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באופן כללי, </w:t>
      </w:r>
      <w:r w:rsidR="00915BE9">
        <w:rPr>
          <w:rFonts w:ascii="David" w:hAnsi="David" w:cs="David" w:hint="cs"/>
          <w:sz w:val="24"/>
          <w:szCs w:val="24"/>
          <w:rtl/>
          <w:lang w:bidi="he-IL"/>
        </w:rPr>
        <w:t xml:space="preserve">כאשר המטרה היא לאפשר חיפוש של ערך מסוים (לחפש מק״ט, לחפש ת.ז., לחפש שם וכיו״ב) ולהוציא את הערך המתאים לו מהטבלה הנתונה </w:t>
      </w:r>
      <w:r w:rsidR="00915BE9">
        <w:rPr>
          <w:rFonts w:ascii="David" w:hAnsi="David" w:cs="David"/>
          <w:sz w:val="24"/>
          <w:szCs w:val="24"/>
          <w:rtl/>
          <w:lang w:bidi="he-IL"/>
        </w:rPr>
        <w:t>–</w:t>
      </w:r>
      <w:r w:rsidR="00915BE9">
        <w:rPr>
          <w:rFonts w:ascii="David" w:hAnsi="David" w:cs="David" w:hint="cs"/>
          <w:sz w:val="24"/>
          <w:szCs w:val="24"/>
          <w:rtl/>
          <w:lang w:bidi="he-IL"/>
        </w:rPr>
        <w:t xml:space="preserve"> הכלי הוא </w:t>
      </w:r>
      <w:r w:rsidR="00915BE9">
        <w:rPr>
          <w:rFonts w:ascii="David" w:hAnsi="David" w:cs="David"/>
          <w:sz w:val="24"/>
          <w:szCs w:val="24"/>
          <w:lang w:bidi="he-IL"/>
        </w:rPr>
        <w:t>VLOOKUP</w:t>
      </w:r>
      <w:r w:rsidR="00915BE9"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220A35DF" w14:textId="59E6B546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בפונקציה זו, חובה להגדיר לפי הסדר את הערכים הבאים:</w:t>
      </w:r>
    </w:p>
    <w:p w14:paraId="5DED847D" w14:textId="02CC6559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ערך ראשון = הערך הספציפי שאותו מחפשים (הזנה ישירה / הפניה לתא עזר).</w:t>
      </w:r>
    </w:p>
    <w:p w14:paraId="44CFAB34" w14:textId="0B4F3721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ערך שני = הפניה לטבלה / חלקה שבעמודה הראשונה שלה מופיע הערך לפיו מחפשים (עם / בלי כותרות). </w:t>
      </w:r>
    </w:p>
    <w:p w14:paraId="72D03E0D" w14:textId="2DE438F3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ערך שלישי = מס׳ העמודה שממנה מחזירים ערך בטבלה המסומנת.</w:t>
      </w:r>
    </w:p>
    <w:p w14:paraId="377F0E00" w14:textId="77777777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ערך רביעי = תמיד 0 אצלנו.</w:t>
      </w:r>
    </w:p>
    <w:p w14:paraId="2879648A" w14:textId="77777777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</w:p>
    <w:p w14:paraId="150056C2" w14:textId="77777777" w:rsidR="00915BE9" w:rsidRDefault="00915BE9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352087BA" w14:textId="72F7518C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lastRenderedPageBreak/>
        <w:t>במקרה זה:</w:t>
      </w:r>
    </w:p>
    <w:p w14:paraId="4CDC2D6F" w14:textId="77777777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הערך הראשון = הערך הספציפי שאותו מחפשים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המק״ט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 xml:space="preserve"> שנמצא בתא </w:t>
      </w:r>
      <w:r>
        <w:rPr>
          <w:rFonts w:ascii="David" w:hAnsi="David" w:cs="David"/>
          <w:sz w:val="24"/>
          <w:szCs w:val="24"/>
          <w:lang w:bidi="he-IL"/>
        </w:rPr>
        <w:t>E15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44637B58" w14:textId="77777777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הערך השני = אם מחפשים לפי מק״ט, צריך לסמן את הטבלה החל מעמודת מק״ט (עם או בלי כותרת, כלומר </w:t>
      </w:r>
      <w:r>
        <w:rPr>
          <w:rFonts w:ascii="David" w:hAnsi="David" w:cs="David"/>
          <w:sz w:val="24"/>
          <w:szCs w:val="24"/>
          <w:lang w:bidi="he-IL"/>
        </w:rPr>
        <w:t>C1:F6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או </w:t>
      </w:r>
      <w:r>
        <w:rPr>
          <w:rFonts w:ascii="David" w:hAnsi="David" w:cs="David"/>
          <w:sz w:val="24"/>
          <w:szCs w:val="24"/>
          <w:lang w:bidi="he-IL"/>
        </w:rPr>
        <w:t>C2:F6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). </w:t>
      </w:r>
    </w:p>
    <w:p w14:paraId="7FDF6D82" w14:textId="77777777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הערך השלישי = מס׳ העמודה ממנה מחזירים ערך. אם התחלנו לסמן מעמודת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המק״ט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 xml:space="preserve">, הרווח הופך להיות העמודה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השניה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 xml:space="preserve">. זה הערך המבוקש, לכן נזין 2. </w:t>
      </w:r>
    </w:p>
    <w:p w14:paraId="1D360613" w14:textId="490CFD5C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הערך הרביעי = תמיד 0: </w:t>
      </w:r>
    </w:p>
    <w:p w14:paraId="0CB4F225" w14:textId="58520D78" w:rsidR="00915BE9" w:rsidRDefault="00915BE9" w:rsidP="00915BE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 w:rsidRPr="00915BE9">
        <w:rPr>
          <w:rFonts w:ascii="David" w:hAnsi="David" w:cs="David"/>
          <w:noProof/>
          <w:sz w:val="24"/>
          <w:szCs w:val="24"/>
          <w:rtl/>
          <w:lang w:bidi="he-IL"/>
        </w:rPr>
        <w:drawing>
          <wp:inline distT="0" distB="0" distL="0" distR="0" wp14:anchorId="5EDB94A6" wp14:editId="62D20700">
            <wp:extent cx="5943600" cy="2327275"/>
            <wp:effectExtent l="0" t="0" r="0" b="0"/>
            <wp:docPr id="1829916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91657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F6513" w14:textId="77777777" w:rsidR="00915BE9" w:rsidRDefault="00915BE9" w:rsidP="00915BE9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11C1AC6F" w14:textId="2C729EB7" w:rsidR="00915BE9" w:rsidRDefault="00372887" w:rsidP="00915BE9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372887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ולכן, התשובה ב. </w:t>
      </w:r>
    </w:p>
    <w:p w14:paraId="5721F5B9" w14:textId="77777777" w:rsidR="00372887" w:rsidRDefault="00372887" w:rsidP="00372887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45E059C1" w14:textId="37470B1A" w:rsidR="00372887" w:rsidRDefault="00372887" w:rsidP="00372887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הדגש המרכזי מהשאלה הזו:</w:t>
      </w:r>
    </w:p>
    <w:p w14:paraId="7A2616EE" w14:textId="7508C4B7" w:rsidR="00372887" w:rsidRPr="00AD0D80" w:rsidRDefault="00372887" w:rsidP="00372887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חייבים </w:t>
      </w:r>
      <w:r w:rsidRPr="00AD0D80">
        <w:rPr>
          <w:rFonts w:ascii="David" w:hAnsi="David" w:cs="David" w:hint="cs"/>
          <w:b/>
          <w:bCs/>
          <w:sz w:val="24"/>
          <w:szCs w:val="24"/>
          <w:u w:val="single"/>
          <w:rtl/>
          <w:lang w:bidi="he-IL"/>
        </w:rPr>
        <w:t>להתחיל</w:t>
      </w: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לסמן את הטבלה ב-</w:t>
      </w:r>
      <w:r w:rsidRPr="00AD0D80">
        <w:rPr>
          <w:rFonts w:ascii="David" w:hAnsi="David" w:cs="David"/>
          <w:b/>
          <w:bCs/>
          <w:sz w:val="24"/>
          <w:szCs w:val="24"/>
          <w:lang w:bidi="he-IL"/>
        </w:rPr>
        <w:t>VLOOKUP</w:t>
      </w: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בעמודה שבה מחפשים. אם מחפשים לפי נציג, מתחילים מעמודה </w:t>
      </w:r>
      <w:r w:rsidRPr="00AD0D80">
        <w:rPr>
          <w:rFonts w:ascii="David" w:hAnsi="David" w:cs="David"/>
          <w:b/>
          <w:bCs/>
          <w:sz w:val="24"/>
          <w:szCs w:val="24"/>
          <w:lang w:bidi="he-IL"/>
        </w:rPr>
        <w:t>A</w:t>
      </w: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את הסימון; אם מחפשים לפי מכירות, מתחילים מעמודה </w:t>
      </w:r>
      <w:r w:rsidRPr="00AD0D80">
        <w:rPr>
          <w:rFonts w:ascii="David" w:hAnsi="David" w:cs="David"/>
          <w:b/>
          <w:bCs/>
          <w:sz w:val="24"/>
          <w:szCs w:val="24"/>
          <w:lang w:bidi="he-IL"/>
        </w:rPr>
        <w:t>B</w:t>
      </w: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, אם מחפשים לפי מק״ט (המקרה פה) </w:t>
      </w:r>
      <w:r w:rsidRPr="00AD0D80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מתחילים מעמודה </w:t>
      </w:r>
      <w:r w:rsidRPr="00AD0D80">
        <w:rPr>
          <w:rFonts w:ascii="David" w:hAnsi="David" w:cs="David"/>
          <w:b/>
          <w:bCs/>
          <w:sz w:val="24"/>
          <w:szCs w:val="24"/>
          <w:lang w:bidi="he-IL"/>
        </w:rPr>
        <w:t>C</w:t>
      </w: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. </w:t>
      </w:r>
    </w:p>
    <w:p w14:paraId="0BC31B5B" w14:textId="5B4F40EC" w:rsidR="00372887" w:rsidRDefault="00372887" w:rsidP="00372887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הסימון עצמו יכול להמשך עד הסוף; </w:t>
      </w:r>
      <w:r w:rsidR="00AD0D80">
        <w:rPr>
          <w:rFonts w:ascii="David" w:hAnsi="David" w:cs="David" w:hint="cs"/>
          <w:sz w:val="24"/>
          <w:szCs w:val="24"/>
          <w:rtl/>
          <w:lang w:bidi="he-IL"/>
        </w:rPr>
        <w:t xml:space="preserve">וזה מה שעשינו. תיאורטית, אפשר לסמן את הטבלה ולעצור בנקודה שבה נמצא הערך המבוקש (גם פתרון שמסמן </w:t>
      </w:r>
      <w:r w:rsidR="00AD0D80">
        <w:rPr>
          <w:rFonts w:ascii="David" w:hAnsi="David" w:cs="David"/>
          <w:sz w:val="24"/>
          <w:szCs w:val="24"/>
          <w:lang w:bidi="he-IL"/>
        </w:rPr>
        <w:t>C2:D6</w:t>
      </w:r>
      <w:r w:rsidR="00AD0D80">
        <w:rPr>
          <w:rFonts w:ascii="David" w:hAnsi="David" w:cs="David" w:hint="cs"/>
          <w:sz w:val="24"/>
          <w:szCs w:val="24"/>
          <w:rtl/>
          <w:lang w:bidi="he-IL"/>
        </w:rPr>
        <w:t xml:space="preserve"> מספיק). </w:t>
      </w:r>
    </w:p>
    <w:p w14:paraId="1A5C9415" w14:textId="3F4DEE9E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עוד דגש קטן שהיה פה: אפשר לסמן את הטבלה עם או ללא כותרות. זה לא משנה. </w:t>
      </w:r>
    </w:p>
    <w:p w14:paraId="2BC80269" w14:textId="77777777" w:rsidR="00AD0D80" w:rsidRDefault="00AD0D80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1C49339E" w14:textId="7AB433CE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32 </w:t>
      </w:r>
      <w:r w:rsidRPr="00AD0D80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AD0D80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תאים ריקים ומשמעותם</w:t>
      </w:r>
    </w:p>
    <w:p w14:paraId="67C60736" w14:textId="49B07F33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לפניכם טבלת </w:t>
      </w:r>
      <w:r>
        <w:rPr>
          <w:rFonts w:ascii="David" w:hAnsi="David" w:cs="David"/>
          <w:sz w:val="24"/>
          <w:szCs w:val="24"/>
          <w:lang w:bidi="he-IL"/>
        </w:rPr>
        <w:t>Excel</w:t>
      </w:r>
      <w:r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p w14:paraId="685AB084" w14:textId="77777777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4"/>
        <w:gridCol w:w="1134"/>
      </w:tblGrid>
      <w:tr w:rsidR="00AD0D80" w14:paraId="5495E8B6" w14:textId="77777777" w:rsidTr="00AD0D80">
        <w:tc>
          <w:tcPr>
            <w:tcW w:w="704" w:type="dxa"/>
          </w:tcPr>
          <w:p w14:paraId="7301837E" w14:textId="77777777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1134" w:type="dxa"/>
          </w:tcPr>
          <w:p w14:paraId="1C1E61AD" w14:textId="50BB3984" w:rsidR="00AD0D80" w:rsidRDefault="00AD0D80" w:rsidP="00AD0D80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</w:tr>
      <w:tr w:rsidR="00AD0D80" w14:paraId="56BC050A" w14:textId="77777777" w:rsidTr="00AD0D80">
        <w:tc>
          <w:tcPr>
            <w:tcW w:w="704" w:type="dxa"/>
          </w:tcPr>
          <w:p w14:paraId="160D772B" w14:textId="399A5871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134" w:type="dxa"/>
          </w:tcPr>
          <w:p w14:paraId="1DA1796D" w14:textId="5CEDD4BA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500</w:t>
            </w:r>
          </w:p>
        </w:tc>
      </w:tr>
      <w:tr w:rsidR="00AD0D80" w14:paraId="66BA2CD4" w14:textId="77777777" w:rsidTr="00AD0D80">
        <w:tc>
          <w:tcPr>
            <w:tcW w:w="704" w:type="dxa"/>
          </w:tcPr>
          <w:p w14:paraId="061A448D" w14:textId="713FB892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134" w:type="dxa"/>
          </w:tcPr>
          <w:p w14:paraId="38C488A0" w14:textId="0E899CA7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       </w:t>
            </w:r>
          </w:p>
        </w:tc>
      </w:tr>
      <w:tr w:rsidR="00AD0D80" w14:paraId="3D071677" w14:textId="77777777" w:rsidTr="00AD0D80">
        <w:tc>
          <w:tcPr>
            <w:tcW w:w="704" w:type="dxa"/>
          </w:tcPr>
          <w:p w14:paraId="0F569E88" w14:textId="3498AADB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134" w:type="dxa"/>
          </w:tcPr>
          <w:p w14:paraId="090C6EE6" w14:textId="340DA557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לא מכר</w:t>
            </w:r>
          </w:p>
        </w:tc>
      </w:tr>
      <w:tr w:rsidR="00AD0D80" w14:paraId="61AEF42A" w14:textId="77777777" w:rsidTr="00AD0D80">
        <w:tc>
          <w:tcPr>
            <w:tcW w:w="704" w:type="dxa"/>
          </w:tcPr>
          <w:p w14:paraId="53F5B3D0" w14:textId="5FDF6A19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4</w:t>
            </w:r>
          </w:p>
        </w:tc>
        <w:tc>
          <w:tcPr>
            <w:tcW w:w="1134" w:type="dxa"/>
          </w:tcPr>
          <w:p w14:paraId="14001193" w14:textId="24DB6F6B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750</w:t>
            </w:r>
          </w:p>
        </w:tc>
      </w:tr>
      <w:tr w:rsidR="00AD0D80" w14:paraId="2B15EC40" w14:textId="77777777" w:rsidTr="00AD0D80">
        <w:tc>
          <w:tcPr>
            <w:tcW w:w="704" w:type="dxa"/>
          </w:tcPr>
          <w:p w14:paraId="0FD9DF34" w14:textId="18F6396B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5</w:t>
            </w:r>
          </w:p>
        </w:tc>
        <w:tc>
          <w:tcPr>
            <w:tcW w:w="1134" w:type="dxa"/>
          </w:tcPr>
          <w:p w14:paraId="34548F9B" w14:textId="5B402B8A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14</w:t>
            </w:r>
          </w:p>
        </w:tc>
      </w:tr>
      <w:tr w:rsidR="00AD0D80" w14:paraId="07F4906A" w14:textId="77777777" w:rsidTr="00AD0D80">
        <w:tc>
          <w:tcPr>
            <w:tcW w:w="704" w:type="dxa"/>
          </w:tcPr>
          <w:p w14:paraId="16DBA4BD" w14:textId="1682CABA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6</w:t>
            </w:r>
          </w:p>
        </w:tc>
        <w:tc>
          <w:tcPr>
            <w:tcW w:w="1134" w:type="dxa"/>
          </w:tcPr>
          <w:p w14:paraId="034BA48E" w14:textId="0C86D61F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לא מכר</w:t>
            </w:r>
          </w:p>
        </w:tc>
      </w:tr>
      <w:tr w:rsidR="00AD0D80" w14:paraId="76B846D8" w14:textId="77777777" w:rsidTr="00AD0D80">
        <w:tc>
          <w:tcPr>
            <w:tcW w:w="704" w:type="dxa"/>
          </w:tcPr>
          <w:p w14:paraId="4C54E829" w14:textId="32A7F798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7</w:t>
            </w:r>
          </w:p>
        </w:tc>
        <w:tc>
          <w:tcPr>
            <w:tcW w:w="1134" w:type="dxa"/>
          </w:tcPr>
          <w:p w14:paraId="705B3976" w14:textId="77777777" w:rsidR="00AD0D80" w:rsidRDefault="00AD0D80" w:rsidP="00AD0D80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</w:p>
        </w:tc>
      </w:tr>
    </w:tbl>
    <w:p w14:paraId="01C50246" w14:textId="77777777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0FAFBED8" w14:textId="7DD58741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7C253339" w14:textId="42BFC50B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1: במידה ובתא </w:t>
      </w:r>
      <w:r>
        <w:rPr>
          <w:rFonts w:ascii="David" w:hAnsi="David" w:cs="David"/>
          <w:sz w:val="24"/>
          <w:szCs w:val="24"/>
          <w:lang w:bidi="he-IL"/>
        </w:rPr>
        <w:t>A2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הוקלד רווח (עם מקש הרווח במקלדת) אזי התוצאה של הנוסחה </w:t>
      </w:r>
      <w:r>
        <w:rPr>
          <w:rFonts w:ascii="David" w:hAnsi="David" w:cs="David"/>
          <w:sz w:val="24"/>
          <w:szCs w:val="24"/>
          <w:lang w:bidi="he-IL"/>
        </w:rPr>
        <w:t>=COUNTBLANK(A1:A7)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תהיה 2</w:t>
      </w:r>
    </w:p>
    <w:p w14:paraId="0D78FCFD" w14:textId="7BC53173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2: במידה ובתא </w:t>
      </w:r>
      <w:r>
        <w:rPr>
          <w:rFonts w:ascii="David" w:hAnsi="David" w:cs="David"/>
          <w:sz w:val="24"/>
          <w:szCs w:val="24"/>
          <w:lang w:bidi="he-IL"/>
        </w:rPr>
        <w:t>A7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הוקלד </w:t>
      </w:r>
      <w:r>
        <w:rPr>
          <w:rFonts w:ascii="David" w:hAnsi="David" w:cs="David"/>
          <w:sz w:val="24"/>
          <w:szCs w:val="24"/>
          <w:lang w:bidi="he-IL"/>
        </w:rPr>
        <w:t>=””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אזי התוצאה של הנוסחה </w:t>
      </w:r>
      <w:r>
        <w:rPr>
          <w:rFonts w:ascii="David" w:hAnsi="David" w:cs="David"/>
          <w:sz w:val="24"/>
          <w:szCs w:val="24"/>
          <w:lang w:bidi="he-IL"/>
        </w:rPr>
        <w:t>=COUNTBLANK(A6:A7)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תהיה 1</w:t>
      </w:r>
    </w:p>
    <w:p w14:paraId="43B119C7" w14:textId="29DF6BE7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3: התוצאה של הנוסחה </w:t>
      </w:r>
      <w:r>
        <w:rPr>
          <w:rFonts w:ascii="David" w:hAnsi="David" w:cs="David"/>
          <w:sz w:val="24"/>
          <w:szCs w:val="24"/>
          <w:lang w:bidi="he-IL"/>
        </w:rPr>
        <w:t>=COUNTBLANK(A1:A7)+COUNT(A1:A7)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תהיה 3</w:t>
      </w:r>
    </w:p>
    <w:p w14:paraId="2923DFB6" w14:textId="77777777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121E5CE0" w14:textId="192D77E2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מי מבין הטענה / הטענות נכונה / נכונות?</w:t>
      </w:r>
    </w:p>
    <w:p w14:paraId="02498524" w14:textId="77777777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67A2F471" w14:textId="68B6EC65" w:rsidR="00C0446A" w:rsidRDefault="00C0446A" w:rsidP="00C0446A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תשובה סופית: רק טענה 2 נכונה. </w:t>
      </w:r>
    </w:p>
    <w:p w14:paraId="1B69E59F" w14:textId="77777777" w:rsidR="00C0446A" w:rsidRDefault="00C0446A" w:rsidP="00C0446A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6E7169A8" w14:textId="0CA39000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שימו לב לברירת מחדל חשובה: אם אני רואה תא ״לבן״ שאין בו כלום </w:t>
      </w:r>
      <w:r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ברירת המחדל (אם לא אמרו אחרת) שהוא ריק. </w:t>
      </w:r>
    </w:p>
    <w:p w14:paraId="59AB4EEA" w14:textId="77777777" w:rsid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10"/>
        <w:gridCol w:w="1417"/>
        <w:gridCol w:w="7223"/>
      </w:tblGrid>
      <w:tr w:rsidR="00AD0D80" w14:paraId="16C10592" w14:textId="77777777" w:rsidTr="00AD0D80">
        <w:tc>
          <w:tcPr>
            <w:tcW w:w="710" w:type="dxa"/>
          </w:tcPr>
          <w:p w14:paraId="1399B9FD" w14:textId="0E8046B1" w:rsid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טענה</w:t>
            </w:r>
          </w:p>
        </w:tc>
        <w:tc>
          <w:tcPr>
            <w:tcW w:w="1417" w:type="dxa"/>
          </w:tcPr>
          <w:p w14:paraId="0B80E858" w14:textId="56064000" w:rsid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נכונה/שגויה</w:t>
            </w:r>
          </w:p>
        </w:tc>
        <w:tc>
          <w:tcPr>
            <w:tcW w:w="7223" w:type="dxa"/>
          </w:tcPr>
          <w:p w14:paraId="6B5E2BBE" w14:textId="4D9CBB5C" w:rsid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נימוק</w:t>
            </w:r>
          </w:p>
        </w:tc>
      </w:tr>
      <w:tr w:rsidR="00AD0D80" w14:paraId="0686F12C" w14:textId="77777777" w:rsidTr="00AD0D80">
        <w:tc>
          <w:tcPr>
            <w:tcW w:w="710" w:type="dxa"/>
          </w:tcPr>
          <w:p w14:paraId="05FF7AF3" w14:textId="10CC8813" w:rsidR="00AD0D80" w:rsidRP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D0D8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</w:t>
            </w:r>
          </w:p>
        </w:tc>
        <w:tc>
          <w:tcPr>
            <w:tcW w:w="1417" w:type="dxa"/>
          </w:tcPr>
          <w:p w14:paraId="351C65A4" w14:textId="1DA6EF6D" w:rsidR="00AD0D80" w:rsidRP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D0D8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3" w:type="dxa"/>
          </w:tcPr>
          <w:p w14:paraId="1D74023F" w14:textId="264EA8F8" w:rsidR="00AD0D80" w:rsidRP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D0D8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תא שנתון מפורשות שהוזנו בו רווחים איננו ריק. לכן, במקרה זה, </w:t>
            </w:r>
            <w:r w:rsidRPr="00AD0D80">
              <w:rPr>
                <w:rFonts w:ascii="David" w:hAnsi="David" w:cs="David"/>
                <w:sz w:val="24"/>
                <w:szCs w:val="24"/>
                <w:lang w:bidi="he-IL"/>
              </w:rPr>
              <w:t>A2</w:t>
            </w:r>
            <w:r w:rsidRPr="00AD0D8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איננו ריק, רק </w:t>
            </w:r>
            <w:r w:rsidRPr="00AD0D80">
              <w:rPr>
                <w:rFonts w:ascii="David" w:hAnsi="David" w:cs="David"/>
                <w:sz w:val="24"/>
                <w:szCs w:val="24"/>
                <w:lang w:bidi="he-IL"/>
              </w:rPr>
              <w:t>A7</w:t>
            </w:r>
            <w:r w:rsidRPr="00AD0D8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, וביצוע </w:t>
            </w:r>
            <w:r w:rsidRPr="00AD0D80">
              <w:rPr>
                <w:rFonts w:ascii="David" w:hAnsi="David" w:cs="David"/>
                <w:sz w:val="24"/>
                <w:szCs w:val="24"/>
                <w:lang w:bidi="he-IL"/>
              </w:rPr>
              <w:t>COUTBLANK</w:t>
            </w:r>
            <w:r w:rsidRPr="00AD0D8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על הטווח יחזיר את התוצאה 1 ולא 2. </w:t>
            </w:r>
          </w:p>
        </w:tc>
      </w:tr>
      <w:tr w:rsidR="00AD0D80" w14:paraId="69BA843E" w14:textId="77777777" w:rsidTr="00AD0D80">
        <w:tc>
          <w:tcPr>
            <w:tcW w:w="710" w:type="dxa"/>
          </w:tcPr>
          <w:p w14:paraId="01DEE700" w14:textId="32B4E7E5" w:rsidR="00AD0D80" w:rsidRP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D0D8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</w:t>
            </w:r>
          </w:p>
        </w:tc>
        <w:tc>
          <w:tcPr>
            <w:tcW w:w="1417" w:type="dxa"/>
          </w:tcPr>
          <w:p w14:paraId="5F509F73" w14:textId="5793E7F1" w:rsidR="00AD0D80" w:rsidRP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נכונה</w:t>
            </w:r>
          </w:p>
        </w:tc>
        <w:tc>
          <w:tcPr>
            <w:tcW w:w="7223" w:type="dxa"/>
          </w:tcPr>
          <w:p w14:paraId="3301DE50" w14:textId="3CA2BE1A" w:rsidR="00AD0D80" w:rsidRP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תא שהוקלד בו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=””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(סימן רווח ופעמיים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מרכאות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כפולות) עדיין נחשב כתא ריק. ולכן, אם בתא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A7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זה מה שהוקלד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הוא עדיין נחשב כריק, והנוסחה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=COUNTBLANK(A6:A7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תתן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את התוצאה 1. </w:t>
            </w:r>
          </w:p>
        </w:tc>
      </w:tr>
      <w:tr w:rsidR="00AD0D80" w14:paraId="3BC7AA73" w14:textId="77777777" w:rsidTr="00AD0D80">
        <w:tc>
          <w:tcPr>
            <w:tcW w:w="710" w:type="dxa"/>
          </w:tcPr>
          <w:p w14:paraId="33702EEB" w14:textId="6035F652" w:rsidR="00AD0D80" w:rsidRPr="00AD0D80" w:rsidRDefault="00AD0D80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</w:t>
            </w:r>
          </w:p>
        </w:tc>
        <w:tc>
          <w:tcPr>
            <w:tcW w:w="1417" w:type="dxa"/>
          </w:tcPr>
          <w:p w14:paraId="71C4B287" w14:textId="206147C9" w:rsidR="00AD0D80" w:rsidRPr="00AD0D80" w:rsidRDefault="00C0446A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3" w:type="dxa"/>
          </w:tcPr>
          <w:p w14:paraId="2201D7FC" w14:textId="1ACFF38F" w:rsidR="00AD0D80" w:rsidRPr="00AD0D80" w:rsidRDefault="00C0446A" w:rsidP="00AD0D8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בטענה זו, לא אמרו שום דבר על התאים הריקים; לכן מבחינתנו הם באמת ריקים לגמרי ו-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COUNTBLANK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יספור אותם. יש שני ערכים ריקים, ובנוסף 3 ערכים מספריים, לכן החיבור שלהם יהיה 5 ולא 3. </w:t>
            </w:r>
          </w:p>
        </w:tc>
      </w:tr>
    </w:tbl>
    <w:p w14:paraId="2A08BAC6" w14:textId="77777777" w:rsidR="00AD0D80" w:rsidRPr="00AD0D80" w:rsidRDefault="00AD0D80" w:rsidP="00AD0D80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0E6EFC6D" w14:textId="26AB165F" w:rsidR="00AC4114" w:rsidRDefault="00AC4114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0C85F64F" w14:textId="42306FD6" w:rsidR="00372887" w:rsidRPr="002868B7" w:rsidRDefault="00AC4114" w:rsidP="00372887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lang w:bidi="he-IL"/>
        </w:rPr>
      </w:pPr>
      <w:r w:rsidRPr="002868B7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33 </w:t>
      </w:r>
      <w:r w:rsidRPr="002868B7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2868B7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</w:t>
      </w:r>
      <w:r w:rsidRPr="002868B7">
        <w:rPr>
          <w:rFonts w:ascii="David" w:hAnsi="David" w:cs="David"/>
          <w:b/>
          <w:bCs/>
          <w:sz w:val="24"/>
          <w:szCs w:val="24"/>
          <w:lang w:bidi="he-IL"/>
        </w:rPr>
        <w:t>PIVOT</w:t>
      </w:r>
    </w:p>
    <w:p w14:paraId="78422A93" w14:textId="1BF86A37" w:rsidR="00AC4114" w:rsidRDefault="00AC4114" w:rsidP="00AC4114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AC4114">
        <w:rPr>
          <w:rFonts w:ascii="David" w:hAnsi="David" w:cs="David"/>
          <w:sz w:val="24"/>
          <w:szCs w:val="24"/>
          <w:rtl/>
          <w:lang w:bidi="he-IL"/>
        </w:rPr>
        <w:drawing>
          <wp:inline distT="0" distB="0" distL="0" distR="0" wp14:anchorId="240F80CC" wp14:editId="4870C664">
            <wp:extent cx="3164079" cy="3852672"/>
            <wp:effectExtent l="0" t="0" r="0" b="0"/>
            <wp:docPr id="349050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05063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92416" cy="388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4D7D9" w14:textId="77777777" w:rsidR="007C4637" w:rsidRDefault="007C4637" w:rsidP="007C4637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15B0FD8A" w14:textId="319C05B9" w:rsidR="00B73B5F" w:rsidRDefault="008E7453" w:rsidP="00B73B5F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פיתה-רון:</w:t>
      </w:r>
    </w:p>
    <w:p w14:paraId="5B2B44E9" w14:textId="634E34BC" w:rsidR="008E7453" w:rsidRDefault="008E7453" w:rsidP="008E745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כאשר מקבלים טבלת נתונים מפורטת, וטבלת נתונים שמהווה סיכום שלה לאחר מכן, </w:t>
      </w:r>
      <w:r w:rsidR="00874E85">
        <w:rPr>
          <w:rFonts w:ascii="David" w:hAnsi="David" w:cs="David" w:hint="cs"/>
          <w:sz w:val="24"/>
          <w:szCs w:val="24"/>
          <w:rtl/>
          <w:lang w:bidi="he-IL"/>
        </w:rPr>
        <w:t xml:space="preserve">הכלי שבו משתמשים מבחינתנו הוא </w:t>
      </w:r>
      <w:r w:rsidR="00874E85">
        <w:rPr>
          <w:rFonts w:ascii="David" w:hAnsi="David" w:cs="David"/>
          <w:sz w:val="24"/>
          <w:szCs w:val="24"/>
          <w:lang w:bidi="he-IL"/>
        </w:rPr>
        <w:t>Pivot</w:t>
      </w:r>
      <w:r w:rsidR="00874E85">
        <w:rPr>
          <w:rFonts w:ascii="David" w:hAnsi="David" w:cs="David" w:hint="cs"/>
          <w:sz w:val="24"/>
          <w:szCs w:val="24"/>
          <w:rtl/>
          <w:lang w:bidi="he-IL"/>
        </w:rPr>
        <w:t xml:space="preserve"> (</w:t>
      </w:r>
      <w:r w:rsidR="00874E85">
        <w:rPr>
          <w:rFonts w:ascii="David" w:hAnsi="David" w:cs="David"/>
          <w:sz w:val="24"/>
          <w:szCs w:val="24"/>
          <w:lang w:bidi="he-IL"/>
        </w:rPr>
        <w:t>Pivot Table</w:t>
      </w:r>
      <w:r w:rsidR="00874E85">
        <w:rPr>
          <w:rFonts w:ascii="David" w:hAnsi="David" w:cs="David" w:hint="cs"/>
          <w:sz w:val="24"/>
          <w:szCs w:val="24"/>
          <w:rtl/>
          <w:lang w:bidi="he-IL"/>
        </w:rPr>
        <w:t xml:space="preserve"> - טבלת ציר). לשם הגדרת ה-</w:t>
      </w:r>
      <w:r w:rsidR="00874E85">
        <w:rPr>
          <w:rFonts w:ascii="David" w:hAnsi="David" w:cs="David"/>
          <w:sz w:val="24"/>
          <w:szCs w:val="24"/>
          <w:lang w:bidi="he-IL"/>
        </w:rPr>
        <w:t>Pivot</w:t>
      </w:r>
      <w:r w:rsidR="00874E85">
        <w:rPr>
          <w:rFonts w:ascii="David" w:hAnsi="David" w:cs="David" w:hint="cs"/>
          <w:sz w:val="24"/>
          <w:szCs w:val="24"/>
          <w:rtl/>
          <w:lang w:bidi="he-IL"/>
        </w:rPr>
        <w:t>, יש לדעת 3 הגדרות:</w:t>
      </w:r>
    </w:p>
    <w:p w14:paraId="1082B412" w14:textId="77777777" w:rsidR="00874E85" w:rsidRDefault="00874E85" w:rsidP="00874E85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7C8313A5" w14:textId="3092B2D3" w:rsidR="00874E85" w:rsidRPr="009432E9" w:rsidRDefault="00874E85" w:rsidP="00874E85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הגדרה 1: </w:t>
      </w:r>
      <w:r w:rsidRPr="00E94892">
        <w:rPr>
          <w:rFonts w:ascii="David" w:hAnsi="David" w:cs="David"/>
          <w:b/>
          <w:bCs/>
          <w:sz w:val="21"/>
          <w:szCs w:val="21"/>
          <w:lang w:bidi="he-IL"/>
        </w:rPr>
        <w:t>Columns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= </w:t>
      </w:r>
      <w:r w:rsidR="00286732" w:rsidRPr="009432E9">
        <w:rPr>
          <w:rFonts w:ascii="David" w:hAnsi="David" w:cs="David" w:hint="cs"/>
          <w:sz w:val="21"/>
          <w:szCs w:val="21"/>
          <w:rtl/>
          <w:lang w:bidi="he-IL"/>
        </w:rPr>
        <w:t>שם המשתנה (הכותרת) שנמצא בכותרות העמודות השונות.</w:t>
      </w:r>
    </w:p>
    <w:p w14:paraId="5D884611" w14:textId="2EACEBDF" w:rsidR="00491B5D" w:rsidRPr="009432E9" w:rsidRDefault="00491B5D" w:rsidP="00491B5D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>כאן: הערכים בכותרות עמודות טבלת הסיכום הם חיפה ותל אביב.</w:t>
      </w:r>
    </w:p>
    <w:p w14:paraId="79610184" w14:textId="5D2C870F" w:rsidR="00491B5D" w:rsidRPr="009432E9" w:rsidRDefault="00491B5D" w:rsidP="00491B5D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>ערכים אלו מופיעים תחת הכותרת ״עיר״.</w:t>
      </w:r>
    </w:p>
    <w:p w14:paraId="6FB9C7BB" w14:textId="33FC807E" w:rsidR="00491B5D" w:rsidRPr="009432E9" w:rsidRDefault="00491B5D" w:rsidP="00491B5D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ולכן, הגדרת </w:t>
      </w:r>
      <w:r w:rsidRPr="009432E9">
        <w:rPr>
          <w:rFonts w:ascii="David" w:hAnsi="David" w:cs="David"/>
          <w:sz w:val="21"/>
          <w:szCs w:val="21"/>
          <w:lang w:bidi="he-IL"/>
        </w:rPr>
        <w:t>Columns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ב-</w:t>
      </w:r>
      <w:r w:rsidRPr="009432E9">
        <w:rPr>
          <w:rFonts w:ascii="David" w:hAnsi="David" w:cs="David"/>
          <w:sz w:val="21"/>
          <w:szCs w:val="21"/>
          <w:lang w:bidi="he-IL"/>
        </w:rPr>
        <w:t>Pivot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תהיה עיר.</w:t>
      </w:r>
    </w:p>
    <w:p w14:paraId="6810DD7D" w14:textId="7BABC63E" w:rsidR="00491B5D" w:rsidRPr="009432E9" w:rsidRDefault="00CB77CF" w:rsidP="00491B5D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הגדרה 2: </w:t>
      </w:r>
      <w:r w:rsidRPr="00E94892">
        <w:rPr>
          <w:rFonts w:ascii="David" w:hAnsi="David" w:cs="David"/>
          <w:b/>
          <w:bCs/>
          <w:sz w:val="21"/>
          <w:szCs w:val="21"/>
          <w:lang w:bidi="he-IL"/>
        </w:rPr>
        <w:t>Rows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= שם המשתנה (הכותרת) שנמצא בכותרות של השורות השונות.</w:t>
      </w:r>
    </w:p>
    <w:p w14:paraId="63C34657" w14:textId="54507F19" w:rsidR="00CB77CF" w:rsidRPr="009432E9" w:rsidRDefault="00CB77CF" w:rsidP="00CB77CF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>כאן, הערכים בשורות טבלת הסיכום הם אורי, גיל ונועה.</w:t>
      </w:r>
    </w:p>
    <w:p w14:paraId="47C129C9" w14:textId="73197B94" w:rsidR="00CB77CF" w:rsidRPr="009432E9" w:rsidRDefault="00CB77CF" w:rsidP="00CB77CF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>בטבלה המקורית, ערכים אלו מופיעים תחת הכותרת ״שליח״.</w:t>
      </w:r>
    </w:p>
    <w:p w14:paraId="22ABD0F3" w14:textId="0391EF5D" w:rsidR="00CB77CF" w:rsidRPr="009432E9" w:rsidRDefault="00CB77CF" w:rsidP="00CB77CF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ולכן, הגדרת </w:t>
      </w:r>
      <w:r w:rsidRPr="009432E9">
        <w:rPr>
          <w:rFonts w:ascii="David" w:hAnsi="David" w:cs="David"/>
          <w:sz w:val="21"/>
          <w:szCs w:val="21"/>
          <w:lang w:bidi="he-IL"/>
        </w:rPr>
        <w:t>Rows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ב-</w:t>
      </w:r>
      <w:r w:rsidRPr="009432E9">
        <w:rPr>
          <w:rFonts w:ascii="David" w:hAnsi="David" w:cs="David"/>
          <w:sz w:val="21"/>
          <w:szCs w:val="21"/>
          <w:lang w:bidi="he-IL"/>
        </w:rPr>
        <w:t>Pivot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תהיה שליח. </w:t>
      </w:r>
    </w:p>
    <w:p w14:paraId="1E33327D" w14:textId="090E1AB7" w:rsidR="009432E9" w:rsidRPr="009432E9" w:rsidRDefault="009432E9" w:rsidP="009432E9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הגדרה 3: </w:t>
      </w:r>
      <w:r w:rsidRPr="00E94892">
        <w:rPr>
          <w:rFonts w:ascii="David" w:hAnsi="David" w:cs="David"/>
          <w:b/>
          <w:bCs/>
          <w:sz w:val="21"/>
          <w:szCs w:val="21"/>
          <w:lang w:bidi="he-IL"/>
        </w:rPr>
        <w:t>Values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= הערך (מספרי) שאותו מחשבים. </w:t>
      </w:r>
    </w:p>
    <w:p w14:paraId="58A06CCC" w14:textId="0A215E08" w:rsidR="009432E9" w:rsidRPr="009432E9" w:rsidRDefault="009432E9" w:rsidP="009432E9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>כאן:</w:t>
      </w:r>
      <w:r w:rsidRPr="009432E9">
        <w:rPr>
          <w:rFonts w:ascii="David" w:hAnsi="David" w:cs="David"/>
          <w:sz w:val="21"/>
          <w:szCs w:val="21"/>
          <w:lang w:bidi="he-IL"/>
        </w:rPr>
        <w:t xml:space="preserve"> 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רוצים לחשב זמן משלוח בדקות.</w:t>
      </w:r>
    </w:p>
    <w:p w14:paraId="3A65E06F" w14:textId="1B27EF0D" w:rsidR="009432E9" w:rsidRDefault="009432E9" w:rsidP="009432E9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/>
          <w:sz w:val="21"/>
          <w:szCs w:val="21"/>
          <w:rtl/>
          <w:lang w:bidi="he-IL"/>
        </w:rPr>
        <w:tab/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לכן, הגדרת </w:t>
      </w:r>
      <w:r w:rsidRPr="009432E9">
        <w:rPr>
          <w:rFonts w:ascii="David" w:hAnsi="David" w:cs="David"/>
          <w:sz w:val="21"/>
          <w:szCs w:val="21"/>
          <w:lang w:bidi="he-IL"/>
        </w:rPr>
        <w:t>Values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תהיה זמן משלוח בדקות (כתוב </w:t>
      </w:r>
      <w:r w:rsidRPr="009432E9">
        <w:rPr>
          <w:rFonts w:ascii="David" w:hAnsi="David" w:cs="David"/>
          <w:sz w:val="21"/>
          <w:szCs w:val="21"/>
          <w:lang w:bidi="he-IL"/>
        </w:rPr>
        <w:t>Average</w:t>
      </w:r>
      <w:r w:rsidRPr="009432E9">
        <w:rPr>
          <w:rFonts w:ascii="David" w:hAnsi="David" w:cs="David" w:hint="cs"/>
          <w:sz w:val="21"/>
          <w:szCs w:val="21"/>
          <w:rtl/>
          <w:lang w:bidi="he-IL"/>
        </w:rPr>
        <w:t xml:space="preserve"> לכן ממוצע)</w:t>
      </w:r>
    </w:p>
    <w:p w14:paraId="06C962FE" w14:textId="77777777" w:rsidR="009432E9" w:rsidRDefault="009432E9" w:rsidP="009432E9">
      <w:pPr>
        <w:bidi/>
        <w:spacing w:after="0" w:line="360" w:lineRule="auto"/>
        <w:rPr>
          <w:rFonts w:ascii="David" w:hAnsi="David" w:cs="David"/>
          <w:sz w:val="21"/>
          <w:szCs w:val="21"/>
          <w:rtl/>
          <w:lang w:bidi="he-IL"/>
        </w:rPr>
      </w:pPr>
    </w:p>
    <w:p w14:paraId="22E518DE" w14:textId="17128D82" w:rsidR="009432E9" w:rsidRPr="009432E9" w:rsidRDefault="009432E9" w:rsidP="009432E9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  <w:r w:rsidRPr="009432E9">
        <w:rPr>
          <w:rFonts w:ascii="David" w:hAnsi="David" w:cs="David" w:hint="cs"/>
          <w:sz w:val="24"/>
          <w:szCs w:val="24"/>
          <w:rtl/>
          <w:lang w:bidi="he-IL"/>
        </w:rPr>
        <w:t xml:space="preserve">התשובה א. </w:t>
      </w:r>
    </w:p>
    <w:p w14:paraId="6491A47E" w14:textId="77777777" w:rsidR="00B73B5F" w:rsidRDefault="00B73B5F" w:rsidP="00B73B5F">
      <w:pPr>
        <w:bidi/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</w:p>
    <w:p w14:paraId="5F464C20" w14:textId="61A54AF6" w:rsidR="00AC4114" w:rsidRPr="002868B7" w:rsidRDefault="0024140C" w:rsidP="00AC4114">
      <w:pPr>
        <w:bidi/>
        <w:spacing w:after="0" w:line="360" w:lineRule="auto"/>
        <w:rPr>
          <w:rFonts w:ascii="David" w:hAnsi="David" w:cs="David" w:hint="cs"/>
          <w:b/>
          <w:bCs/>
          <w:sz w:val="24"/>
          <w:szCs w:val="24"/>
          <w:rtl/>
          <w:lang w:bidi="he-IL"/>
        </w:rPr>
      </w:pPr>
      <w:r w:rsidRPr="002868B7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34 </w:t>
      </w:r>
      <w:r w:rsidRPr="002868B7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2868B7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חתירה למטרה </w:t>
      </w:r>
      <w:r w:rsidR="00E94892">
        <w:rPr>
          <w:rFonts w:ascii="David" w:hAnsi="David" w:cs="David" w:hint="cs"/>
          <w:b/>
          <w:bCs/>
          <w:sz w:val="24"/>
          <w:szCs w:val="24"/>
          <w:rtl/>
          <w:lang w:bidi="he-IL"/>
        </w:rPr>
        <w:t>(</w:t>
      </w:r>
      <w:r w:rsidR="00E94892">
        <w:rPr>
          <w:rFonts w:ascii="David" w:hAnsi="David" w:cs="David"/>
          <w:b/>
          <w:bCs/>
          <w:sz w:val="24"/>
          <w:szCs w:val="24"/>
          <w:lang w:bidi="he-IL"/>
        </w:rPr>
        <w:t>Goal Seek</w:t>
      </w:r>
      <w:r w:rsidR="00E94892">
        <w:rPr>
          <w:rFonts w:ascii="David" w:hAnsi="David" w:cs="David" w:hint="cs"/>
          <w:b/>
          <w:bCs/>
          <w:sz w:val="24"/>
          <w:szCs w:val="24"/>
          <w:rtl/>
          <w:lang w:bidi="he-IL"/>
        </w:rPr>
        <w:t>)</w:t>
      </w:r>
    </w:p>
    <w:p w14:paraId="7F2F728F" w14:textId="20D9C407" w:rsidR="0024140C" w:rsidRDefault="002868B7" w:rsidP="0024140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noProof/>
          <w:sz w:val="24"/>
          <w:szCs w:val="24"/>
          <w:rtl/>
          <w:lang w:val="he-IL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20BB2" wp14:editId="51803084">
                <wp:simplePos x="0" y="0"/>
                <wp:positionH relativeFrom="column">
                  <wp:posOffset>2684060</wp:posOffset>
                </wp:positionH>
                <wp:positionV relativeFrom="paragraph">
                  <wp:posOffset>1922230</wp:posOffset>
                </wp:positionV>
                <wp:extent cx="1815152" cy="172872"/>
                <wp:effectExtent l="50800" t="25400" r="52070" b="68580"/>
                <wp:wrapNone/>
                <wp:docPr id="888664507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152" cy="17287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C4CDB6" id="Rounded Rectangle 1" o:spid="_x0000_s1026" style="position:absolute;margin-left:211.35pt;margin-top:151.35pt;width:142.95pt;height:1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" fillcolor="white [3212]" stroked="f">
                <v:shadow on="t" color="black" opacity="22937f" origin=",.5" offset="0,.63889mm"/>
              </v:roundrect>
            </w:pict>
          </mc:Fallback>
        </mc:AlternateContent>
      </w:r>
      <w:r w:rsidR="0024140C" w:rsidRPr="0024140C">
        <w:rPr>
          <w:rFonts w:ascii="David" w:hAnsi="David" w:cs="David"/>
          <w:sz w:val="24"/>
          <w:szCs w:val="24"/>
          <w:rtl/>
          <w:lang w:bidi="he-IL"/>
        </w:rPr>
        <w:drawing>
          <wp:inline distT="0" distB="0" distL="0" distR="0" wp14:anchorId="282F5538" wp14:editId="52CF39FD">
            <wp:extent cx="5033749" cy="2139343"/>
            <wp:effectExtent l="0" t="0" r="0" b="0"/>
            <wp:docPr id="442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48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572" cy="214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9BA58" w14:textId="77777777" w:rsidR="0024140C" w:rsidRDefault="0024140C" w:rsidP="0024140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7DD860CE" w14:textId="2413331B" w:rsidR="001E309E" w:rsidRDefault="001E309E" w:rsidP="001E309E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פיתה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רון:</w:t>
      </w:r>
    </w:p>
    <w:p w14:paraId="7A71E27B" w14:textId="4BF72ADA" w:rsidR="001E309E" w:rsidRDefault="001E309E" w:rsidP="00D626EC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שימו לב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גם אם לא הייתי אומר לכם בלב השאלה שצריך לפעול עם חתירה למטרה (</w:t>
      </w:r>
      <w:r>
        <w:rPr>
          <w:rFonts w:ascii="David" w:hAnsi="David" w:cs="David"/>
          <w:sz w:val="24"/>
          <w:szCs w:val="24"/>
          <w:lang w:bidi="he-IL"/>
        </w:rPr>
        <w:t>Goal Seek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) הייתם צריכים לדעת שזה הכלי המתאים. </w:t>
      </w:r>
    </w:p>
    <w:p w14:paraId="4BBDABF4" w14:textId="7479E5A0" w:rsidR="00D626EC" w:rsidRDefault="00D626EC" w:rsidP="00D626EC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מדוע? כי בדיוק זה ״הקטע שלה״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כלי החתירה למטרה רלוונטי כאשר אני רוצה לחלץ (למצוא) ערך שיוביל לתוצאה מסוימת (כאן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177 בדיוק) בנוסחה מסוימת (כאן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בנוסחת המחיר הסופי). </w:t>
      </w:r>
    </w:p>
    <w:p w14:paraId="7E618FA2" w14:textId="35B6F0AE" w:rsidR="005874D5" w:rsidRDefault="005874D5" w:rsidP="005874D5">
      <w:pPr>
        <w:bidi/>
        <w:spacing w:after="0" w:line="360" w:lineRule="auto"/>
        <w:jc w:val="both"/>
        <w:rPr>
          <w:rFonts w:ascii="David" w:hAnsi="David" w:cs="David" w:hint="cs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עלינו להכיר בעיקר את האופן שבו מציבים ערכים ב-3 התאים הרלוונטיים של כלי חתירה למטרה: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1276"/>
        <w:gridCol w:w="4958"/>
      </w:tblGrid>
      <w:tr w:rsidR="002868B7" w14:paraId="115182EE" w14:textId="77777777" w:rsidTr="00A81C73">
        <w:tc>
          <w:tcPr>
            <w:tcW w:w="3116" w:type="dxa"/>
          </w:tcPr>
          <w:p w14:paraId="05A85C70" w14:textId="5B1D5D8A" w:rsidR="002868B7" w:rsidRDefault="002868B7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הגדרה</w:t>
            </w:r>
          </w:p>
        </w:tc>
        <w:tc>
          <w:tcPr>
            <w:tcW w:w="1276" w:type="dxa"/>
          </w:tcPr>
          <w:p w14:paraId="26EEE1F2" w14:textId="2E1A4B91" w:rsidR="002868B7" w:rsidRDefault="002868B7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הערך שנציב</w:t>
            </w:r>
          </w:p>
        </w:tc>
        <w:tc>
          <w:tcPr>
            <w:tcW w:w="4958" w:type="dxa"/>
          </w:tcPr>
          <w:p w14:paraId="355ECFAA" w14:textId="0CEB2F3A" w:rsidR="002868B7" w:rsidRDefault="002868B7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משמעות</w:t>
            </w:r>
          </w:p>
        </w:tc>
      </w:tr>
      <w:tr w:rsidR="002868B7" w14:paraId="43E1879A" w14:textId="77777777" w:rsidTr="00A81C73">
        <w:tc>
          <w:tcPr>
            <w:tcW w:w="3116" w:type="dxa"/>
          </w:tcPr>
          <w:p w14:paraId="21A66FDA" w14:textId="77777777" w:rsidR="002868B7" w:rsidRDefault="002868B7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עליון</w:t>
            </w:r>
          </w:p>
          <w:p w14:paraId="7F189396" w14:textId="240D69B6" w:rsidR="007878C9" w:rsidRDefault="007878C9" w:rsidP="007878C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״שלב 1״</w:t>
            </w:r>
          </w:p>
        </w:tc>
        <w:tc>
          <w:tcPr>
            <w:tcW w:w="1276" w:type="dxa"/>
          </w:tcPr>
          <w:p w14:paraId="6CE2EB5C" w14:textId="39BD1224" w:rsidR="002868B7" w:rsidRDefault="005874D5" w:rsidP="005874D5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C324</w:t>
            </w:r>
          </w:p>
        </w:tc>
        <w:tc>
          <w:tcPr>
            <w:tcW w:w="4958" w:type="dxa"/>
          </w:tcPr>
          <w:p w14:paraId="39D449C0" w14:textId="77777777" w:rsidR="002868B7" w:rsidRPr="00A81C73" w:rsidRDefault="005874D5" w:rsidP="002868B7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lang w:bidi="he-IL"/>
              </w:rPr>
            </w:pPr>
            <w:r w:rsidRPr="00A81C73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הפניה לתא שבו תתקיים התוצאה הנדרשת</w:t>
            </w:r>
          </w:p>
          <w:p w14:paraId="5A75D7CC" w14:textId="77777777" w:rsidR="005874D5" w:rsidRDefault="005874D5" w:rsidP="005874D5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כאן: רוצים שבתא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C324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תופיע התוצאה 177.</w:t>
            </w:r>
          </w:p>
          <w:p w14:paraId="586C0AA7" w14:textId="2EB0025E" w:rsidR="005874D5" w:rsidRPr="005874D5" w:rsidRDefault="005874D5" w:rsidP="005874D5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לכן ההגדרה הראשונית היא להפנות ל-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C324</w:t>
            </w:r>
          </w:p>
        </w:tc>
      </w:tr>
      <w:tr w:rsidR="002868B7" w14:paraId="4AEB5DEC" w14:textId="77777777" w:rsidTr="00A81C73">
        <w:tc>
          <w:tcPr>
            <w:tcW w:w="3116" w:type="dxa"/>
          </w:tcPr>
          <w:p w14:paraId="78CD23C9" w14:textId="77777777" w:rsidR="002868B7" w:rsidRDefault="002868B7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אמצעי</w:t>
            </w:r>
          </w:p>
          <w:p w14:paraId="3E1BFE1B" w14:textId="42FA52FF" w:rsidR="007878C9" w:rsidRDefault="007878C9" w:rsidP="007878C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״שלב 2״</w:t>
            </w:r>
          </w:p>
        </w:tc>
        <w:tc>
          <w:tcPr>
            <w:tcW w:w="1276" w:type="dxa"/>
          </w:tcPr>
          <w:p w14:paraId="52F01F82" w14:textId="7AAA15F7" w:rsidR="002868B7" w:rsidRDefault="005874D5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177</w:t>
            </w:r>
          </w:p>
        </w:tc>
        <w:tc>
          <w:tcPr>
            <w:tcW w:w="4958" w:type="dxa"/>
          </w:tcPr>
          <w:p w14:paraId="3049420C" w14:textId="77777777" w:rsidR="002868B7" w:rsidRPr="00A81C73" w:rsidRDefault="005874D5" w:rsidP="002868B7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  <w:lang w:bidi="he-IL"/>
              </w:rPr>
            </w:pPr>
            <w:r w:rsidRPr="00A81C73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הקלדה של הערך המספרי שאליו רוצים להגיע.</w:t>
            </w:r>
          </w:p>
          <w:p w14:paraId="60F5A5ED" w14:textId="47E2B52F" w:rsidR="005874D5" w:rsidRDefault="005874D5" w:rsidP="005874D5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רוצים את התוצאה 177. בתא האמצעי נקליד 177. </w:t>
            </w:r>
          </w:p>
        </w:tc>
      </w:tr>
      <w:tr w:rsidR="002868B7" w14:paraId="7ADA926E" w14:textId="77777777" w:rsidTr="00A81C73">
        <w:tc>
          <w:tcPr>
            <w:tcW w:w="3116" w:type="dxa"/>
          </w:tcPr>
          <w:p w14:paraId="221DC325" w14:textId="77777777" w:rsidR="002868B7" w:rsidRDefault="002868B7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תחתון</w:t>
            </w:r>
          </w:p>
          <w:p w14:paraId="427F04FF" w14:textId="780F44B5" w:rsidR="007878C9" w:rsidRDefault="007878C9" w:rsidP="007878C9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״שלב 3״</w:t>
            </w:r>
          </w:p>
        </w:tc>
        <w:tc>
          <w:tcPr>
            <w:tcW w:w="1276" w:type="dxa"/>
          </w:tcPr>
          <w:p w14:paraId="1DEF7172" w14:textId="510E5DB2" w:rsidR="002868B7" w:rsidRDefault="00C85ED2" w:rsidP="002868B7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C322</w:t>
            </w:r>
          </w:p>
        </w:tc>
        <w:tc>
          <w:tcPr>
            <w:tcW w:w="4958" w:type="dxa"/>
          </w:tcPr>
          <w:p w14:paraId="19C122B5" w14:textId="77777777" w:rsidR="002868B7" w:rsidRDefault="00C85ED2" w:rsidP="002868B7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A81C73">
              <w:rPr>
                <w:rFonts w:ascii="David" w:hAnsi="David" w:cs="David" w:hint="cs"/>
                <w:b/>
                <w:bCs/>
                <w:sz w:val="24"/>
                <w:szCs w:val="24"/>
                <w:rtl/>
                <w:lang w:bidi="he-IL"/>
              </w:rPr>
              <w:t>הפניה לתא שאת ערכו נדרש / אפשר לשנות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כדי להגיע ליעד. כאן, רצו לדעת מה שיעור ההנחה שיוביל ליעד. כלומר, שיעור ההנחה הוא התא שנשנה ואליו נפנה.</w:t>
            </w:r>
          </w:p>
          <w:p w14:paraId="05DFEED8" w14:textId="4E62F638" w:rsidR="00C85ED2" w:rsidRDefault="00C85ED2" w:rsidP="00C85ED2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מדובר בתא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C322</w:t>
            </w:r>
          </w:p>
        </w:tc>
      </w:tr>
    </w:tbl>
    <w:p w14:paraId="1DD6C629" w14:textId="77777777" w:rsidR="002868B7" w:rsidRDefault="002868B7" w:rsidP="002868B7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500F531F" w14:textId="77777777" w:rsidR="007878C9" w:rsidRDefault="007878C9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130F8846" w14:textId="609BB22D" w:rsidR="0024140C" w:rsidRDefault="007878C9" w:rsidP="0024140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lastRenderedPageBreak/>
        <w:t>נראה את זה גם חזותית / ויזואלית:</w:t>
      </w:r>
    </w:p>
    <w:p w14:paraId="03C88F17" w14:textId="4ACCEFFA" w:rsidR="007878C9" w:rsidRDefault="007878C9" w:rsidP="007878C9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7878C9">
        <w:rPr>
          <w:rFonts w:ascii="David" w:hAnsi="David" w:cs="David"/>
          <w:sz w:val="24"/>
          <w:szCs w:val="24"/>
          <w:rtl/>
          <w:lang w:bidi="he-IL"/>
        </w:rPr>
        <w:drawing>
          <wp:inline distT="0" distB="0" distL="0" distR="0" wp14:anchorId="331F326C" wp14:editId="6BEF9107">
            <wp:extent cx="5943600" cy="2275840"/>
            <wp:effectExtent l="0" t="0" r="0" b="0"/>
            <wp:docPr id="719129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2966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5A51D" w14:textId="4C63A6C5" w:rsidR="00A870E2" w:rsidRPr="008B3D2A" w:rsidRDefault="008B3D2A" w:rsidP="00A870E2">
      <w:pPr>
        <w:bidi/>
        <w:spacing w:after="0" w:line="360" w:lineRule="auto"/>
        <w:rPr>
          <w:rFonts w:ascii="David" w:hAnsi="David" w:cs="David"/>
          <w:sz w:val="24"/>
          <w:szCs w:val="24"/>
          <w:u w:val="single"/>
          <w:rtl/>
          <w:lang w:bidi="he-IL"/>
        </w:rPr>
      </w:pPr>
      <w:r w:rsidRPr="008B3D2A">
        <w:rPr>
          <w:rFonts w:ascii="David" w:hAnsi="David" w:cs="David" w:hint="cs"/>
          <w:sz w:val="24"/>
          <w:szCs w:val="24"/>
          <w:u w:val="single"/>
          <w:rtl/>
          <w:lang w:bidi="he-IL"/>
        </w:rPr>
        <w:t xml:space="preserve">אותו הסבר כמו בטבלה </w:t>
      </w:r>
      <w:r w:rsidRPr="008B3D2A">
        <w:rPr>
          <w:rFonts w:ascii="David" w:hAnsi="David" w:cs="David"/>
          <w:sz w:val="24"/>
          <w:szCs w:val="24"/>
          <w:u w:val="single"/>
          <w:rtl/>
          <w:lang w:bidi="he-IL"/>
        </w:rPr>
        <w:t>–</w:t>
      </w:r>
      <w:r w:rsidRPr="008B3D2A">
        <w:rPr>
          <w:rFonts w:ascii="David" w:hAnsi="David" w:cs="David" w:hint="cs"/>
          <w:sz w:val="24"/>
          <w:szCs w:val="24"/>
          <w:u w:val="single"/>
          <w:rtl/>
          <w:lang w:bidi="he-IL"/>
        </w:rPr>
        <w:t xml:space="preserve"> בכתיבה מקוצרת:</w:t>
      </w:r>
    </w:p>
    <w:p w14:paraId="2EFD18E1" w14:textId="6776E5FC" w:rsidR="007878C9" w:rsidRDefault="007878C9" w:rsidP="007878C9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(1) התא שבו צריכה להופיע התוצאה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מחיר סופי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lang w:bidi="he-IL"/>
        </w:rPr>
        <w:t>C324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; (2) התוצאה הנדרשת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177; (3) הערך שניתן לשנות שיעור ההנחה, </w:t>
      </w:r>
      <w:r>
        <w:rPr>
          <w:rFonts w:ascii="David" w:hAnsi="David" w:cs="David"/>
          <w:sz w:val="24"/>
          <w:szCs w:val="24"/>
          <w:lang w:bidi="he-IL"/>
        </w:rPr>
        <w:t>C322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62B1E120" w14:textId="77777777" w:rsidR="008B3D2A" w:rsidRDefault="008B3D2A" w:rsidP="008B3D2A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</w:p>
    <w:p w14:paraId="082C70AC" w14:textId="77777777" w:rsidR="007878C9" w:rsidRDefault="007878C9" w:rsidP="007878C9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3A500BA1" w14:textId="77777777" w:rsidR="00ED27F0" w:rsidRDefault="00ED27F0">
      <w:pPr>
        <w:rPr>
          <w:rFonts w:ascii="David" w:hAnsi="David" w:cs="David"/>
          <w:bCs/>
          <w:sz w:val="24"/>
          <w:szCs w:val="24"/>
          <w:rtl/>
        </w:rPr>
      </w:pPr>
      <w:r>
        <w:rPr>
          <w:rFonts w:ascii="David" w:hAnsi="David" w:cs="Times New Roman"/>
          <w:bCs/>
          <w:sz w:val="24"/>
          <w:szCs w:val="24"/>
          <w:rtl/>
        </w:rPr>
        <w:br w:type="page"/>
      </w:r>
    </w:p>
    <w:p w14:paraId="2E4AF3A5" w14:textId="18C435C8" w:rsidR="00FA6E31" w:rsidRPr="00054C11" w:rsidRDefault="00FA6E31" w:rsidP="00FA6E31">
      <w:pPr>
        <w:bidi/>
        <w:spacing w:after="0" w:line="360" w:lineRule="auto"/>
        <w:rPr>
          <w:rFonts w:hint="cs"/>
          <w:sz w:val="24"/>
          <w:szCs w:val="24"/>
          <w:lang w:bidi="he-IL"/>
        </w:rPr>
      </w:pPr>
      <w:proofErr w:type="spellStart"/>
      <w:r w:rsidRPr="00F71DF9">
        <w:rPr>
          <w:rFonts w:ascii="David" w:hAnsi="David" w:cs="David" w:hint="cs"/>
          <w:bCs/>
          <w:sz w:val="24"/>
          <w:szCs w:val="24"/>
          <w:rtl/>
        </w:rPr>
        <w:lastRenderedPageBreak/>
        <w:t>שאלה</w:t>
      </w:r>
      <w:proofErr w:type="spellEnd"/>
      <w:r w:rsidRPr="00054C11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="00ED27F0" w:rsidRPr="00ED27F0">
        <w:rPr>
          <w:rFonts w:ascii="David" w:hAnsi="David" w:cs="David" w:hint="cs"/>
          <w:bCs/>
          <w:sz w:val="24"/>
          <w:szCs w:val="24"/>
          <w:rtl/>
          <w:lang w:bidi="he-IL"/>
        </w:rPr>
        <w:t>35</w:t>
      </w:r>
    </w:p>
    <w:p w14:paraId="0C71D10B" w14:textId="40A47497" w:rsidR="00FA6E31" w:rsidRPr="00054C11" w:rsidRDefault="00FA6E31" w:rsidP="00FA6E31">
      <w:pPr>
        <w:bidi/>
        <w:spacing w:after="0" w:line="360" w:lineRule="auto"/>
        <w:rPr>
          <w:sz w:val="24"/>
          <w:szCs w:val="24"/>
          <w:lang w:bidi="he-IL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Excel</w:t>
      </w:r>
      <w:r w:rsidR="002D260C"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p w14:paraId="056D4D25" w14:textId="77777777" w:rsidR="00FA6E31" w:rsidRPr="00054C11" w:rsidRDefault="00FA6E31" w:rsidP="00FA6E31">
      <w:pPr>
        <w:bidi/>
        <w:spacing w:after="120" w:line="360" w:lineRule="auto"/>
        <w:jc w:val="center"/>
        <w:rPr>
          <w:sz w:val="24"/>
          <w:szCs w:val="24"/>
        </w:rPr>
      </w:pPr>
      <w:r w:rsidRPr="00054C11">
        <w:rPr>
          <w:noProof/>
          <w:sz w:val="24"/>
          <w:szCs w:val="24"/>
        </w:rPr>
        <w:drawing>
          <wp:inline distT="0" distB="0" distL="0" distR="0" wp14:anchorId="00AB054B" wp14:editId="5E15FBC0">
            <wp:extent cx="2788789" cy="1859192"/>
            <wp:effectExtent l="0" t="0" r="5715" b="0"/>
            <wp:docPr id="779502045" name="Picture 77950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7_lookup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95990" cy="186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5361E" w14:textId="77777777" w:rsidR="00FA6E31" w:rsidRPr="00054C11" w:rsidRDefault="00FA6E31" w:rsidP="00FA6E31">
      <w:pPr>
        <w:bidi/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:</w:t>
      </w:r>
    </w:p>
    <w:p w14:paraId="0D6A0726" w14:textId="4DB20FA3" w:rsidR="00FA6E31" w:rsidRPr="005F2945" w:rsidRDefault="00FA6E31" w:rsidP="005F2945">
      <w:pPr>
        <w:bidi/>
        <w:spacing w:after="0" w:line="360" w:lineRule="auto"/>
        <w:jc w:val="both"/>
        <w:rPr>
          <w:sz w:val="24"/>
          <w:szCs w:val="24"/>
          <w:rtl/>
          <w:lang w:bidi="he-IL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1</w:t>
      </w:r>
      <w:r w:rsidRPr="00054C11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="005F2945">
        <w:rPr>
          <w:rFonts w:ascii="David" w:hAnsi="David" w:cs="David" w:hint="cs"/>
          <w:sz w:val="24"/>
          <w:szCs w:val="24"/>
          <w:rtl/>
          <w:lang w:bidi="he-IL"/>
        </w:rPr>
        <w:t xml:space="preserve"> הבאה תשקף </w:t>
      </w:r>
      <w:r w:rsidR="005F2945">
        <w:rPr>
          <w:rFonts w:ascii="David" w:hAnsi="David" w:cs="David" w:hint="cs"/>
          <w:sz w:val="24"/>
          <w:szCs w:val="24"/>
          <w:rtl/>
          <w:lang w:bidi="he-IL"/>
        </w:rPr>
        <w:t>את ממוצע המחירים בקטגוריית ״ירקות״</w:t>
      </w:r>
    </w:p>
    <w:p w14:paraId="37A10603" w14:textId="77777777" w:rsidR="00FA6E31" w:rsidRDefault="00FA6E31" w:rsidP="00FA6E31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 w:rsidRPr="00054C11">
        <w:rPr>
          <w:rFonts w:ascii="David" w:hAnsi="David" w:cs="David" w:hint="cs"/>
          <w:sz w:val="24"/>
          <w:szCs w:val="24"/>
          <w:rtl/>
        </w:rPr>
        <w:t>=</w:t>
      </w:r>
      <w:proofErr w:type="gramStart"/>
      <w:r w:rsidRPr="00054C11">
        <w:rPr>
          <w:rFonts w:ascii="David" w:hAnsi="David" w:cs="David"/>
          <w:sz w:val="24"/>
          <w:szCs w:val="24"/>
        </w:rPr>
        <w:t>AVERAGEIF(</w:t>
      </w:r>
      <w:proofErr w:type="gramEnd"/>
      <w:r w:rsidRPr="00054C11">
        <w:rPr>
          <w:rFonts w:ascii="David" w:hAnsi="David" w:cs="David"/>
          <w:sz w:val="24"/>
          <w:szCs w:val="24"/>
        </w:rPr>
        <w:t>D133:D138</w:t>
      </w:r>
      <w:r w:rsidRPr="00054C11">
        <w:rPr>
          <w:rFonts w:ascii="David" w:hAnsi="David" w:cs="David" w:hint="cs"/>
          <w:sz w:val="24"/>
          <w:szCs w:val="24"/>
          <w:rtl/>
        </w:rPr>
        <w:t>,"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ירקות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",</w:t>
      </w:r>
      <w:r w:rsidRPr="00054C11">
        <w:rPr>
          <w:rFonts w:ascii="David" w:hAnsi="David" w:cs="David"/>
          <w:sz w:val="24"/>
          <w:szCs w:val="24"/>
        </w:rPr>
        <w:t>F133:F138</w:t>
      </w:r>
      <w:r>
        <w:rPr>
          <w:rFonts w:ascii="David" w:hAnsi="David" w:cs="David" w:hint="cs"/>
          <w:sz w:val="24"/>
          <w:szCs w:val="24"/>
          <w:rtl/>
          <w:lang w:bidi="he-IL"/>
        </w:rPr>
        <w:t>(</w:t>
      </w:r>
    </w:p>
    <w:p w14:paraId="4FD507CF" w14:textId="6EB036AD" w:rsidR="00FA6E31" w:rsidRDefault="00FA6E31" w:rsidP="005F2945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2</w:t>
      </w:r>
      <w:r w:rsidRPr="00054C11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="005F2945">
        <w:rPr>
          <w:rFonts w:ascii="David" w:hAnsi="David" w:cs="David" w:hint="cs"/>
          <w:sz w:val="24"/>
          <w:szCs w:val="24"/>
          <w:rtl/>
          <w:lang w:bidi="he-IL"/>
        </w:rPr>
        <w:t xml:space="preserve"> הבאה תשקף </w:t>
      </w:r>
      <w:proofErr w:type="spellStart"/>
      <w:r w:rsidR="005F2945">
        <w:rPr>
          <w:rFonts w:ascii="David" w:hAnsi="David" w:cs="David" w:hint="cs"/>
          <w:sz w:val="24"/>
          <w:szCs w:val="24"/>
          <w:rtl/>
          <w:lang w:bidi="he-IL"/>
        </w:rPr>
        <w:t>תשקף</w:t>
      </w:r>
      <w:proofErr w:type="spellEnd"/>
      <w:r w:rsidR="005F2945">
        <w:rPr>
          <w:rFonts w:ascii="David" w:hAnsi="David" w:cs="David" w:hint="cs"/>
          <w:sz w:val="24"/>
          <w:szCs w:val="24"/>
          <w:rtl/>
          <w:lang w:bidi="he-IL"/>
        </w:rPr>
        <w:t xml:space="preserve"> את ממוצע המלאי בקטגוריית ״פירות״</w:t>
      </w:r>
    </w:p>
    <w:p w14:paraId="3A996A7D" w14:textId="77777777" w:rsidR="00FA6E31" w:rsidRDefault="00FA6E31" w:rsidP="00FA6E31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 w:rsidRPr="00054C11">
        <w:rPr>
          <w:rFonts w:ascii="David" w:hAnsi="David" w:cs="David" w:hint="cs"/>
          <w:sz w:val="24"/>
          <w:szCs w:val="24"/>
          <w:rtl/>
        </w:rPr>
        <w:t>=</w:t>
      </w:r>
      <w:proofErr w:type="gramStart"/>
      <w:r w:rsidRPr="00054C11">
        <w:rPr>
          <w:rFonts w:ascii="David" w:hAnsi="David" w:cs="David"/>
          <w:sz w:val="24"/>
          <w:szCs w:val="24"/>
        </w:rPr>
        <w:t>AVERAGEIF(</w:t>
      </w:r>
      <w:proofErr w:type="gramEnd"/>
      <w:r w:rsidRPr="00054C11">
        <w:rPr>
          <w:rFonts w:ascii="David" w:hAnsi="David" w:cs="David"/>
          <w:sz w:val="24"/>
          <w:szCs w:val="24"/>
        </w:rPr>
        <w:t>D133:D138</w:t>
      </w:r>
      <w:r w:rsidRPr="00054C11">
        <w:rPr>
          <w:rFonts w:ascii="David" w:hAnsi="David" w:cs="David" w:hint="cs"/>
          <w:sz w:val="24"/>
          <w:szCs w:val="24"/>
          <w:rtl/>
        </w:rPr>
        <w:t>,"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פירות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",</w:t>
      </w:r>
      <w:r w:rsidRPr="00054C11">
        <w:rPr>
          <w:rFonts w:ascii="David" w:hAnsi="David" w:cs="David"/>
          <w:sz w:val="24"/>
          <w:szCs w:val="24"/>
        </w:rPr>
        <w:t>F133:F138</w:t>
      </w:r>
      <w:r>
        <w:rPr>
          <w:rFonts w:ascii="David" w:hAnsi="David" w:cs="David" w:hint="cs"/>
          <w:sz w:val="24"/>
          <w:szCs w:val="24"/>
          <w:rtl/>
          <w:lang w:bidi="he-IL"/>
        </w:rPr>
        <w:t>(</w:t>
      </w:r>
    </w:p>
    <w:p w14:paraId="480BFF03" w14:textId="38315884" w:rsidR="00FA6E31" w:rsidRDefault="00FA6E31" w:rsidP="00FA6E31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3</w:t>
      </w:r>
      <w:r w:rsidRPr="00054C11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הנוסחה</w:t>
      </w:r>
      <w:proofErr w:type="spellEnd"/>
      <w:r w:rsidR="005F2945">
        <w:rPr>
          <w:rFonts w:ascii="David" w:hAnsi="David" w:cs="David" w:hint="cs"/>
          <w:sz w:val="24"/>
          <w:szCs w:val="24"/>
          <w:rtl/>
          <w:lang w:bidi="he-IL"/>
        </w:rPr>
        <w:t xml:space="preserve"> הבאה תהיה 4:</w:t>
      </w:r>
    </w:p>
    <w:p w14:paraId="0F42F315" w14:textId="77777777" w:rsidR="00FA6E31" w:rsidRDefault="00FA6E31" w:rsidP="00FA6E31">
      <w:pPr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 w:rsidRPr="00054C11">
        <w:rPr>
          <w:rFonts w:ascii="David" w:hAnsi="David" w:cs="David" w:hint="cs"/>
          <w:sz w:val="24"/>
          <w:szCs w:val="24"/>
          <w:rtl/>
        </w:rPr>
        <w:t>=</w:t>
      </w:r>
      <w:r w:rsidRPr="00054C11">
        <w:rPr>
          <w:rFonts w:ascii="David" w:hAnsi="David" w:cs="David"/>
          <w:sz w:val="24"/>
          <w:szCs w:val="24"/>
        </w:rPr>
        <w:t>COUNTIF(D133:D138</w:t>
      </w:r>
      <w:r>
        <w:rPr>
          <w:rFonts w:ascii="David" w:hAnsi="David" w:cs="David"/>
          <w:sz w:val="24"/>
          <w:szCs w:val="24"/>
        </w:rPr>
        <w:t>,</w:t>
      </w:r>
      <w:r>
        <w:rPr>
          <w:rFonts w:ascii="David" w:hAnsi="David" w:cs="David" w:hint="cs"/>
          <w:sz w:val="24"/>
          <w:szCs w:val="24"/>
          <w:rtl/>
          <w:lang w:bidi="he-IL"/>
        </w:rPr>
        <w:t>״פירות״</w:t>
      </w:r>
      <w:r>
        <w:rPr>
          <w:rFonts w:ascii="David" w:hAnsi="David" w:cs="David"/>
          <w:sz w:val="24"/>
          <w:szCs w:val="24"/>
          <w:lang w:bidi="he-IL"/>
        </w:rPr>
        <w:t>)</w:t>
      </w:r>
    </w:p>
    <w:p w14:paraId="7E5CD05C" w14:textId="77777777" w:rsidR="00FA6E31" w:rsidRDefault="00FA6E31" w:rsidP="00FA6E31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49B24D09" w14:textId="77777777" w:rsidR="00FA6E31" w:rsidRPr="00054C11" w:rsidRDefault="00FA6E31" w:rsidP="00FA6E31">
      <w:pPr>
        <w:bidi/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:</w:t>
      </w:r>
    </w:p>
    <w:p w14:paraId="58423699" w14:textId="77777777" w:rsidR="00FA6E31" w:rsidRPr="00054C11" w:rsidRDefault="00FA6E31" w:rsidP="00FA6E31">
      <w:pPr>
        <w:pStyle w:val="ListParagraph"/>
        <w:numPr>
          <w:ilvl w:val="0"/>
          <w:numId w:val="35"/>
        </w:numPr>
        <w:spacing w:after="0" w:line="360" w:lineRule="auto"/>
        <w:rPr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1 בלבד</w:t>
      </w:r>
    </w:p>
    <w:p w14:paraId="7F356DBC" w14:textId="77777777" w:rsidR="00FA6E31" w:rsidRPr="00054C11" w:rsidRDefault="00FA6E31" w:rsidP="00FA6E31">
      <w:pPr>
        <w:pStyle w:val="ListParagraph"/>
        <w:numPr>
          <w:ilvl w:val="0"/>
          <w:numId w:val="35"/>
        </w:numPr>
        <w:spacing w:after="0" w:line="360" w:lineRule="auto"/>
        <w:rPr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טענות 1 ו-3</w:t>
      </w:r>
    </w:p>
    <w:p w14:paraId="3FBFC38D" w14:textId="77777777" w:rsidR="00FA6E31" w:rsidRPr="00054C11" w:rsidRDefault="00FA6E31" w:rsidP="00FA6E31">
      <w:pPr>
        <w:pStyle w:val="ListParagraph"/>
        <w:numPr>
          <w:ilvl w:val="0"/>
          <w:numId w:val="35"/>
        </w:numPr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2</w:t>
      </w:r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3ABDD49C" w14:textId="77777777" w:rsidR="00FA6E31" w:rsidRPr="00054C11" w:rsidRDefault="00FA6E31" w:rsidP="00FA6E31">
      <w:pPr>
        <w:pStyle w:val="ListParagraph"/>
        <w:numPr>
          <w:ilvl w:val="0"/>
          <w:numId w:val="35"/>
        </w:numPr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2</w:t>
      </w:r>
      <w:r w:rsidRPr="00054C11">
        <w:rPr>
          <w:rFonts w:ascii="David" w:hAnsi="David" w:cs="David" w:hint="cs"/>
          <w:sz w:val="24"/>
          <w:szCs w:val="24"/>
          <w:rtl/>
        </w:rPr>
        <w:t xml:space="preserve"> ו-</w:t>
      </w:r>
      <w:r w:rsidRPr="00054C11">
        <w:rPr>
          <w:rFonts w:ascii="David" w:hAnsi="David" w:cs="David"/>
          <w:sz w:val="24"/>
          <w:szCs w:val="24"/>
        </w:rPr>
        <w:t>3</w:t>
      </w:r>
    </w:p>
    <w:p w14:paraId="1F923D17" w14:textId="77777777" w:rsidR="00FA6E31" w:rsidRPr="00C64D78" w:rsidRDefault="00FA6E31" w:rsidP="00FA6E31">
      <w:pPr>
        <w:pStyle w:val="ListParagraph"/>
        <w:numPr>
          <w:ilvl w:val="0"/>
          <w:numId w:val="35"/>
        </w:numPr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שגויות</w:t>
      </w:r>
      <w:proofErr w:type="spellEnd"/>
    </w:p>
    <w:p w14:paraId="09D53C40" w14:textId="77777777" w:rsidR="00C64D78" w:rsidRPr="00C64D78" w:rsidRDefault="00C64D78" w:rsidP="00C64D78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</w:p>
    <w:p w14:paraId="0FEAB715" w14:textId="1F287B47" w:rsidR="005F2945" w:rsidRDefault="005F2945" w:rsidP="00C64D78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התשובה: א. להלן פירוט. </w:t>
      </w:r>
    </w:p>
    <w:p w14:paraId="1ACF4899" w14:textId="77777777" w:rsidR="005F2945" w:rsidRDefault="005F2945" w:rsidP="005F2945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49EEB8A3" w14:textId="3A7E4FFC" w:rsidR="00C64D78" w:rsidRDefault="00DE4844" w:rsidP="005F2945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1: נכונה. בפונקציית </w:t>
      </w:r>
      <w:r>
        <w:rPr>
          <w:rFonts w:ascii="David" w:hAnsi="David" w:cs="David"/>
          <w:sz w:val="24"/>
          <w:szCs w:val="24"/>
          <w:lang w:bidi="he-IL"/>
        </w:rPr>
        <w:t>AVERAGIF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הטווח הראשון הוא הטווח שעליו בודקים את התנאי (עמודה </w:t>
      </w:r>
      <w:r>
        <w:rPr>
          <w:rFonts w:ascii="David" w:hAnsi="David" w:cs="David"/>
          <w:sz w:val="24"/>
          <w:szCs w:val="24"/>
          <w:lang w:bidi="he-IL"/>
        </w:rPr>
        <w:t>D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סוג מוצר). לאחר מכן, מגדירים את התנאי: התנאי כאן הוא ״ירקות״, והטווח המוגדר כרכיב שלישי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הוא הערך עליו מחשבים ממוצע, כאן על עמודה </w:t>
      </w:r>
      <w:r>
        <w:rPr>
          <w:rFonts w:ascii="David" w:hAnsi="David" w:cs="David"/>
          <w:sz w:val="24"/>
          <w:szCs w:val="24"/>
          <w:lang w:bidi="he-IL"/>
        </w:rPr>
        <w:t>F</w:t>
      </w:r>
      <w:r>
        <w:rPr>
          <w:rFonts w:ascii="David" w:hAnsi="David" w:cs="David" w:hint="cs"/>
          <w:sz w:val="24"/>
          <w:szCs w:val="24"/>
          <w:rtl/>
          <w:lang w:bidi="he-IL"/>
        </w:rPr>
        <w:t>, כלומר ממוצע המחיר של הירקות.</w:t>
      </w:r>
    </w:p>
    <w:p w14:paraId="28FE7A8E" w14:textId="7FC50F54" w:rsidR="00DE4844" w:rsidRDefault="00DE4844" w:rsidP="00DE4844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2: שגויה. פשוט משום שהיא מגדירה חישוב על עמודה </w:t>
      </w:r>
      <w:r>
        <w:rPr>
          <w:rFonts w:ascii="David" w:hAnsi="David" w:cs="David"/>
          <w:sz w:val="24"/>
          <w:szCs w:val="24"/>
          <w:lang w:bidi="he-IL"/>
        </w:rPr>
        <w:t xml:space="preserve">F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כלומר מחשבת ממוצע מחיר ולא ממוצע מלאי.</w:t>
      </w:r>
    </w:p>
    <w:p w14:paraId="3D7575BF" w14:textId="7C6333D4" w:rsidR="00DE4844" w:rsidRPr="00C64D78" w:rsidRDefault="00DE4844" w:rsidP="00DE4844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3: </w:t>
      </w:r>
      <w:r w:rsidR="005F2945">
        <w:rPr>
          <w:rFonts w:ascii="David" w:hAnsi="David" w:cs="David" w:hint="cs"/>
          <w:sz w:val="24"/>
          <w:szCs w:val="24"/>
          <w:rtl/>
          <w:lang w:bidi="he-IL"/>
        </w:rPr>
        <w:t xml:space="preserve">שגויה. פונקציית </w:t>
      </w:r>
      <w:r w:rsidR="005F2945">
        <w:rPr>
          <w:rFonts w:ascii="David" w:hAnsi="David" w:cs="David"/>
          <w:sz w:val="24"/>
          <w:szCs w:val="24"/>
          <w:lang w:bidi="he-IL"/>
        </w:rPr>
        <w:t>COUNTIF</w:t>
      </w:r>
      <w:r w:rsidR="005F2945">
        <w:rPr>
          <w:rFonts w:ascii="David" w:hAnsi="David" w:cs="David" w:hint="cs"/>
          <w:sz w:val="24"/>
          <w:szCs w:val="24"/>
          <w:rtl/>
          <w:lang w:bidi="he-IL"/>
        </w:rPr>
        <w:t xml:space="preserve"> סופרת כמה תאים עונים לתנאי. אנחנו רוצים לדעת כמה פעמים מופיע הערך ״פירות״ בעמודה </w:t>
      </w:r>
      <w:r w:rsidR="005F2945">
        <w:rPr>
          <w:rFonts w:ascii="David" w:hAnsi="David" w:cs="David"/>
          <w:sz w:val="24"/>
          <w:szCs w:val="24"/>
          <w:lang w:bidi="he-IL"/>
        </w:rPr>
        <w:t>D</w:t>
      </w:r>
      <w:r w:rsidR="005F2945">
        <w:rPr>
          <w:rFonts w:ascii="David" w:hAnsi="David" w:cs="David" w:hint="cs"/>
          <w:sz w:val="24"/>
          <w:szCs w:val="24"/>
          <w:rtl/>
          <w:lang w:bidi="he-IL"/>
        </w:rPr>
        <w:t xml:space="preserve">. הוא מופיע 3 פעמים (ולא 4). </w:t>
      </w:r>
    </w:p>
    <w:p w14:paraId="483E5BB8" w14:textId="77777777" w:rsidR="00FA6E31" w:rsidRPr="00054C11" w:rsidRDefault="00FA6E31" w:rsidP="00FA6E31">
      <w:pPr>
        <w:bidi/>
        <w:spacing w:after="0" w:line="360" w:lineRule="auto"/>
        <w:rPr>
          <w:rFonts w:hint="cs"/>
          <w:sz w:val="24"/>
          <w:szCs w:val="24"/>
          <w:lang w:bidi="he-IL"/>
        </w:rPr>
      </w:pPr>
    </w:p>
    <w:p w14:paraId="1B517CCF" w14:textId="6EA74D0C" w:rsidR="00FA6E31" w:rsidRPr="00054C11" w:rsidRDefault="00FA6E31" w:rsidP="00FA6E31">
      <w:pPr>
        <w:bidi/>
        <w:spacing w:after="0" w:line="360" w:lineRule="auto"/>
        <w:rPr>
          <w:rFonts w:hint="cs"/>
          <w:sz w:val="24"/>
          <w:szCs w:val="24"/>
          <w:lang w:bidi="he-IL"/>
        </w:rPr>
      </w:pPr>
      <w:proofErr w:type="spellStart"/>
      <w:r w:rsidRPr="00F71DF9">
        <w:rPr>
          <w:rFonts w:ascii="David" w:hAnsi="David" w:cs="David" w:hint="cs"/>
          <w:bCs/>
          <w:sz w:val="24"/>
          <w:szCs w:val="24"/>
          <w:rtl/>
        </w:rPr>
        <w:lastRenderedPageBreak/>
        <w:t>שאלה</w:t>
      </w:r>
      <w:proofErr w:type="spellEnd"/>
      <w:r w:rsidRPr="00054C11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="00ED27F0" w:rsidRPr="00ED27F0">
        <w:rPr>
          <w:rFonts w:ascii="David" w:hAnsi="David" w:cs="David" w:hint="cs"/>
          <w:bCs/>
          <w:sz w:val="24"/>
          <w:szCs w:val="24"/>
          <w:rtl/>
          <w:lang w:bidi="he-IL"/>
        </w:rPr>
        <w:t>36</w:t>
      </w:r>
    </w:p>
    <w:p w14:paraId="202DD84F" w14:textId="77777777" w:rsidR="00FA6E31" w:rsidRPr="00054C11" w:rsidRDefault="00FA6E31" w:rsidP="00FA6E31">
      <w:pPr>
        <w:bidi/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מספר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:</w:t>
      </w:r>
    </w:p>
    <w:p w14:paraId="19D010A4" w14:textId="77777777" w:rsidR="00FA6E31" w:rsidRPr="00054C11" w:rsidRDefault="00FA6E31" w:rsidP="00FA6E31">
      <w:pPr>
        <w:bidi/>
        <w:spacing w:after="0" w:line="360" w:lineRule="auto"/>
        <w:jc w:val="both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1</w:t>
      </w:r>
      <w:r w:rsidRPr="00054C11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כלי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חתירה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(</w:t>
      </w:r>
      <w:r w:rsidRPr="00054C11">
        <w:rPr>
          <w:rFonts w:ascii="David" w:hAnsi="David" w:cs="David"/>
          <w:sz w:val="24"/>
          <w:szCs w:val="24"/>
        </w:rPr>
        <w:t>Goal Seek</w:t>
      </w:r>
      <w:r w:rsidRPr="00054C11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מאפשר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לחשב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הערך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משתנה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מסוים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הנמצא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בתא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נפרד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שיוביל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לתוצאה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רצויה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בנוסחה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הנשענת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עליו</w:t>
      </w:r>
      <w:proofErr w:type="spellEnd"/>
    </w:p>
    <w:p w14:paraId="5E1B110F" w14:textId="77777777" w:rsidR="00FA6E31" w:rsidRPr="00054C11" w:rsidRDefault="00FA6E31" w:rsidP="00FA6E31">
      <w:pPr>
        <w:bidi/>
        <w:spacing w:after="0" w:line="360" w:lineRule="auto"/>
        <w:jc w:val="both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2</w:t>
      </w:r>
      <w:r w:rsidRPr="00054C11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בתפריט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חתירה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למטרה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להזין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בקלט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העליון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ביותר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התא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שבו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מעוניינים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לגלות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ערך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חדש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ובקלט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התחתון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ביותר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התא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הכולל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נוסחת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התוצאה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הרצויה</w:t>
      </w:r>
      <w:proofErr w:type="spellEnd"/>
    </w:p>
    <w:p w14:paraId="4F6A501A" w14:textId="3C6D4794" w:rsidR="00FA6E31" w:rsidRDefault="00FA6E31" w:rsidP="00FA6E31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3</w:t>
      </w:r>
      <w:r w:rsidRPr="00054C11">
        <w:rPr>
          <w:rFonts w:ascii="David" w:hAnsi="David" w:cs="David" w:hint="cs"/>
          <w:sz w:val="24"/>
          <w:szCs w:val="24"/>
          <w:rtl/>
        </w:rPr>
        <w:t xml:space="preserve">: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בכלי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נתונים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(</w:t>
      </w:r>
      <w:r w:rsidRPr="00054C11">
        <w:rPr>
          <w:rFonts w:ascii="David" w:hAnsi="David" w:cs="David"/>
          <w:sz w:val="24"/>
          <w:szCs w:val="24"/>
        </w:rPr>
        <w:t xml:space="preserve">Data </w:t>
      </w:r>
      <w:proofErr w:type="gramStart"/>
      <w:r w:rsidRPr="00054C11">
        <w:rPr>
          <w:rFonts w:ascii="David" w:hAnsi="David" w:cs="David"/>
          <w:sz w:val="24"/>
          <w:szCs w:val="24"/>
        </w:rPr>
        <w:t>Table</w:t>
      </w:r>
      <w:r w:rsidRPr="00054C11">
        <w:rPr>
          <w:rFonts w:ascii="David" w:hAnsi="David" w:cs="David" w:hint="cs"/>
          <w:sz w:val="24"/>
          <w:szCs w:val="24"/>
          <w:rtl/>
        </w:rPr>
        <w:t>),</w:t>
      </w:r>
      <w:proofErr w:type="gram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כאשר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המשתנה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המנותח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ממוקם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בעמודה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הראשונה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(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אנכית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ניתוח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הרגישות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יש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להזין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הפניית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התא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הרלוונטית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בשדה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״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תא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קלט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לעמודה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״</w:t>
      </w:r>
      <w:r>
        <w:rPr>
          <w:rFonts w:ascii="David" w:hAnsi="David" w:cs="David"/>
          <w:sz w:val="24"/>
          <w:szCs w:val="24"/>
        </w:rPr>
        <w:t xml:space="preserve"> </w:t>
      </w:r>
      <w:r w:rsidR="00420476">
        <w:rPr>
          <w:rFonts w:ascii="David" w:hAnsi="David" w:cs="David" w:hint="cs"/>
          <w:sz w:val="24"/>
          <w:szCs w:val="24"/>
          <w:rtl/>
          <w:lang w:bidi="he-IL"/>
        </w:rPr>
        <w:t>(הקלט התחתון)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שנקרא גם:</w:t>
      </w:r>
    </w:p>
    <w:p w14:paraId="3C8FE59D" w14:textId="77777777" w:rsidR="00FA6E31" w:rsidRPr="00054C11" w:rsidRDefault="00FA6E31" w:rsidP="00FA6E31">
      <w:pPr>
        <w:spacing w:after="0" w:line="360" w:lineRule="auto"/>
        <w:jc w:val="both"/>
        <w:rPr>
          <w:sz w:val="24"/>
          <w:szCs w:val="24"/>
        </w:rPr>
      </w:pPr>
      <w:r w:rsidRPr="00054C11">
        <w:rPr>
          <w:rFonts w:ascii="David" w:hAnsi="David" w:cs="David"/>
          <w:sz w:val="24"/>
          <w:szCs w:val="24"/>
        </w:rPr>
        <w:t>Column Input Cell</w:t>
      </w:r>
    </w:p>
    <w:p w14:paraId="77688EA6" w14:textId="77777777" w:rsidR="00FA6E31" w:rsidRPr="00054C11" w:rsidRDefault="00FA6E31" w:rsidP="00FA6E31">
      <w:pPr>
        <w:bidi/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הנכונה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/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הנכונות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:</w:t>
      </w:r>
    </w:p>
    <w:p w14:paraId="0135759D" w14:textId="77777777" w:rsidR="00FA6E31" w:rsidRPr="00054C11" w:rsidRDefault="00FA6E31" w:rsidP="001C0498">
      <w:pPr>
        <w:pStyle w:val="ListParagraph"/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1</w:t>
      </w:r>
      <w:r w:rsidRPr="00054C11">
        <w:rPr>
          <w:rFonts w:ascii="David" w:hAnsi="David" w:cs="David" w:hint="cs"/>
          <w:sz w:val="24"/>
          <w:szCs w:val="24"/>
          <w:rtl/>
        </w:rPr>
        <w:t xml:space="preserve"> ו-</w:t>
      </w:r>
      <w:r w:rsidRPr="00054C11">
        <w:rPr>
          <w:rFonts w:ascii="David" w:hAnsi="David" w:cs="David"/>
          <w:sz w:val="24"/>
          <w:szCs w:val="24"/>
        </w:rPr>
        <w:t>3</w:t>
      </w:r>
    </w:p>
    <w:p w14:paraId="3EB1D448" w14:textId="77777777" w:rsidR="001C0498" w:rsidRPr="001C0498" w:rsidRDefault="00FA6E31" w:rsidP="001C0498">
      <w:pPr>
        <w:pStyle w:val="ListParagraph"/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 w:rsidRPr="00054C11">
        <w:rPr>
          <w:rFonts w:ascii="David" w:hAnsi="David" w:cs="David"/>
          <w:sz w:val="24"/>
          <w:szCs w:val="24"/>
        </w:rPr>
        <w:t>1</w:t>
      </w:r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1484028E" w14:textId="77777777" w:rsidR="001C0498" w:rsidRPr="001C0498" w:rsidRDefault="00FA6E31" w:rsidP="001C0498">
      <w:pPr>
        <w:pStyle w:val="ListParagraph"/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proofErr w:type="spellStart"/>
      <w:r w:rsidRPr="001C0498">
        <w:rPr>
          <w:rFonts w:ascii="David" w:hAnsi="David" w:cs="David" w:hint="cs"/>
          <w:sz w:val="24"/>
          <w:szCs w:val="24"/>
          <w:rtl/>
        </w:rPr>
        <w:t>טענה</w:t>
      </w:r>
      <w:proofErr w:type="spellEnd"/>
      <w:r w:rsidRPr="001C0498">
        <w:rPr>
          <w:rFonts w:ascii="David" w:hAnsi="David" w:cs="David" w:hint="cs"/>
          <w:sz w:val="24"/>
          <w:szCs w:val="24"/>
          <w:rtl/>
        </w:rPr>
        <w:t xml:space="preserve"> </w:t>
      </w:r>
      <w:r w:rsidRPr="001C0498">
        <w:rPr>
          <w:rFonts w:ascii="David" w:hAnsi="David" w:cs="David"/>
          <w:sz w:val="24"/>
          <w:szCs w:val="24"/>
        </w:rPr>
        <w:t>2</w:t>
      </w:r>
      <w:r w:rsidRPr="001C0498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1C0498">
        <w:rPr>
          <w:rFonts w:ascii="David" w:hAnsi="David" w:cs="David" w:hint="cs"/>
          <w:sz w:val="24"/>
          <w:szCs w:val="24"/>
          <w:rtl/>
        </w:rPr>
        <w:t>בלבד</w:t>
      </w:r>
      <w:proofErr w:type="spellEnd"/>
    </w:p>
    <w:p w14:paraId="0D67547A" w14:textId="77777777" w:rsidR="001C0498" w:rsidRPr="001C0498" w:rsidRDefault="00FA6E31" w:rsidP="001C0498">
      <w:pPr>
        <w:pStyle w:val="ListParagraph"/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proofErr w:type="spellStart"/>
      <w:r w:rsidRPr="001C0498">
        <w:rPr>
          <w:rFonts w:ascii="David" w:hAnsi="David" w:cs="David" w:hint="cs"/>
          <w:sz w:val="24"/>
          <w:szCs w:val="24"/>
          <w:rtl/>
        </w:rPr>
        <w:t>טענות</w:t>
      </w:r>
      <w:proofErr w:type="spellEnd"/>
      <w:r w:rsidRPr="001C0498">
        <w:rPr>
          <w:rFonts w:ascii="David" w:hAnsi="David" w:cs="David" w:hint="cs"/>
          <w:sz w:val="24"/>
          <w:szCs w:val="24"/>
          <w:rtl/>
        </w:rPr>
        <w:t xml:space="preserve"> </w:t>
      </w:r>
      <w:r w:rsidRPr="001C0498">
        <w:rPr>
          <w:rFonts w:ascii="David" w:hAnsi="David" w:cs="David"/>
          <w:sz w:val="24"/>
          <w:szCs w:val="24"/>
        </w:rPr>
        <w:t>2</w:t>
      </w:r>
      <w:r w:rsidRPr="001C0498">
        <w:rPr>
          <w:rFonts w:ascii="David" w:hAnsi="David" w:cs="David" w:hint="cs"/>
          <w:sz w:val="24"/>
          <w:szCs w:val="24"/>
          <w:rtl/>
        </w:rPr>
        <w:t xml:space="preserve"> ו-</w:t>
      </w:r>
      <w:r w:rsidRPr="001C0498">
        <w:rPr>
          <w:rFonts w:ascii="David" w:hAnsi="David" w:cs="David"/>
          <w:sz w:val="24"/>
          <w:szCs w:val="24"/>
        </w:rPr>
        <w:t>3</w:t>
      </w:r>
    </w:p>
    <w:p w14:paraId="166540B1" w14:textId="5EE835DD" w:rsidR="00FA6E31" w:rsidRPr="008A435F" w:rsidRDefault="00FA6E31" w:rsidP="008A435F">
      <w:pPr>
        <w:pStyle w:val="ListParagraph"/>
        <w:numPr>
          <w:ilvl w:val="0"/>
          <w:numId w:val="36"/>
        </w:numPr>
        <w:spacing w:after="0" w:line="360" w:lineRule="auto"/>
        <w:rPr>
          <w:rFonts w:ascii="David" w:hAnsi="David" w:cs="David" w:hint="cs"/>
          <w:sz w:val="24"/>
          <w:szCs w:val="24"/>
        </w:rPr>
      </w:pPr>
      <w:proofErr w:type="spellStart"/>
      <w:r w:rsidRPr="008A435F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8A435F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8A435F">
        <w:rPr>
          <w:rFonts w:ascii="David" w:hAnsi="David" w:cs="David" w:hint="cs"/>
          <w:sz w:val="24"/>
          <w:szCs w:val="24"/>
          <w:rtl/>
        </w:rPr>
        <w:t>הטענות</w:t>
      </w:r>
      <w:proofErr w:type="spellEnd"/>
      <w:r w:rsidRPr="008A435F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8A435F">
        <w:rPr>
          <w:rFonts w:ascii="David" w:hAnsi="David" w:cs="David" w:hint="cs"/>
          <w:sz w:val="24"/>
          <w:szCs w:val="24"/>
          <w:rtl/>
        </w:rPr>
        <w:t>נכונות</w:t>
      </w:r>
      <w:proofErr w:type="spellEnd"/>
    </w:p>
    <w:p w14:paraId="429AAA91" w14:textId="77777777" w:rsidR="008A435F" w:rsidRPr="008A435F" w:rsidRDefault="008A435F" w:rsidP="008A435F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</w:p>
    <w:p w14:paraId="2237D279" w14:textId="1BF5AC2A" w:rsidR="008A435F" w:rsidRPr="008A435F" w:rsidRDefault="008A435F" w:rsidP="008A435F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  <w:r w:rsidRPr="008A435F">
        <w:rPr>
          <w:rFonts w:ascii="David" w:hAnsi="David" w:cs="David" w:hint="cs"/>
          <w:sz w:val="24"/>
          <w:szCs w:val="24"/>
          <w:rtl/>
          <w:lang w:bidi="he-IL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4"/>
        <w:gridCol w:w="1417"/>
        <w:gridCol w:w="7229"/>
      </w:tblGrid>
      <w:tr w:rsidR="008A435F" w14:paraId="00898AC4" w14:textId="77777777" w:rsidTr="00A923F8">
        <w:tc>
          <w:tcPr>
            <w:tcW w:w="704" w:type="dxa"/>
          </w:tcPr>
          <w:p w14:paraId="367AF0FC" w14:textId="6438F9A7" w:rsidR="008A435F" w:rsidRDefault="008A435F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טענה</w:t>
            </w:r>
          </w:p>
        </w:tc>
        <w:tc>
          <w:tcPr>
            <w:tcW w:w="1417" w:type="dxa"/>
          </w:tcPr>
          <w:p w14:paraId="257BB33D" w14:textId="1F9B2D1D" w:rsidR="008A435F" w:rsidRDefault="008A435F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נכונה/שגויה</w:t>
            </w:r>
          </w:p>
        </w:tc>
        <w:tc>
          <w:tcPr>
            <w:tcW w:w="7229" w:type="dxa"/>
          </w:tcPr>
          <w:p w14:paraId="1597EDC6" w14:textId="3032363C" w:rsidR="008A435F" w:rsidRDefault="008A435F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נמוקה</w:t>
            </w:r>
            <w:proofErr w:type="spellEnd"/>
          </w:p>
        </w:tc>
      </w:tr>
      <w:tr w:rsidR="008A435F" w14:paraId="3AA75D39" w14:textId="77777777" w:rsidTr="00A923F8">
        <w:tc>
          <w:tcPr>
            <w:tcW w:w="704" w:type="dxa"/>
          </w:tcPr>
          <w:p w14:paraId="379D3FC5" w14:textId="115766C4" w:rsidR="008A435F" w:rsidRDefault="008A435F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</w:t>
            </w:r>
          </w:p>
        </w:tc>
        <w:tc>
          <w:tcPr>
            <w:tcW w:w="1417" w:type="dxa"/>
          </w:tcPr>
          <w:p w14:paraId="26A435BF" w14:textId="75CCEDAF" w:rsidR="008A435F" w:rsidRDefault="007C0F31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נכונה</w:t>
            </w:r>
          </w:p>
        </w:tc>
        <w:tc>
          <w:tcPr>
            <w:tcW w:w="7229" w:type="dxa"/>
          </w:tcPr>
          <w:p w14:paraId="04AEA2C7" w14:textId="4DCA0BC2" w:rsidR="008A435F" w:rsidRDefault="00A923F8" w:rsidP="007C0F31">
            <w:pPr>
              <w:bidi/>
              <w:spacing w:line="360" w:lineRule="auto"/>
              <w:jc w:val="both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ה״קטע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״ בחתירה למטרה: יש נוסחה (כגון מחיר סופי) והיא נשענת על ערך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מסויים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(כגון שיעור הנחה). אם רוצים לחשב הערך המסוים (את שיעור ההנחה) שיוביל לתוצאה ספציפית בנוסחה (למשל מחיר סופי 177)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משתמשים בכלי הזה. </w:t>
            </w:r>
          </w:p>
        </w:tc>
      </w:tr>
      <w:tr w:rsidR="008A435F" w14:paraId="4C4526FC" w14:textId="77777777" w:rsidTr="00A923F8">
        <w:tc>
          <w:tcPr>
            <w:tcW w:w="704" w:type="dxa"/>
          </w:tcPr>
          <w:p w14:paraId="41B01EA3" w14:textId="610E298E" w:rsidR="008A435F" w:rsidRDefault="008A435F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</w:t>
            </w:r>
          </w:p>
        </w:tc>
        <w:tc>
          <w:tcPr>
            <w:tcW w:w="1417" w:type="dxa"/>
          </w:tcPr>
          <w:p w14:paraId="1C941F45" w14:textId="6932E154" w:rsidR="008A435F" w:rsidRDefault="008D6DFE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שגויה</w:t>
            </w:r>
          </w:p>
        </w:tc>
        <w:tc>
          <w:tcPr>
            <w:tcW w:w="7229" w:type="dxa"/>
          </w:tcPr>
          <w:p w14:paraId="51D577F6" w14:textId="43605F08" w:rsidR="008A435F" w:rsidRDefault="008D6DFE" w:rsidP="008A435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תא עליון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הפניה לתא שבו קיימת הנוסחה</w:t>
            </w:r>
          </w:p>
          <w:p w14:paraId="7371BD34" w14:textId="77C5B424" w:rsidR="008D6DFE" w:rsidRDefault="008D6DFE" w:rsidP="008D6DFE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תא אמצעי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הקלדה של הערך המספרי של התוצאה הרצויה</w:t>
            </w:r>
          </w:p>
          <w:p w14:paraId="02B4CB0C" w14:textId="3C23FF53" w:rsidR="008D6DFE" w:rsidRDefault="008D6DFE" w:rsidP="00F66991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תא תחתון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איזה תא ניתן לשנות כדי להגיע לתוצאה בנוסחה</w:t>
            </w:r>
          </w:p>
          <w:p w14:paraId="79805B8D" w14:textId="6322A57A" w:rsidR="008D6DFE" w:rsidRDefault="008D6DFE" w:rsidP="008D6DFE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הואיל והטענה מתייחסת דווקא לתא התחתון ככזה שכולל את ההפניה לנוסחה, היא לא נכונה. </w:t>
            </w:r>
          </w:p>
        </w:tc>
      </w:tr>
      <w:tr w:rsidR="008A435F" w14:paraId="778F0264" w14:textId="77777777" w:rsidTr="00A923F8">
        <w:tc>
          <w:tcPr>
            <w:tcW w:w="704" w:type="dxa"/>
          </w:tcPr>
          <w:p w14:paraId="13F567A4" w14:textId="775D258E" w:rsidR="008A435F" w:rsidRDefault="008A435F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</w:t>
            </w:r>
          </w:p>
        </w:tc>
        <w:tc>
          <w:tcPr>
            <w:tcW w:w="1417" w:type="dxa"/>
          </w:tcPr>
          <w:p w14:paraId="4895CD1A" w14:textId="58BE1CE5" w:rsidR="008A435F" w:rsidRDefault="00F66991" w:rsidP="008A435F">
            <w:pPr>
              <w:bidi/>
              <w:spacing w:line="360" w:lineRule="auto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נכונה</w:t>
            </w:r>
          </w:p>
        </w:tc>
        <w:tc>
          <w:tcPr>
            <w:tcW w:w="7229" w:type="dxa"/>
          </w:tcPr>
          <w:p w14:paraId="364173D2" w14:textId="77777777" w:rsidR="008A435F" w:rsidRDefault="00CD7191" w:rsidP="008A435F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תזכורת לגבי הכלי של ״טבלת נתונים״:</w:t>
            </w:r>
          </w:p>
          <w:p w14:paraId="11DA55A5" w14:textId="77777777" w:rsidR="00CD7191" w:rsidRDefault="00CD7191" w:rsidP="00CD7191">
            <w:pPr>
              <w:bidi/>
              <w:spacing w:line="360" w:lineRule="auto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מדובר בכלי שמאפשר לנו </w:t>
            </w:r>
            <w:r w:rsidR="009D06F0"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להשלים ערכים בטבלה. </w:t>
            </w:r>
          </w:p>
          <w:p w14:paraId="6CD93EDA" w14:textId="77777777" w:rsidR="009D06F0" w:rsidRDefault="009D06F0" w:rsidP="009D06F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למשל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יש לי טבלה שכוללת הרבה מאד שיעורי מע״מ, ואני רוצה להשלים אותה, כך שלצד כל ערך יופיע המחיר כולל המע״מ. </w:t>
            </w:r>
          </w:p>
          <w:p w14:paraId="2A70585C" w14:textId="77777777" w:rsidR="009D06F0" w:rsidRDefault="009D06F0" w:rsidP="009D06F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במקרה כזה (השלמת נתוני נוסחה לפי ערכים שונים) משתמשים בכלי טבלת נתונים </w:t>
            </w:r>
            <w:r>
              <w:rPr>
                <w:rFonts w:ascii="David" w:hAnsi="David" w:cs="David"/>
                <w:sz w:val="24"/>
                <w:szCs w:val="24"/>
                <w:lang w:bidi="he-IL"/>
              </w:rPr>
              <w:t>Data Table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שכולל רק 2 הגדרות לכל היותר:</w:t>
            </w:r>
          </w:p>
          <w:p w14:paraId="42F92458" w14:textId="77777777" w:rsidR="009D06F0" w:rsidRDefault="00B705A5" w:rsidP="009D06F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עליון: מתייחס למשתנה שערכיו נמצאים בשורה הראשונה (בנתוני המקור)</w:t>
            </w:r>
          </w:p>
          <w:p w14:paraId="69264CB2" w14:textId="77777777" w:rsidR="00B705A5" w:rsidRDefault="00B705A5" w:rsidP="00B705A5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תחתון: מתייחס למשתנה שערכיו נמצאים בעמודה הראשונה (בנתוני המקור)</w:t>
            </w:r>
          </w:p>
          <w:p w14:paraId="35EA4612" w14:textId="29EAF2ED" w:rsidR="00F66991" w:rsidRDefault="00F66991" w:rsidP="00F66991">
            <w:pPr>
              <w:bidi/>
              <w:spacing w:line="360" w:lineRule="auto"/>
              <w:jc w:val="both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ראו הסבר מורחב יותר בשאלה הבאה. </w:t>
            </w:r>
          </w:p>
        </w:tc>
      </w:tr>
    </w:tbl>
    <w:p w14:paraId="6BA8E433" w14:textId="094B8DC2" w:rsidR="008A435F" w:rsidRPr="0083245C" w:rsidRDefault="00F66991" w:rsidP="008A435F">
      <w:pPr>
        <w:bidi/>
        <w:spacing w:after="0" w:line="360" w:lineRule="auto"/>
        <w:rPr>
          <w:rFonts w:ascii="David" w:hAnsi="David" w:cs="David" w:hint="cs"/>
          <w:b/>
          <w:bCs/>
          <w:sz w:val="24"/>
          <w:szCs w:val="24"/>
          <w:rtl/>
          <w:lang w:bidi="he-IL"/>
        </w:rPr>
      </w:pPr>
      <w:r w:rsidRPr="0083245C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37 </w:t>
      </w:r>
      <w:r w:rsidRPr="0083245C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83245C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הדגמה ״חישובית״</w:t>
      </w:r>
      <w:r w:rsidR="0083245C" w:rsidRPr="0083245C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של טבלת נתונים (שמסייעת להסבר טענה 3 בשאלה קודמת)</w:t>
      </w:r>
    </w:p>
    <w:p w14:paraId="516903B9" w14:textId="0DDEB1A0" w:rsidR="008A435F" w:rsidRDefault="0083245C" w:rsidP="008A435F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לפניכם נתוני טבלת </w:t>
      </w:r>
      <w:r>
        <w:rPr>
          <w:rFonts w:ascii="David" w:hAnsi="David" w:cs="David"/>
          <w:sz w:val="24"/>
          <w:szCs w:val="24"/>
          <w:lang w:bidi="he-IL"/>
        </w:rPr>
        <w:t>Excel</w:t>
      </w:r>
      <w:r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p w14:paraId="482E7CCB" w14:textId="77777777" w:rsidR="0083245C" w:rsidRDefault="0083245C" w:rsidP="0083245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699"/>
        <w:gridCol w:w="1417"/>
        <w:gridCol w:w="1559"/>
        <w:gridCol w:w="1559"/>
      </w:tblGrid>
      <w:tr w:rsidR="0083245C" w14:paraId="119D198D" w14:textId="77777777" w:rsidTr="00B07277">
        <w:tc>
          <w:tcPr>
            <w:tcW w:w="1558" w:type="dxa"/>
          </w:tcPr>
          <w:p w14:paraId="28CB767B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8" w:type="dxa"/>
          </w:tcPr>
          <w:p w14:paraId="208D094E" w14:textId="3BBF2339" w:rsidR="0083245C" w:rsidRDefault="0083245C" w:rsidP="0083245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699" w:type="dxa"/>
          </w:tcPr>
          <w:p w14:paraId="5DAAA6CA" w14:textId="2EB720A4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  <w:tc>
          <w:tcPr>
            <w:tcW w:w="1417" w:type="dxa"/>
          </w:tcPr>
          <w:p w14:paraId="76CD68B9" w14:textId="426C12BD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</w:t>
            </w:r>
          </w:p>
        </w:tc>
        <w:tc>
          <w:tcPr>
            <w:tcW w:w="1559" w:type="dxa"/>
          </w:tcPr>
          <w:p w14:paraId="41377D24" w14:textId="4717AA5C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D</w:t>
            </w:r>
          </w:p>
        </w:tc>
        <w:tc>
          <w:tcPr>
            <w:tcW w:w="1559" w:type="dxa"/>
          </w:tcPr>
          <w:p w14:paraId="08C89231" w14:textId="71EF731F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E</w:t>
            </w:r>
          </w:p>
        </w:tc>
      </w:tr>
      <w:tr w:rsidR="0083245C" w14:paraId="03D58D39" w14:textId="77777777" w:rsidTr="00B07277">
        <w:tc>
          <w:tcPr>
            <w:tcW w:w="1558" w:type="dxa"/>
          </w:tcPr>
          <w:p w14:paraId="52E9EF18" w14:textId="0A20551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558" w:type="dxa"/>
          </w:tcPr>
          <w:p w14:paraId="73864063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0060F98C" w14:textId="09DC051C" w:rsidR="0083245C" w:rsidRDefault="00B07277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מחיר לפני הנחה</w:t>
            </w:r>
          </w:p>
        </w:tc>
        <w:tc>
          <w:tcPr>
            <w:tcW w:w="1417" w:type="dxa"/>
          </w:tcPr>
          <w:p w14:paraId="235232C6" w14:textId="37071DF3" w:rsidR="0083245C" w:rsidRDefault="00B07277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500</w:t>
            </w:r>
          </w:p>
        </w:tc>
        <w:tc>
          <w:tcPr>
            <w:tcW w:w="1559" w:type="dxa"/>
          </w:tcPr>
          <w:p w14:paraId="23729147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7D3C0D42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1A38B3C3" w14:textId="77777777" w:rsidTr="00B07277">
        <w:tc>
          <w:tcPr>
            <w:tcW w:w="1558" w:type="dxa"/>
          </w:tcPr>
          <w:p w14:paraId="32977AEE" w14:textId="156D0B54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558" w:type="dxa"/>
          </w:tcPr>
          <w:p w14:paraId="7853D147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4290824F" w14:textId="2758E410" w:rsidR="0083245C" w:rsidRDefault="00B07277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שיעור הנחה</w:t>
            </w:r>
          </w:p>
        </w:tc>
        <w:tc>
          <w:tcPr>
            <w:tcW w:w="1417" w:type="dxa"/>
          </w:tcPr>
          <w:p w14:paraId="3CE3F1BB" w14:textId="2E99B366" w:rsidR="0083245C" w:rsidRDefault="00B07277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10%</w:t>
            </w:r>
          </w:p>
        </w:tc>
        <w:tc>
          <w:tcPr>
            <w:tcW w:w="1559" w:type="dxa"/>
          </w:tcPr>
          <w:p w14:paraId="0FBD7565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724D4ABA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48F0DC07" w14:textId="77777777" w:rsidTr="00B07277">
        <w:tc>
          <w:tcPr>
            <w:tcW w:w="1558" w:type="dxa"/>
          </w:tcPr>
          <w:p w14:paraId="0C5512CA" w14:textId="1358634B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558" w:type="dxa"/>
          </w:tcPr>
          <w:p w14:paraId="36BE85C8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461F1E8D" w14:textId="44FAB5B6" w:rsidR="0083245C" w:rsidRDefault="00B07277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מע״מ</w:t>
            </w:r>
          </w:p>
        </w:tc>
        <w:tc>
          <w:tcPr>
            <w:tcW w:w="1417" w:type="dxa"/>
          </w:tcPr>
          <w:p w14:paraId="32E3D958" w14:textId="1D42A593" w:rsidR="0083245C" w:rsidRDefault="00B07277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20%</w:t>
            </w:r>
          </w:p>
        </w:tc>
        <w:tc>
          <w:tcPr>
            <w:tcW w:w="1559" w:type="dxa"/>
          </w:tcPr>
          <w:p w14:paraId="6A15E1CD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648477B2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09C32C99" w14:textId="77777777" w:rsidTr="00B07277">
        <w:tc>
          <w:tcPr>
            <w:tcW w:w="1558" w:type="dxa"/>
          </w:tcPr>
          <w:p w14:paraId="3C296618" w14:textId="1D945A9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4</w:t>
            </w:r>
          </w:p>
        </w:tc>
        <w:tc>
          <w:tcPr>
            <w:tcW w:w="1558" w:type="dxa"/>
          </w:tcPr>
          <w:p w14:paraId="1B3E6DFA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450DDFB2" w14:textId="2DD54C72" w:rsidR="0083245C" w:rsidRDefault="00B07277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מחיר סופי</w:t>
            </w:r>
          </w:p>
        </w:tc>
        <w:tc>
          <w:tcPr>
            <w:tcW w:w="1417" w:type="dxa"/>
          </w:tcPr>
          <w:p w14:paraId="404B7B44" w14:textId="152920E9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540</w:t>
            </w:r>
          </w:p>
        </w:tc>
        <w:tc>
          <w:tcPr>
            <w:tcW w:w="1559" w:type="dxa"/>
          </w:tcPr>
          <w:p w14:paraId="2AC4C41C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59A428EF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32A01495" w14:textId="77777777" w:rsidTr="00B07277">
        <w:tc>
          <w:tcPr>
            <w:tcW w:w="1558" w:type="dxa"/>
          </w:tcPr>
          <w:p w14:paraId="1F929FE8" w14:textId="5F641D8F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5</w:t>
            </w:r>
          </w:p>
        </w:tc>
        <w:tc>
          <w:tcPr>
            <w:tcW w:w="1558" w:type="dxa"/>
          </w:tcPr>
          <w:p w14:paraId="570D5535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358AA87F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417" w:type="dxa"/>
          </w:tcPr>
          <w:p w14:paraId="236EEC9A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717788F7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11CE4E57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2BAEBB98" w14:textId="77777777" w:rsidTr="00737404">
        <w:tc>
          <w:tcPr>
            <w:tcW w:w="1558" w:type="dxa"/>
          </w:tcPr>
          <w:p w14:paraId="42425BB7" w14:textId="1ECED476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6</w:t>
            </w:r>
          </w:p>
        </w:tc>
        <w:tc>
          <w:tcPr>
            <w:tcW w:w="1558" w:type="dxa"/>
          </w:tcPr>
          <w:p w14:paraId="06C54F2E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5A7B4710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417" w:type="dxa"/>
            <w:shd w:val="clear" w:color="auto" w:fill="FFFF00"/>
          </w:tcPr>
          <w:p w14:paraId="46622939" w14:textId="17BD8C50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540</w:t>
            </w:r>
          </w:p>
        </w:tc>
        <w:tc>
          <w:tcPr>
            <w:tcW w:w="1559" w:type="dxa"/>
          </w:tcPr>
          <w:p w14:paraId="3ED44593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707DF862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1F61328B" w14:textId="77777777" w:rsidTr="00B07277">
        <w:tc>
          <w:tcPr>
            <w:tcW w:w="1558" w:type="dxa"/>
          </w:tcPr>
          <w:p w14:paraId="78F408D6" w14:textId="7FB980B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7</w:t>
            </w:r>
          </w:p>
        </w:tc>
        <w:tc>
          <w:tcPr>
            <w:tcW w:w="1558" w:type="dxa"/>
          </w:tcPr>
          <w:p w14:paraId="4503EBEF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427F02C5" w14:textId="26B2ECEF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0%</w:t>
            </w:r>
          </w:p>
        </w:tc>
        <w:tc>
          <w:tcPr>
            <w:tcW w:w="1417" w:type="dxa"/>
          </w:tcPr>
          <w:p w14:paraId="1D9A1C54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3C3D9769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21E66945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3428D51A" w14:textId="77777777" w:rsidTr="00B07277">
        <w:tc>
          <w:tcPr>
            <w:tcW w:w="1558" w:type="dxa"/>
          </w:tcPr>
          <w:p w14:paraId="6EDCB3FE" w14:textId="0A8BE21F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8</w:t>
            </w:r>
          </w:p>
        </w:tc>
        <w:tc>
          <w:tcPr>
            <w:tcW w:w="1558" w:type="dxa"/>
          </w:tcPr>
          <w:p w14:paraId="23F20BA4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17B54981" w14:textId="41ADD19D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5%</w:t>
            </w:r>
          </w:p>
        </w:tc>
        <w:tc>
          <w:tcPr>
            <w:tcW w:w="1417" w:type="dxa"/>
          </w:tcPr>
          <w:p w14:paraId="20D192D0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22F9EAD7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68B2F333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7452A3DB" w14:textId="77777777" w:rsidTr="00B07277">
        <w:tc>
          <w:tcPr>
            <w:tcW w:w="1558" w:type="dxa"/>
          </w:tcPr>
          <w:p w14:paraId="1D841DAA" w14:textId="336E797B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9</w:t>
            </w:r>
          </w:p>
        </w:tc>
        <w:tc>
          <w:tcPr>
            <w:tcW w:w="1558" w:type="dxa"/>
          </w:tcPr>
          <w:p w14:paraId="7072C6B7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7E3E5103" w14:textId="4B71337C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15%</w:t>
            </w:r>
          </w:p>
        </w:tc>
        <w:tc>
          <w:tcPr>
            <w:tcW w:w="1417" w:type="dxa"/>
          </w:tcPr>
          <w:p w14:paraId="37B6EDEE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7FD29774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4D092EBB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19718E45" w14:textId="77777777" w:rsidTr="00B07277">
        <w:tc>
          <w:tcPr>
            <w:tcW w:w="1558" w:type="dxa"/>
          </w:tcPr>
          <w:p w14:paraId="2165064A" w14:textId="5306666D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10</w:t>
            </w:r>
          </w:p>
        </w:tc>
        <w:tc>
          <w:tcPr>
            <w:tcW w:w="1558" w:type="dxa"/>
          </w:tcPr>
          <w:p w14:paraId="3BAF16C8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4709BE96" w14:textId="397CD1CC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20%</w:t>
            </w:r>
          </w:p>
        </w:tc>
        <w:tc>
          <w:tcPr>
            <w:tcW w:w="1417" w:type="dxa"/>
          </w:tcPr>
          <w:p w14:paraId="5BE168B7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717B27B8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1CAFA59F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0BDA74CE" w14:textId="77777777" w:rsidTr="00B07277">
        <w:tc>
          <w:tcPr>
            <w:tcW w:w="1558" w:type="dxa"/>
          </w:tcPr>
          <w:p w14:paraId="346BA7D0" w14:textId="5055BD35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11</w:t>
            </w:r>
          </w:p>
        </w:tc>
        <w:tc>
          <w:tcPr>
            <w:tcW w:w="1558" w:type="dxa"/>
          </w:tcPr>
          <w:p w14:paraId="211199A0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3B3F5868" w14:textId="5192DFB0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25%</w:t>
            </w:r>
          </w:p>
        </w:tc>
        <w:tc>
          <w:tcPr>
            <w:tcW w:w="1417" w:type="dxa"/>
          </w:tcPr>
          <w:p w14:paraId="082F59FD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1B9BE7F9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471F039D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  <w:tr w:rsidR="0083245C" w14:paraId="085770F0" w14:textId="77777777" w:rsidTr="00B07277">
        <w:tc>
          <w:tcPr>
            <w:tcW w:w="1558" w:type="dxa"/>
          </w:tcPr>
          <w:p w14:paraId="56BFC359" w14:textId="6C525A9A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12</w:t>
            </w:r>
          </w:p>
        </w:tc>
        <w:tc>
          <w:tcPr>
            <w:tcW w:w="1558" w:type="dxa"/>
          </w:tcPr>
          <w:p w14:paraId="15B6163C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699" w:type="dxa"/>
          </w:tcPr>
          <w:p w14:paraId="057FBAAA" w14:textId="2D5CD43A" w:rsidR="0083245C" w:rsidRDefault="00737404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30%</w:t>
            </w:r>
          </w:p>
        </w:tc>
        <w:tc>
          <w:tcPr>
            <w:tcW w:w="1417" w:type="dxa"/>
          </w:tcPr>
          <w:p w14:paraId="1028CE72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0884B838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559" w:type="dxa"/>
          </w:tcPr>
          <w:p w14:paraId="669BF6C9" w14:textId="77777777" w:rsidR="0083245C" w:rsidRDefault="0083245C" w:rsidP="0083245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</w:tr>
    </w:tbl>
    <w:p w14:paraId="69681AA6" w14:textId="77777777" w:rsidR="0083245C" w:rsidRDefault="0083245C" w:rsidP="0083245C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</w:p>
    <w:p w14:paraId="70C2026F" w14:textId="4F3A838C" w:rsidR="0083245C" w:rsidRDefault="00737404" w:rsidP="0083245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נדרש: </w:t>
      </w:r>
    </w:p>
    <w:p w14:paraId="21521B09" w14:textId="0BE33EE0" w:rsidR="00737404" w:rsidRDefault="00737404" w:rsidP="00737404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337FB34D" w14:textId="1ADB9DCD" w:rsidR="00737404" w:rsidRDefault="00737404" w:rsidP="00737404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1: </w:t>
      </w:r>
      <w:r w:rsidR="009A3080">
        <w:rPr>
          <w:rFonts w:ascii="David" w:hAnsi="David" w:cs="David" w:hint="cs"/>
          <w:sz w:val="24"/>
          <w:szCs w:val="24"/>
          <w:rtl/>
          <w:lang w:bidi="he-IL"/>
        </w:rPr>
        <w:t>במידה והערכים החל מתא</w:t>
      </w:r>
      <w:r w:rsidR="009A3080">
        <w:rPr>
          <w:rFonts w:ascii="David" w:hAnsi="David" w:cs="David"/>
          <w:sz w:val="24"/>
          <w:szCs w:val="24"/>
          <w:lang w:bidi="he-IL"/>
        </w:rPr>
        <w:t xml:space="preserve"> </w:t>
      </w:r>
      <w:r w:rsidR="009A3080"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 w:rsidR="009A3080">
        <w:rPr>
          <w:rFonts w:ascii="David" w:hAnsi="David" w:cs="David"/>
          <w:sz w:val="24"/>
          <w:szCs w:val="24"/>
          <w:lang w:bidi="he-IL"/>
        </w:rPr>
        <w:t>B7</w:t>
      </w:r>
      <w:r w:rsidR="009A3080">
        <w:rPr>
          <w:rFonts w:ascii="David" w:hAnsi="David" w:cs="David" w:hint="cs"/>
          <w:sz w:val="24"/>
          <w:szCs w:val="24"/>
          <w:rtl/>
          <w:lang w:bidi="he-IL"/>
        </w:rPr>
        <w:t xml:space="preserve"> מייצגים את שיעור ההנחה, והמטרה היא להשלים את המחיר הסופי לכל אחד משיעורי ההנחה הללו בעמודה </w:t>
      </w:r>
      <w:r w:rsidR="009A3080">
        <w:rPr>
          <w:rFonts w:ascii="David" w:hAnsi="David" w:cs="David"/>
          <w:sz w:val="24"/>
          <w:szCs w:val="24"/>
          <w:lang w:bidi="he-IL"/>
        </w:rPr>
        <w:t>C</w:t>
      </w:r>
      <w:r w:rsidR="009A3080">
        <w:rPr>
          <w:rFonts w:ascii="David" w:hAnsi="David" w:cs="David" w:hint="cs"/>
          <w:sz w:val="24"/>
          <w:szCs w:val="24"/>
          <w:rtl/>
          <w:lang w:bidi="he-IL"/>
        </w:rPr>
        <w:t>, הכלי המתאים יהיה חתירה למטרה</w:t>
      </w:r>
    </w:p>
    <w:p w14:paraId="2DFEBD9A" w14:textId="44CE6000" w:rsidR="009A3080" w:rsidRDefault="009A3080" w:rsidP="009A3080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</w:t>
      </w:r>
      <w:r>
        <w:rPr>
          <w:rFonts w:ascii="David" w:hAnsi="David" w:cs="David" w:hint="cs"/>
          <w:sz w:val="24"/>
          <w:szCs w:val="24"/>
          <w:rtl/>
          <w:lang w:bidi="he-IL"/>
        </w:rPr>
        <w:t>2</w:t>
      </w:r>
      <w:r>
        <w:rPr>
          <w:rFonts w:ascii="David" w:hAnsi="David" w:cs="David" w:hint="cs"/>
          <w:sz w:val="24"/>
          <w:szCs w:val="24"/>
          <w:rtl/>
          <w:lang w:bidi="he-IL"/>
        </w:rPr>
        <w:t>: במידה והערכים החל מתא</w:t>
      </w:r>
      <w:r>
        <w:rPr>
          <w:rFonts w:ascii="David" w:hAnsi="David" w:cs="David"/>
          <w:sz w:val="24"/>
          <w:szCs w:val="24"/>
          <w:lang w:bidi="he-IL"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lang w:bidi="he-IL"/>
        </w:rPr>
        <w:t>B7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מייצגים את שיעור ההנחה, והמטרה היא להשלים את המחיר הסופי לכל אחד משיעורי ההנחה הללו בעמודה </w:t>
      </w:r>
      <w:r>
        <w:rPr>
          <w:rFonts w:ascii="David" w:hAnsi="David" w:cs="David"/>
          <w:sz w:val="24"/>
          <w:szCs w:val="24"/>
          <w:lang w:bidi="he-IL"/>
        </w:rPr>
        <w:t>C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, הכלי המתאים </w:t>
      </w:r>
      <w:r>
        <w:rPr>
          <w:rFonts w:ascii="David" w:hAnsi="David" w:cs="David" w:hint="cs"/>
          <w:sz w:val="24"/>
          <w:szCs w:val="24"/>
          <w:rtl/>
          <w:lang w:bidi="he-IL"/>
        </w:rPr>
        <w:t>יהיה טבלת נתונים</w:t>
      </w:r>
    </w:p>
    <w:p w14:paraId="45DE5114" w14:textId="208C22A0" w:rsidR="009A3080" w:rsidRDefault="009A3080" w:rsidP="009A30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</w:t>
      </w:r>
      <w:r>
        <w:rPr>
          <w:rFonts w:ascii="David" w:hAnsi="David" w:cs="David" w:hint="cs"/>
          <w:sz w:val="24"/>
          <w:szCs w:val="24"/>
          <w:rtl/>
          <w:lang w:bidi="he-IL"/>
        </w:rPr>
        <w:t>3</w:t>
      </w:r>
      <w:r>
        <w:rPr>
          <w:rFonts w:ascii="David" w:hAnsi="David" w:cs="David" w:hint="cs"/>
          <w:sz w:val="24"/>
          <w:szCs w:val="24"/>
          <w:rtl/>
          <w:lang w:bidi="he-IL"/>
        </w:rPr>
        <w:t>: במידה והערכים החל מתא</w:t>
      </w:r>
      <w:r>
        <w:rPr>
          <w:rFonts w:ascii="David" w:hAnsi="David" w:cs="David"/>
          <w:sz w:val="24"/>
          <w:szCs w:val="24"/>
          <w:lang w:bidi="he-IL"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lang w:bidi="he-IL"/>
        </w:rPr>
        <w:t>B7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מייצגים את שיעור ההנחה, והמטרה היא להשלים את המחיר הסופי לכל אחד משיעורי ההנחה הללו בעמודה </w:t>
      </w:r>
      <w:r>
        <w:rPr>
          <w:rFonts w:ascii="David" w:hAnsi="David" w:cs="David"/>
          <w:sz w:val="24"/>
          <w:szCs w:val="24"/>
          <w:lang w:bidi="he-IL"/>
        </w:rPr>
        <w:t>C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,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אזי במסגרת יישום הכלי המתאים, נפנה בתא הקלט התחתון לתא </w:t>
      </w:r>
      <w:r>
        <w:rPr>
          <w:rFonts w:ascii="David" w:hAnsi="David" w:cs="David"/>
          <w:sz w:val="24"/>
          <w:szCs w:val="24"/>
          <w:lang w:bidi="he-IL"/>
        </w:rPr>
        <w:t>C2</w:t>
      </w:r>
    </w:p>
    <w:p w14:paraId="6F06D7B5" w14:textId="77777777" w:rsidR="009A3080" w:rsidRDefault="009A3080" w:rsidP="009A30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0D539361" w14:textId="2E4C6A09" w:rsidR="009A3080" w:rsidRDefault="009A3080" w:rsidP="009A308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נדרש: מי מבין הטענה / הטענות נכונה / נכונות?</w:t>
      </w:r>
    </w:p>
    <w:p w14:paraId="655D4138" w14:textId="7F9FF6CD" w:rsidR="009A3080" w:rsidRDefault="009A3080" w:rsidP="009A3080">
      <w:pPr>
        <w:pStyle w:val="ListParagraph"/>
        <w:numPr>
          <w:ilvl w:val="0"/>
          <w:numId w:val="38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1 בלבד</w:t>
      </w:r>
    </w:p>
    <w:p w14:paraId="4BF99A57" w14:textId="6829F0DC" w:rsidR="009A3080" w:rsidRDefault="009A3080" w:rsidP="009A3080">
      <w:pPr>
        <w:pStyle w:val="ListParagraph"/>
        <w:numPr>
          <w:ilvl w:val="0"/>
          <w:numId w:val="38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2 בלבד</w:t>
      </w:r>
    </w:p>
    <w:p w14:paraId="1CD06AE8" w14:textId="7BE70B58" w:rsidR="009A3080" w:rsidRDefault="009A3080" w:rsidP="009A3080">
      <w:pPr>
        <w:pStyle w:val="ListParagraph"/>
        <w:numPr>
          <w:ilvl w:val="0"/>
          <w:numId w:val="38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טענות 2 ו-3</w:t>
      </w:r>
    </w:p>
    <w:p w14:paraId="6623C967" w14:textId="1D19291A" w:rsidR="009A3080" w:rsidRDefault="009A3080" w:rsidP="009A3080">
      <w:pPr>
        <w:pStyle w:val="ListParagraph"/>
        <w:numPr>
          <w:ilvl w:val="0"/>
          <w:numId w:val="38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טענות 1 ו-3</w:t>
      </w:r>
    </w:p>
    <w:p w14:paraId="6C62BAA9" w14:textId="775ACE3C" w:rsidR="009A3080" w:rsidRPr="009A3080" w:rsidRDefault="009A3080" w:rsidP="009A3080">
      <w:pPr>
        <w:pStyle w:val="ListParagraph"/>
        <w:numPr>
          <w:ilvl w:val="0"/>
          <w:numId w:val="38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כל יתר האפשרויות שגויות</w:t>
      </w:r>
    </w:p>
    <w:p w14:paraId="4B7EC285" w14:textId="77777777" w:rsidR="009A3080" w:rsidRPr="009A3080" w:rsidRDefault="009A3080" w:rsidP="009A3080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</w:p>
    <w:p w14:paraId="5B0E123B" w14:textId="77777777" w:rsidR="009A3080" w:rsidRDefault="009A3080" w:rsidP="009A3080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</w:p>
    <w:p w14:paraId="27F99CBD" w14:textId="77777777" w:rsidR="009A3080" w:rsidRDefault="009A3080" w:rsidP="009A3080">
      <w:pPr>
        <w:bidi/>
        <w:spacing w:after="0" w:line="360" w:lineRule="auto"/>
        <w:rPr>
          <w:rFonts w:ascii="David" w:hAnsi="David" w:cs="David" w:hint="cs"/>
          <w:sz w:val="24"/>
          <w:szCs w:val="24"/>
          <w:rtl/>
          <w:lang w:bidi="he-IL"/>
        </w:rPr>
      </w:pPr>
    </w:p>
    <w:p w14:paraId="1AF28D7C" w14:textId="77777777" w:rsidR="0083245C" w:rsidRDefault="0083245C" w:rsidP="0083245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09C5CBB0" w14:textId="1A78F9BE" w:rsidR="0083245C" w:rsidRDefault="000661A0" w:rsidP="0083245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תשובה לשאלה 37:</w:t>
      </w:r>
    </w:p>
    <w:p w14:paraId="76958FD9" w14:textId="77777777" w:rsidR="000661A0" w:rsidRDefault="000661A0" w:rsidP="000661A0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72E5A7FB" w14:textId="4197EE5C" w:rsidR="000661A0" w:rsidRDefault="000661A0" w:rsidP="000661A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טענות 1 ו-2: כאשר אני מזהה שהמטרה היא להשלים ערכים בטבלה שלמה לפי משתנה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מסויים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>, הכלי הרלוונטי הוא טבלת נתונים (</w:t>
      </w:r>
      <w:r>
        <w:rPr>
          <w:rFonts w:ascii="David" w:hAnsi="David" w:cs="David"/>
          <w:sz w:val="24"/>
          <w:szCs w:val="24"/>
          <w:lang w:bidi="he-IL"/>
        </w:rPr>
        <w:t>Data Table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) ולא חתירה למטרה (השואפת לערך ספציפי). לכן טענה 1 שגויה וטענה 2 נכונה. </w:t>
      </w:r>
    </w:p>
    <w:p w14:paraId="25E76626" w14:textId="53C9F635" w:rsidR="000661A0" w:rsidRDefault="000661A0" w:rsidP="000661A0">
      <w:pPr>
        <w:bidi/>
        <w:spacing w:after="0" w:line="360" w:lineRule="auto"/>
        <w:jc w:val="both"/>
        <w:rPr>
          <w:rFonts w:ascii="David" w:hAnsi="David" w:cs="David" w:hint="cs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3: ברגע שהבנתי שהכלי הוא </w:t>
      </w:r>
      <w:r>
        <w:rPr>
          <w:rFonts w:ascii="David" w:hAnsi="David" w:cs="David"/>
          <w:sz w:val="24"/>
          <w:szCs w:val="24"/>
          <w:lang w:bidi="he-IL"/>
        </w:rPr>
        <w:t>Data Table</w:t>
      </w:r>
      <w:r>
        <w:rPr>
          <w:rFonts w:ascii="David" w:hAnsi="David" w:cs="David" w:hint="cs"/>
          <w:sz w:val="24"/>
          <w:szCs w:val="24"/>
          <w:rtl/>
          <w:lang w:bidi="he-IL"/>
        </w:rPr>
        <w:t>, חובה עליי לזכור 2 הגדרות</w:t>
      </w:r>
      <w:r w:rsidR="00547DEC">
        <w:rPr>
          <w:rFonts w:ascii="David" w:hAnsi="David" w:cs="David"/>
          <w:sz w:val="24"/>
          <w:szCs w:val="24"/>
          <w:lang w:bidi="he-IL"/>
        </w:rPr>
        <w:t xml:space="preserve"> </w:t>
      </w:r>
      <w:r w:rsidR="00547DEC">
        <w:rPr>
          <w:rFonts w:ascii="David" w:hAnsi="David" w:cs="David" w:hint="cs"/>
          <w:sz w:val="24"/>
          <w:szCs w:val="24"/>
          <w:rtl/>
          <w:lang w:bidi="he-IL"/>
        </w:rPr>
        <w:t xml:space="preserve"> - שיישומן מוביל לכך שהטענה נכונה!</w:t>
      </w:r>
    </w:p>
    <w:p w14:paraId="016640C0" w14:textId="77777777" w:rsidR="000661A0" w:rsidRDefault="000661A0" w:rsidP="000661A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50"/>
        <w:gridCol w:w="2976"/>
        <w:gridCol w:w="2124"/>
      </w:tblGrid>
      <w:tr w:rsidR="000661A0" w14:paraId="18941F7A" w14:textId="77777777" w:rsidTr="00547DEC">
        <w:tc>
          <w:tcPr>
            <w:tcW w:w="4250" w:type="dxa"/>
          </w:tcPr>
          <w:p w14:paraId="4E4E491A" w14:textId="0E5F51C7" w:rsidR="000661A0" w:rsidRDefault="000661A0" w:rsidP="000661A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הגדרה</w:t>
            </w:r>
          </w:p>
        </w:tc>
        <w:tc>
          <w:tcPr>
            <w:tcW w:w="2976" w:type="dxa"/>
          </w:tcPr>
          <w:p w14:paraId="2C5746D5" w14:textId="4D666E46" w:rsidR="000661A0" w:rsidRDefault="000661A0" w:rsidP="000661A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מה נציב</w:t>
            </w:r>
          </w:p>
        </w:tc>
        <w:tc>
          <w:tcPr>
            <w:tcW w:w="2124" w:type="dxa"/>
          </w:tcPr>
          <w:p w14:paraId="2B4531CC" w14:textId="2578E990" w:rsidR="000661A0" w:rsidRDefault="000661A0" w:rsidP="000661A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תיאור טכני</w:t>
            </w:r>
          </w:p>
        </w:tc>
      </w:tr>
      <w:tr w:rsidR="000661A0" w14:paraId="668288A0" w14:textId="77777777" w:rsidTr="00547DEC">
        <w:tc>
          <w:tcPr>
            <w:tcW w:w="4250" w:type="dxa"/>
          </w:tcPr>
          <w:p w14:paraId="15625267" w14:textId="77777777" w:rsidR="000661A0" w:rsidRDefault="000661A0" w:rsidP="000661A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עליון</w:t>
            </w:r>
          </w:p>
          <w:p w14:paraId="05883FED" w14:textId="34B04269" w:rsidR="000661A0" w:rsidRDefault="000661A0" w:rsidP="000661A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בתא זה תוזן הפניה אם ורק אם המשתנה לפיו נערך הניתוח מופיע בשורה העליונה של הטבלה</w:t>
            </w:r>
          </w:p>
        </w:tc>
        <w:tc>
          <w:tcPr>
            <w:tcW w:w="2976" w:type="dxa"/>
          </w:tcPr>
          <w:p w14:paraId="570907D7" w14:textId="2B11D38A" w:rsidR="000661A0" w:rsidRDefault="001D4D4A" w:rsidP="000661A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שום דבר! נשאיר ריק. וזאת משום שהערך אותו מנתחים מופיע בעמודה הראשונה ולא בשורה העליונה של הטבלה</w:t>
            </w:r>
          </w:p>
        </w:tc>
        <w:tc>
          <w:tcPr>
            <w:tcW w:w="2124" w:type="dxa"/>
          </w:tcPr>
          <w:p w14:paraId="6435990F" w14:textId="77777777" w:rsidR="000661A0" w:rsidRDefault="000661A0" w:rsidP="000661A0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Row Input Cell</w:t>
            </w:r>
          </w:p>
          <w:p w14:paraId="107EAB69" w14:textId="39ADC0F5" w:rsidR="000661A0" w:rsidRDefault="000661A0" w:rsidP="000661A0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lang w:bidi="he-IL"/>
              </w:rPr>
            </w:pPr>
          </w:p>
        </w:tc>
      </w:tr>
      <w:tr w:rsidR="000661A0" w14:paraId="516969FC" w14:textId="77777777" w:rsidTr="00547DEC">
        <w:tc>
          <w:tcPr>
            <w:tcW w:w="4250" w:type="dxa"/>
          </w:tcPr>
          <w:p w14:paraId="53FF7CDB" w14:textId="77777777" w:rsidR="000661A0" w:rsidRDefault="000661A0" w:rsidP="000661A0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תא תחתון</w:t>
            </w:r>
          </w:p>
          <w:p w14:paraId="64FA9C61" w14:textId="77777777" w:rsidR="001D4D4A" w:rsidRDefault="001D4D4A" w:rsidP="001D4D4A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בתא זה תוזן הפניה אם ורק אם המשתנה לפיו נערך הניתוח מופיע בעמודה הראשונה של הטבלה. </w:t>
            </w:r>
          </w:p>
          <w:p w14:paraId="2B9359E2" w14:textId="77777777" w:rsidR="001D4D4A" w:rsidRDefault="001D4D4A" w:rsidP="001D4D4A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זה בהחלט המצב פה </w:t>
            </w:r>
            <w:r>
              <w:rPr>
                <w:rFonts w:ascii="David" w:hAnsi="David" w:cs="David"/>
                <w:sz w:val="24"/>
                <w:szCs w:val="24"/>
                <w:rtl/>
                <w:lang w:bidi="he-IL"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 בעמודה הראשונה מופיע שיעור ההנחה לפיו מנתחים. </w:t>
            </w:r>
          </w:p>
          <w:p w14:paraId="38C045C8" w14:textId="0D4380DB" w:rsidR="001D4D4A" w:rsidRDefault="001D4D4A" w:rsidP="001D4D4A">
            <w:pPr>
              <w:bidi/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 xml:space="preserve">ההגדרה אומרת: מפנים למשתנה הרלוונטי בנתוני הבסיס. כלומר, אם מנתחים לפי שיעור הנחה, נייצר הפניה לתא שכולל את שיעור ההנחה למעלה, בנתונים המקוריים. </w:t>
            </w:r>
          </w:p>
        </w:tc>
        <w:tc>
          <w:tcPr>
            <w:tcW w:w="2976" w:type="dxa"/>
          </w:tcPr>
          <w:p w14:paraId="4341D376" w14:textId="6A782E34" w:rsidR="000661A0" w:rsidRDefault="00547DEC" w:rsidP="00547DE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C2</w:t>
            </w:r>
          </w:p>
        </w:tc>
        <w:tc>
          <w:tcPr>
            <w:tcW w:w="2124" w:type="dxa"/>
          </w:tcPr>
          <w:p w14:paraId="4F5A2C7C" w14:textId="0252096E" w:rsidR="000661A0" w:rsidRDefault="000661A0" w:rsidP="000661A0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Column Input Cell</w:t>
            </w:r>
          </w:p>
        </w:tc>
      </w:tr>
    </w:tbl>
    <w:p w14:paraId="7690C428" w14:textId="77777777" w:rsidR="000661A0" w:rsidRDefault="000661A0" w:rsidP="000661A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77E478E3" w14:textId="1A7393B3" w:rsidR="00547DEC" w:rsidRPr="00AE6BC5" w:rsidRDefault="00547DEC" w:rsidP="00547DEC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AE6BC5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לכן, טענות 2 ו-3 נכונות. </w:t>
      </w:r>
      <w:r w:rsidR="00AE6BC5" w:rsidRPr="00AE6BC5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התשובה לשאלה 37 היא ג. </w:t>
      </w:r>
    </w:p>
    <w:p w14:paraId="74D3E27A" w14:textId="77777777" w:rsidR="000661A0" w:rsidRDefault="000661A0" w:rsidP="000661A0">
      <w:pPr>
        <w:bidi/>
        <w:spacing w:after="0" w:line="360" w:lineRule="auto"/>
        <w:jc w:val="both"/>
        <w:rPr>
          <w:rFonts w:ascii="David" w:hAnsi="David" w:cs="David" w:hint="cs"/>
          <w:sz w:val="24"/>
          <w:szCs w:val="24"/>
          <w:rtl/>
          <w:lang w:bidi="he-IL"/>
        </w:rPr>
      </w:pPr>
    </w:p>
    <w:p w14:paraId="6F31C852" w14:textId="77777777" w:rsidR="0083245C" w:rsidRDefault="0083245C" w:rsidP="0083245C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7A0219EF" w14:textId="77777777" w:rsidR="0083245C" w:rsidRPr="008A435F" w:rsidRDefault="0083245C" w:rsidP="0083245C">
      <w:pPr>
        <w:bidi/>
        <w:spacing w:after="0" w:line="360" w:lineRule="auto"/>
        <w:rPr>
          <w:rFonts w:ascii="David" w:hAnsi="David" w:cs="David" w:hint="cs"/>
          <w:sz w:val="24"/>
          <w:szCs w:val="24"/>
          <w:lang w:bidi="he-IL"/>
        </w:rPr>
      </w:pPr>
    </w:p>
    <w:p w14:paraId="456F8B03" w14:textId="77777777" w:rsidR="00FA6E31" w:rsidRPr="008A435F" w:rsidRDefault="00FA6E31" w:rsidP="008A435F">
      <w:pPr>
        <w:bidi/>
        <w:spacing w:after="0" w:line="360" w:lineRule="auto"/>
        <w:rPr>
          <w:rFonts w:ascii="David" w:hAnsi="David" w:cs="David" w:hint="cs"/>
          <w:sz w:val="24"/>
          <w:szCs w:val="24"/>
        </w:rPr>
      </w:pPr>
    </w:p>
    <w:p w14:paraId="6178946A" w14:textId="77777777" w:rsidR="00ED27F0" w:rsidRPr="008A435F" w:rsidRDefault="00ED27F0" w:rsidP="008A435F">
      <w:pPr>
        <w:spacing w:line="360" w:lineRule="auto"/>
        <w:rPr>
          <w:rFonts w:ascii="David" w:hAnsi="David" w:cs="David" w:hint="cs"/>
          <w:bCs/>
          <w:sz w:val="24"/>
          <w:szCs w:val="24"/>
          <w:rtl/>
        </w:rPr>
      </w:pPr>
      <w:r w:rsidRPr="008A435F">
        <w:rPr>
          <w:rFonts w:ascii="David" w:hAnsi="David" w:cs="David" w:hint="cs"/>
          <w:bCs/>
          <w:sz w:val="24"/>
          <w:szCs w:val="24"/>
          <w:rtl/>
        </w:rPr>
        <w:br w:type="page"/>
      </w:r>
    </w:p>
    <w:p w14:paraId="6334BB38" w14:textId="44D2695A" w:rsidR="00FA6E31" w:rsidRPr="00054C11" w:rsidRDefault="00FA6E31" w:rsidP="00FA6E31">
      <w:pPr>
        <w:bidi/>
        <w:spacing w:after="0" w:line="360" w:lineRule="auto"/>
        <w:rPr>
          <w:rFonts w:hint="cs"/>
          <w:sz w:val="24"/>
          <w:szCs w:val="24"/>
          <w:lang w:bidi="he-IL"/>
        </w:rPr>
      </w:pPr>
      <w:proofErr w:type="spellStart"/>
      <w:r w:rsidRPr="00085071">
        <w:rPr>
          <w:rFonts w:ascii="David" w:hAnsi="David" w:cs="David" w:hint="cs"/>
          <w:bCs/>
          <w:sz w:val="24"/>
          <w:szCs w:val="24"/>
          <w:rtl/>
        </w:rPr>
        <w:lastRenderedPageBreak/>
        <w:t>שאלה</w:t>
      </w:r>
      <w:proofErr w:type="spellEnd"/>
      <w:r w:rsidRPr="00054C11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="00AE6BC5">
        <w:rPr>
          <w:rFonts w:ascii="David" w:hAnsi="David" w:cs="David" w:hint="cs"/>
          <w:bCs/>
          <w:sz w:val="24"/>
          <w:szCs w:val="24"/>
          <w:rtl/>
          <w:lang w:bidi="he-IL"/>
        </w:rPr>
        <w:t>38</w:t>
      </w:r>
    </w:p>
    <w:p w14:paraId="78FF37F8" w14:textId="77777777" w:rsidR="00FA6E31" w:rsidRPr="00054C11" w:rsidRDefault="00FA6E31" w:rsidP="00FA6E31">
      <w:pPr>
        <w:bidi/>
        <w:spacing w:after="0" w:line="360" w:lineRule="auto"/>
        <w:rPr>
          <w:sz w:val="24"/>
          <w:szCs w:val="24"/>
          <w:lang w:bidi="he-IL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לפניכם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נתוני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</w:rPr>
        <w:t>Excel</w:t>
      </w:r>
      <w:r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p w14:paraId="7213231F" w14:textId="77777777" w:rsidR="00FA6E31" w:rsidRPr="00054C11" w:rsidRDefault="00FA6E31" w:rsidP="00FA6E31">
      <w:pPr>
        <w:bidi/>
        <w:spacing w:after="120" w:line="360" w:lineRule="auto"/>
        <w:jc w:val="center"/>
        <w:rPr>
          <w:sz w:val="24"/>
          <w:szCs w:val="24"/>
        </w:rPr>
      </w:pPr>
      <w:r w:rsidRPr="00054C11">
        <w:rPr>
          <w:noProof/>
          <w:sz w:val="24"/>
          <w:szCs w:val="24"/>
        </w:rPr>
        <w:drawing>
          <wp:inline distT="0" distB="0" distL="0" distR="0" wp14:anchorId="065E31C5" wp14:editId="43BEFDE8">
            <wp:extent cx="2067538" cy="2279176"/>
            <wp:effectExtent l="0" t="0" r="3175" b="0"/>
            <wp:docPr id="1570209194" name="Picture 1570209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8_pivotsourc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76401" cy="228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74A08" w14:textId="77777777" w:rsidR="00FA6E31" w:rsidRPr="00054C11" w:rsidRDefault="00FA6E31" w:rsidP="00FA6E31">
      <w:pPr>
        <w:bidi/>
        <w:spacing w:after="0" w:line="360" w:lineRule="auto"/>
        <w:jc w:val="both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ביקשו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מכם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לערוך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טבלת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ציר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(</w:t>
      </w:r>
      <w:r w:rsidRPr="00054C11">
        <w:rPr>
          <w:rFonts w:ascii="David" w:hAnsi="David" w:cs="David"/>
          <w:sz w:val="24"/>
          <w:szCs w:val="24"/>
        </w:rPr>
        <w:t>Pivot Table</w:t>
      </w:r>
      <w:r w:rsidRPr="00054C11">
        <w:rPr>
          <w:rFonts w:ascii="David" w:hAnsi="David" w:cs="David" w:hint="cs"/>
          <w:sz w:val="24"/>
          <w:szCs w:val="24"/>
          <w:rtl/>
        </w:rPr>
        <w:t xml:space="preserve">)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כדי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להגיע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לפלט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הבא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:</w:t>
      </w:r>
    </w:p>
    <w:p w14:paraId="5B1FF2CA" w14:textId="77777777" w:rsidR="00FA6E31" w:rsidRPr="00054C11" w:rsidRDefault="00FA6E31" w:rsidP="00FA6E31">
      <w:pPr>
        <w:bidi/>
        <w:spacing w:after="120" w:line="360" w:lineRule="auto"/>
        <w:jc w:val="center"/>
        <w:rPr>
          <w:sz w:val="24"/>
          <w:szCs w:val="24"/>
        </w:rPr>
      </w:pPr>
      <w:r w:rsidRPr="00054C11">
        <w:rPr>
          <w:noProof/>
          <w:sz w:val="24"/>
          <w:szCs w:val="24"/>
        </w:rPr>
        <w:drawing>
          <wp:inline distT="0" distB="0" distL="0" distR="0" wp14:anchorId="5683EB19" wp14:editId="3B9128F7">
            <wp:extent cx="3278242" cy="1205236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9_pivotoutput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13685" cy="121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22012" w14:textId="77777777" w:rsidR="00FA6E31" w:rsidRPr="00054C11" w:rsidRDefault="00FA6E31" w:rsidP="00FA6E31">
      <w:pPr>
        <w:bidi/>
        <w:spacing w:after="0" w:line="360" w:lineRule="auto"/>
        <w:jc w:val="both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לפיכך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ההגדרות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הרלוונטיות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ה-</w:t>
      </w:r>
      <w:r w:rsidRPr="00054C11">
        <w:rPr>
          <w:rFonts w:ascii="David" w:hAnsi="David" w:cs="David"/>
          <w:sz w:val="24"/>
          <w:szCs w:val="24"/>
        </w:rPr>
        <w:t>Pivot</w:t>
      </w:r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תהיינה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>:</w:t>
      </w:r>
    </w:p>
    <w:p w14:paraId="138559F0" w14:textId="77777777" w:rsidR="00FA6E31" w:rsidRPr="00054C11" w:rsidRDefault="00FA6E31" w:rsidP="001C0498">
      <w:pPr>
        <w:pStyle w:val="ListParagraph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054C11">
        <w:rPr>
          <w:rFonts w:ascii="David" w:hAnsi="David" w:cs="David"/>
          <w:sz w:val="24"/>
          <w:szCs w:val="24"/>
        </w:rPr>
        <w:t>Columns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אזור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Rows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איש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Values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</w:p>
    <w:p w14:paraId="7DD8085A" w14:textId="77777777" w:rsidR="00FA6E31" w:rsidRPr="00054C11" w:rsidRDefault="00FA6E31" w:rsidP="001C0498">
      <w:pPr>
        <w:pStyle w:val="ListParagraph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054C11">
        <w:rPr>
          <w:rFonts w:ascii="David" w:hAnsi="David" w:cs="David"/>
          <w:sz w:val="24"/>
          <w:szCs w:val="24"/>
        </w:rPr>
        <w:t>Columns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איש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Rows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אזור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Values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</w:p>
    <w:p w14:paraId="63C55F6D" w14:textId="77777777" w:rsidR="00FA6E31" w:rsidRPr="00054C11" w:rsidRDefault="00FA6E31" w:rsidP="001C0498">
      <w:pPr>
        <w:pStyle w:val="ListParagraph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054C11">
        <w:rPr>
          <w:rFonts w:ascii="David" w:hAnsi="David" w:cs="David"/>
          <w:sz w:val="24"/>
          <w:szCs w:val="24"/>
        </w:rPr>
        <w:t>Columns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Rows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איש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Values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אזור</w:t>
      </w:r>
      <w:proofErr w:type="spellEnd"/>
    </w:p>
    <w:p w14:paraId="25EAC6AB" w14:textId="77777777" w:rsidR="00FA6E31" w:rsidRPr="00054C11" w:rsidRDefault="00FA6E31" w:rsidP="001C0498">
      <w:pPr>
        <w:pStyle w:val="ListParagraph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054C11">
        <w:rPr>
          <w:rFonts w:ascii="David" w:hAnsi="David" w:cs="David"/>
          <w:sz w:val="24"/>
          <w:szCs w:val="24"/>
        </w:rPr>
        <w:t>Columns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אזור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Rows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; </w:t>
      </w:r>
      <w:r w:rsidRPr="00054C11">
        <w:rPr>
          <w:rFonts w:ascii="David" w:hAnsi="David" w:cs="David"/>
          <w:sz w:val="24"/>
          <w:szCs w:val="24"/>
        </w:rPr>
        <w:t>Values</w:t>
      </w:r>
      <w:r w:rsidRPr="00054C11">
        <w:rPr>
          <w:rFonts w:ascii="David" w:hAnsi="David" w:cs="David" w:hint="cs"/>
          <w:sz w:val="24"/>
          <w:szCs w:val="24"/>
          <w:rtl/>
        </w:rPr>
        <w:t xml:space="preserve"> =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איש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מכירות</w:t>
      </w:r>
      <w:proofErr w:type="spellEnd"/>
    </w:p>
    <w:p w14:paraId="3AD46171" w14:textId="77777777" w:rsidR="00FA6E31" w:rsidRPr="00054C11" w:rsidRDefault="00FA6E31" w:rsidP="001C0498">
      <w:pPr>
        <w:pStyle w:val="ListParagraph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כל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יתר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האפשרויות</w:t>
      </w:r>
      <w:proofErr w:type="spellEnd"/>
      <w:r w:rsidRPr="00054C1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054C11">
        <w:rPr>
          <w:rFonts w:ascii="David" w:hAnsi="David" w:cs="David" w:hint="cs"/>
          <w:sz w:val="24"/>
          <w:szCs w:val="24"/>
          <w:rtl/>
        </w:rPr>
        <w:t>שגויות</w:t>
      </w:r>
      <w:proofErr w:type="spellEnd"/>
    </w:p>
    <w:p w14:paraId="38DD6D0B" w14:textId="77777777" w:rsidR="00A870E2" w:rsidRDefault="00A870E2" w:rsidP="00A870E2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3F285F7E" w14:textId="77777777" w:rsidR="00817670" w:rsidRDefault="00817670" w:rsidP="00817670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6EBEFBAC" w14:textId="2FC9F7A3" w:rsidR="00817670" w:rsidRDefault="00817670">
      <w:pPr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/>
          <w:sz w:val="24"/>
          <w:szCs w:val="24"/>
          <w:rtl/>
          <w:lang w:bidi="he-IL"/>
        </w:rPr>
        <w:br w:type="page"/>
      </w:r>
    </w:p>
    <w:p w14:paraId="722DEF52" w14:textId="1F272385" w:rsidR="00817670" w:rsidRDefault="004421B4" w:rsidP="0081767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4421B4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39 - </w:t>
      </w:r>
      <w:r w:rsidR="00817670" w:rsidRPr="004421B4">
        <w:rPr>
          <w:rFonts w:ascii="David" w:hAnsi="David" w:cs="David" w:hint="cs"/>
          <w:b/>
          <w:bCs/>
          <w:sz w:val="24"/>
          <w:szCs w:val="24"/>
          <w:rtl/>
          <w:lang w:bidi="he-IL"/>
        </w:rPr>
        <w:t>שאלה ספציפית מהשיעור בנושא דרגות מיון</w:t>
      </w:r>
    </w:p>
    <w:p w14:paraId="44F33BA0" w14:textId="7D1FCDCB" w:rsidR="004421B4" w:rsidRDefault="004421B4" w:rsidP="004421B4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4421B4">
        <w:rPr>
          <w:rFonts w:ascii="David" w:hAnsi="David" w:cs="David"/>
          <w:b/>
          <w:bCs/>
          <w:sz w:val="24"/>
          <w:szCs w:val="24"/>
          <w:rtl/>
          <w:lang w:bidi="he-IL"/>
        </w:rPr>
        <w:drawing>
          <wp:inline distT="0" distB="0" distL="0" distR="0" wp14:anchorId="4826E0FA" wp14:editId="0C8163CD">
            <wp:extent cx="5943600" cy="1551940"/>
            <wp:effectExtent l="0" t="0" r="0" b="0"/>
            <wp:docPr id="675448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4840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5759F" w14:textId="77777777" w:rsidR="004421B4" w:rsidRDefault="004421B4" w:rsidP="004421B4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04A2550B" w14:textId="7BE79DDA" w:rsidR="004421B4" w:rsidRDefault="004421B4" w:rsidP="004421B4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 w:rsidRPr="004421B4">
        <w:rPr>
          <w:rFonts w:ascii="David" w:hAnsi="David" w:cs="David" w:hint="cs"/>
          <w:sz w:val="24"/>
          <w:szCs w:val="24"/>
          <w:rtl/>
          <w:lang w:bidi="he-IL"/>
        </w:rPr>
        <w:t>במיון, למדנו שני דברים עיקריים:</w:t>
      </w:r>
    </w:p>
    <w:p w14:paraId="2CD87ECE" w14:textId="6FEA5BCC" w:rsidR="004421B4" w:rsidRDefault="004421B4" w:rsidP="004421B4">
      <w:pPr>
        <w:pStyle w:val="ListParagraph"/>
        <w:numPr>
          <w:ilvl w:val="0"/>
          <w:numId w:val="40"/>
        </w:numPr>
        <w:bidi/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אפשר למיין לפי משתנה אחד או יותר (ללא מגבלה לגבי מספר המשתנים המירבי). זה אוטומטית שולל את טענות 1 ו-2. </w:t>
      </w:r>
    </w:p>
    <w:p w14:paraId="36963C2E" w14:textId="5AAE781A" w:rsidR="004421B4" w:rsidRDefault="00F0535F" w:rsidP="004421B4">
      <w:pPr>
        <w:pStyle w:val="ListParagraph"/>
        <w:numPr>
          <w:ilvl w:val="0"/>
          <w:numId w:val="40"/>
        </w:numPr>
        <w:bidi/>
        <w:spacing w:after="0" w:line="360" w:lineRule="auto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אמרנו שכאשר ממיינים לפי שני משתנים (או יותר, כלומר יותר ממשתנה אחד) המיון המשני עוזר / משפיע רק כאשר יש שוויון בערכים לפי המשתנה הראשי. לכן, טענה שאומרת שמיון בשני משתנים מוביל לשינוי הסדר, בהשוואה מיון לפי המשתנה הראשי בלבד, שגויה. להלן נדגים בשאלה מספרית - -40. </w:t>
      </w:r>
    </w:p>
    <w:p w14:paraId="75C52111" w14:textId="5F8DF262" w:rsidR="00F0535F" w:rsidRDefault="00F0535F" w:rsidP="00F0535F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בכל מקרה, רק טענה 4 נכונה.</w:t>
      </w:r>
    </w:p>
    <w:p w14:paraId="6EFB34E5" w14:textId="77777777" w:rsidR="00F0535F" w:rsidRDefault="00F0535F" w:rsidP="00F0535F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6FE87987" w14:textId="77777777" w:rsidR="006C1DF3" w:rsidRDefault="006C1DF3">
      <w:pPr>
        <w:rPr>
          <w:rFonts w:ascii="David" w:hAnsi="David" w:cs="David"/>
          <w:b/>
          <w:bCs/>
          <w:sz w:val="24"/>
          <w:szCs w:val="24"/>
          <w:rtl/>
          <w:lang w:bidi="he-IL"/>
        </w:rPr>
      </w:pPr>
      <w:r>
        <w:rPr>
          <w:rFonts w:ascii="David" w:hAnsi="David" w:cs="David"/>
          <w:b/>
          <w:bCs/>
          <w:sz w:val="24"/>
          <w:szCs w:val="24"/>
          <w:rtl/>
          <w:lang w:bidi="he-IL"/>
        </w:rPr>
        <w:br w:type="page"/>
      </w:r>
    </w:p>
    <w:p w14:paraId="64A1E47E" w14:textId="547A38F9" w:rsidR="00F0535F" w:rsidRDefault="00F0535F" w:rsidP="00F0535F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F0535F">
        <w:rPr>
          <w:rFonts w:ascii="David" w:hAnsi="David" w:cs="David" w:hint="cs"/>
          <w:b/>
          <w:bCs/>
          <w:sz w:val="24"/>
          <w:szCs w:val="24"/>
          <w:rtl/>
          <w:lang w:bidi="he-IL"/>
        </w:rPr>
        <w:lastRenderedPageBreak/>
        <w:t xml:space="preserve">שאלה 40 </w:t>
      </w:r>
      <w:r w:rsidRPr="00F0535F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F0535F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המחשה כמותית למיון לפי שני משתנים </w:t>
      </w:r>
      <w:r w:rsidRPr="00F0535F">
        <w:rPr>
          <w:rFonts w:ascii="David" w:hAnsi="David" w:cs="David"/>
          <w:b/>
          <w:bCs/>
          <w:sz w:val="24"/>
          <w:szCs w:val="24"/>
          <w:rtl/>
          <w:lang w:bidi="he-IL"/>
        </w:rPr>
        <w:t>–</w:t>
      </w:r>
      <w:r w:rsidRPr="00F0535F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 והעובדה שלעתים המשתנה המשני לא משפיע</w:t>
      </w:r>
    </w:p>
    <w:p w14:paraId="61512F2C" w14:textId="491C1D79" w:rsidR="00F0535F" w:rsidRDefault="008929A3" w:rsidP="00F0535F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לפניכם נתוני טבלת </w:t>
      </w:r>
      <w:r>
        <w:rPr>
          <w:rFonts w:ascii="David" w:hAnsi="David" w:cs="David"/>
          <w:sz w:val="24"/>
          <w:szCs w:val="24"/>
          <w:lang w:bidi="he-IL"/>
        </w:rPr>
        <w:t>Excel</w:t>
      </w:r>
      <w:r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73"/>
        <w:gridCol w:w="1701"/>
        <w:gridCol w:w="1276"/>
      </w:tblGrid>
      <w:tr w:rsidR="008929A3" w14:paraId="24EEB7FA" w14:textId="77777777" w:rsidTr="006C1DF3">
        <w:tc>
          <w:tcPr>
            <w:tcW w:w="1273" w:type="dxa"/>
          </w:tcPr>
          <w:p w14:paraId="332F4F62" w14:textId="77777777" w:rsidR="008929A3" w:rsidRDefault="008929A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701" w:type="dxa"/>
          </w:tcPr>
          <w:p w14:paraId="390526F0" w14:textId="4CD5F478" w:rsidR="008929A3" w:rsidRDefault="008929A3" w:rsidP="008929A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276" w:type="dxa"/>
          </w:tcPr>
          <w:p w14:paraId="15B391D8" w14:textId="47107E3A" w:rsidR="008929A3" w:rsidRDefault="008929A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</w:tr>
      <w:tr w:rsidR="008929A3" w14:paraId="74E352F3" w14:textId="77777777" w:rsidTr="006C1DF3">
        <w:tc>
          <w:tcPr>
            <w:tcW w:w="1273" w:type="dxa"/>
          </w:tcPr>
          <w:p w14:paraId="7514C79C" w14:textId="5EC760B8" w:rsidR="008929A3" w:rsidRDefault="008929A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701" w:type="dxa"/>
          </w:tcPr>
          <w:p w14:paraId="393AAB0D" w14:textId="7022668B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אבנר</w:t>
            </w:r>
          </w:p>
        </w:tc>
        <w:tc>
          <w:tcPr>
            <w:tcW w:w="1276" w:type="dxa"/>
          </w:tcPr>
          <w:p w14:paraId="1AC0E379" w14:textId="1DC2B4D8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150</w:t>
            </w:r>
          </w:p>
        </w:tc>
      </w:tr>
      <w:tr w:rsidR="008929A3" w14:paraId="5DF5F950" w14:textId="77777777" w:rsidTr="006C1DF3">
        <w:tc>
          <w:tcPr>
            <w:tcW w:w="1273" w:type="dxa"/>
          </w:tcPr>
          <w:p w14:paraId="4FF224BE" w14:textId="21D65108" w:rsidR="008929A3" w:rsidRDefault="008929A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701" w:type="dxa"/>
          </w:tcPr>
          <w:p w14:paraId="17787F97" w14:textId="353609C2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משה</w:t>
            </w:r>
          </w:p>
        </w:tc>
        <w:tc>
          <w:tcPr>
            <w:tcW w:w="1276" w:type="dxa"/>
          </w:tcPr>
          <w:p w14:paraId="04C39349" w14:textId="502E8B9D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155</w:t>
            </w:r>
          </w:p>
        </w:tc>
      </w:tr>
      <w:tr w:rsidR="008929A3" w14:paraId="7FB956CB" w14:textId="77777777" w:rsidTr="006C1DF3">
        <w:tc>
          <w:tcPr>
            <w:tcW w:w="1273" w:type="dxa"/>
          </w:tcPr>
          <w:p w14:paraId="406A48D4" w14:textId="35EF5FBF" w:rsidR="008929A3" w:rsidRDefault="008929A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701" w:type="dxa"/>
          </w:tcPr>
          <w:p w14:paraId="4878D3E4" w14:textId="521021A8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בטי</w:t>
            </w:r>
          </w:p>
        </w:tc>
        <w:tc>
          <w:tcPr>
            <w:tcW w:w="1276" w:type="dxa"/>
          </w:tcPr>
          <w:p w14:paraId="5E65BABA" w14:textId="18418E73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170</w:t>
            </w:r>
          </w:p>
        </w:tc>
      </w:tr>
      <w:tr w:rsidR="008929A3" w14:paraId="5D11FE82" w14:textId="77777777" w:rsidTr="006C1DF3">
        <w:tc>
          <w:tcPr>
            <w:tcW w:w="1273" w:type="dxa"/>
          </w:tcPr>
          <w:p w14:paraId="0443B92A" w14:textId="3B38F2EF" w:rsidR="008929A3" w:rsidRDefault="008929A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4</w:t>
            </w:r>
          </w:p>
        </w:tc>
        <w:tc>
          <w:tcPr>
            <w:tcW w:w="1701" w:type="dxa"/>
          </w:tcPr>
          <w:p w14:paraId="352326B2" w14:textId="56FD8019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גריזלדה</w:t>
            </w:r>
            <w:proofErr w:type="spellEnd"/>
          </w:p>
        </w:tc>
        <w:tc>
          <w:tcPr>
            <w:tcW w:w="1276" w:type="dxa"/>
          </w:tcPr>
          <w:p w14:paraId="20905B79" w14:textId="14F7C24F" w:rsidR="008929A3" w:rsidRDefault="006C1DF3" w:rsidP="008929A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130</w:t>
            </w:r>
          </w:p>
        </w:tc>
      </w:tr>
    </w:tbl>
    <w:p w14:paraId="5CFBD752" w14:textId="77777777" w:rsidR="008929A3" w:rsidRDefault="008929A3" w:rsidP="008929A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</w:p>
    <w:p w14:paraId="55A8E78C" w14:textId="7EACF5EF" w:rsidR="006C1DF3" w:rsidRDefault="006C1DF3" w:rsidP="006C1DF3">
      <w:pPr>
        <w:bidi/>
        <w:spacing w:after="0" w:line="360" w:lineRule="auto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לפניכם מספר טענות:</w:t>
      </w:r>
    </w:p>
    <w:p w14:paraId="2D437F4B" w14:textId="2A92E3A1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1: אם נמיין את הטבלה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לפי א-ת בסדר עולה, משה יוצג אחרון. </w:t>
      </w:r>
    </w:p>
    <w:p w14:paraId="6776DB24" w14:textId="58DB0660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2:</w:t>
      </w:r>
      <w:r>
        <w:rPr>
          <w:rFonts w:ascii="David" w:hAnsi="David" w:cs="David"/>
          <w:sz w:val="24"/>
          <w:szCs w:val="24"/>
          <w:lang w:bidi="he-IL"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אם נמיין את הטבלה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לפי  א-ת בסדר עולה, ולאחר מכן נוסיף משתנה מיון נוסף (משני) המשויך לעמודה </w:t>
      </w:r>
      <w:r>
        <w:rPr>
          <w:rFonts w:ascii="David" w:hAnsi="David" w:cs="David"/>
          <w:sz w:val="24"/>
          <w:szCs w:val="24"/>
          <w:lang w:bidi="he-IL"/>
        </w:rPr>
        <w:t>B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, לפי הסדר, מהגבוה לנמוך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הסדר שיתקבל יהיה שונה מזה שינבע ממיון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בלבד.</w:t>
      </w:r>
    </w:p>
    <w:p w14:paraId="7F12AB66" w14:textId="0B0686F8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3</w:t>
      </w:r>
      <w:r>
        <w:rPr>
          <w:rFonts w:ascii="David" w:hAnsi="David" w:cs="David" w:hint="cs"/>
          <w:sz w:val="24"/>
          <w:szCs w:val="24"/>
          <w:rtl/>
          <w:lang w:bidi="he-IL"/>
        </w:rPr>
        <w:t>:</w:t>
      </w:r>
      <w:r>
        <w:rPr>
          <w:rFonts w:ascii="David" w:hAnsi="David" w:cs="David"/>
          <w:sz w:val="24"/>
          <w:szCs w:val="24"/>
          <w:lang w:bidi="he-IL"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אם נמיין את הטבלה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לפי  א-ת בסדר עולה, ולאחר מכן נוסיף משתנה מיון נוסף (משני) המשויך לעמודה </w:t>
      </w:r>
      <w:r>
        <w:rPr>
          <w:rFonts w:ascii="David" w:hAnsi="David" w:cs="David"/>
          <w:sz w:val="24"/>
          <w:szCs w:val="24"/>
          <w:lang w:bidi="he-IL"/>
        </w:rPr>
        <w:t>B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, לפי הסדר, מהגבוה לנמוך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הסדר שיתקבל יהיה </w:t>
      </w:r>
      <w:r>
        <w:rPr>
          <w:rFonts w:ascii="David" w:hAnsi="David" w:cs="David" w:hint="cs"/>
          <w:sz w:val="24"/>
          <w:szCs w:val="24"/>
          <w:rtl/>
          <w:lang w:bidi="he-IL"/>
        </w:rPr>
        <w:t>בהכרח זהה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>ל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זה שינבע ממיון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בלבד.</w:t>
      </w:r>
    </w:p>
    <w:p w14:paraId="56436FE6" w14:textId="77777777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5900684A" w14:textId="03149B0B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הטענה / הטענות הנכונה / הנכונות:</w:t>
      </w:r>
    </w:p>
    <w:p w14:paraId="544DDC7B" w14:textId="1ADDA7EF" w:rsidR="006C1DF3" w:rsidRDefault="006C1DF3" w:rsidP="006C1DF3">
      <w:pPr>
        <w:pStyle w:val="ListParagraph"/>
        <w:numPr>
          <w:ilvl w:val="0"/>
          <w:numId w:val="41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1 בלבד</w:t>
      </w:r>
    </w:p>
    <w:p w14:paraId="0735B108" w14:textId="35F59441" w:rsidR="006C1DF3" w:rsidRDefault="006C1DF3" w:rsidP="006C1DF3">
      <w:pPr>
        <w:pStyle w:val="ListParagraph"/>
        <w:numPr>
          <w:ilvl w:val="0"/>
          <w:numId w:val="41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2 בלבד</w:t>
      </w:r>
    </w:p>
    <w:p w14:paraId="650040BE" w14:textId="5953DB27" w:rsidR="006C1DF3" w:rsidRDefault="006C1DF3" w:rsidP="006C1DF3">
      <w:pPr>
        <w:pStyle w:val="ListParagraph"/>
        <w:numPr>
          <w:ilvl w:val="0"/>
          <w:numId w:val="41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3 בלבד</w:t>
      </w:r>
    </w:p>
    <w:p w14:paraId="26EC655C" w14:textId="56ED6CF7" w:rsidR="006C1DF3" w:rsidRDefault="006C1DF3" w:rsidP="006C1DF3">
      <w:pPr>
        <w:pStyle w:val="ListParagraph"/>
        <w:numPr>
          <w:ilvl w:val="0"/>
          <w:numId w:val="41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טענות 1 ו-3</w:t>
      </w:r>
    </w:p>
    <w:p w14:paraId="7FBDED02" w14:textId="26D97019" w:rsidR="006C1DF3" w:rsidRDefault="006C1DF3" w:rsidP="006C1DF3">
      <w:pPr>
        <w:pStyle w:val="ListParagraph"/>
        <w:numPr>
          <w:ilvl w:val="0"/>
          <w:numId w:val="41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כל יתר האפשרויות שגויות</w:t>
      </w:r>
    </w:p>
    <w:p w14:paraId="7BC67EB8" w14:textId="77777777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209CE899" w14:textId="47CEECCB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פיתה-רון:</w:t>
      </w:r>
    </w:p>
    <w:p w14:paraId="3B873136" w14:textId="29C04353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אם אני לוקח את הטבלה הזו, וממיין אותה לפי </w:t>
      </w:r>
      <w:r w:rsidR="00D06AE3">
        <w:rPr>
          <w:rFonts w:ascii="David" w:hAnsi="David" w:cs="David" w:hint="cs"/>
          <w:sz w:val="24"/>
          <w:szCs w:val="24"/>
          <w:rtl/>
          <w:lang w:bidi="he-IL"/>
        </w:rPr>
        <w:t xml:space="preserve">עמודה </w:t>
      </w:r>
      <w:r w:rsidR="00D06AE3">
        <w:rPr>
          <w:rFonts w:ascii="David" w:hAnsi="David" w:cs="David"/>
          <w:sz w:val="24"/>
          <w:szCs w:val="24"/>
          <w:lang w:bidi="he-IL"/>
        </w:rPr>
        <w:t>A</w:t>
      </w:r>
      <w:r w:rsidR="00D06AE3">
        <w:rPr>
          <w:rFonts w:ascii="David" w:hAnsi="David" w:cs="David" w:hint="cs"/>
          <w:sz w:val="24"/>
          <w:szCs w:val="24"/>
          <w:rtl/>
          <w:lang w:bidi="he-IL"/>
        </w:rPr>
        <w:t xml:space="preserve">, </w:t>
      </w:r>
      <w:r>
        <w:rPr>
          <w:rFonts w:ascii="David" w:hAnsi="David" w:cs="David" w:hint="cs"/>
          <w:sz w:val="24"/>
          <w:szCs w:val="24"/>
          <w:rtl/>
          <w:lang w:bidi="he-IL"/>
        </w:rPr>
        <w:t>א-ת בסדר עולה. הסדר יהיה: אבנר,</w:t>
      </w:r>
      <w:r w:rsidR="00D06AE3">
        <w:rPr>
          <w:rFonts w:ascii="David" w:hAnsi="David" w:cs="David" w:hint="cs"/>
          <w:sz w:val="24"/>
          <w:szCs w:val="24"/>
          <w:rtl/>
          <w:lang w:bidi="he-IL"/>
        </w:rPr>
        <w:t xml:space="preserve"> בטי, </w:t>
      </w:r>
      <w:proofErr w:type="spellStart"/>
      <w:r w:rsidR="00D06AE3">
        <w:rPr>
          <w:rFonts w:ascii="David" w:hAnsi="David" w:cs="David" w:hint="cs"/>
          <w:sz w:val="24"/>
          <w:szCs w:val="24"/>
          <w:rtl/>
          <w:lang w:bidi="he-IL"/>
        </w:rPr>
        <w:t>גריזלדה</w:t>
      </w:r>
      <w:proofErr w:type="spellEnd"/>
      <w:r w:rsidR="00D06AE3">
        <w:rPr>
          <w:rFonts w:ascii="David" w:hAnsi="David" w:cs="David" w:hint="cs"/>
          <w:sz w:val="24"/>
          <w:szCs w:val="24"/>
          <w:rtl/>
          <w:lang w:bidi="he-IL"/>
        </w:rPr>
        <w:t xml:space="preserve">, משה.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73"/>
        <w:gridCol w:w="1701"/>
        <w:gridCol w:w="1276"/>
        <w:gridCol w:w="1276"/>
        <w:gridCol w:w="1276"/>
        <w:gridCol w:w="1276"/>
      </w:tblGrid>
      <w:tr w:rsidR="00D06AE3" w14:paraId="72B9026F" w14:textId="70C276D6" w:rsidTr="00B805EC">
        <w:tc>
          <w:tcPr>
            <w:tcW w:w="1273" w:type="dxa"/>
          </w:tcPr>
          <w:p w14:paraId="0C9D893F" w14:textId="77777777" w:rsidR="00D06AE3" w:rsidRDefault="00D06AE3" w:rsidP="0092386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701" w:type="dxa"/>
          </w:tcPr>
          <w:p w14:paraId="12A7004B" w14:textId="77777777" w:rsidR="00D06AE3" w:rsidRDefault="00D06AE3" w:rsidP="0092386C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276" w:type="dxa"/>
          </w:tcPr>
          <w:p w14:paraId="2BC2FEE3" w14:textId="77777777" w:rsidR="00D06AE3" w:rsidRDefault="00D06AE3" w:rsidP="0092386C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  <w:tc>
          <w:tcPr>
            <w:tcW w:w="1276" w:type="dxa"/>
          </w:tcPr>
          <w:p w14:paraId="6F55EE72" w14:textId="77777777" w:rsidR="00D06AE3" w:rsidRDefault="00D06AE3" w:rsidP="0092386C">
            <w:pPr>
              <w:bidi/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</w:p>
        </w:tc>
        <w:tc>
          <w:tcPr>
            <w:tcW w:w="1276" w:type="dxa"/>
          </w:tcPr>
          <w:p w14:paraId="4EA96B3F" w14:textId="2C66DF0D" w:rsidR="00D06AE3" w:rsidRDefault="00D06AE3" w:rsidP="00D06AE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A</w:t>
            </w:r>
          </w:p>
        </w:tc>
        <w:tc>
          <w:tcPr>
            <w:tcW w:w="1276" w:type="dxa"/>
          </w:tcPr>
          <w:p w14:paraId="54843603" w14:textId="0187B770" w:rsidR="00D06AE3" w:rsidRDefault="00D06AE3" w:rsidP="00D06AE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B</w:t>
            </w:r>
          </w:p>
        </w:tc>
      </w:tr>
      <w:tr w:rsidR="00D06AE3" w14:paraId="13DA1198" w14:textId="768CBD8F" w:rsidTr="00B805EC">
        <w:tc>
          <w:tcPr>
            <w:tcW w:w="1273" w:type="dxa"/>
          </w:tcPr>
          <w:p w14:paraId="3E9F5077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1</w:t>
            </w:r>
          </w:p>
        </w:tc>
        <w:tc>
          <w:tcPr>
            <w:tcW w:w="1701" w:type="dxa"/>
          </w:tcPr>
          <w:p w14:paraId="00DEAD8A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אבנר</w:t>
            </w:r>
          </w:p>
        </w:tc>
        <w:tc>
          <w:tcPr>
            <w:tcW w:w="1276" w:type="dxa"/>
          </w:tcPr>
          <w:p w14:paraId="79B44578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150</w:t>
            </w:r>
          </w:p>
        </w:tc>
        <w:tc>
          <w:tcPr>
            <w:tcW w:w="1276" w:type="dxa"/>
          </w:tcPr>
          <w:p w14:paraId="10510DF0" w14:textId="263723D8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לאחר מיון</w:t>
            </w:r>
          </w:p>
        </w:tc>
        <w:tc>
          <w:tcPr>
            <w:tcW w:w="1276" w:type="dxa"/>
          </w:tcPr>
          <w:p w14:paraId="109074C0" w14:textId="0E8152F0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אבנר</w:t>
            </w:r>
          </w:p>
        </w:tc>
        <w:tc>
          <w:tcPr>
            <w:tcW w:w="1276" w:type="dxa"/>
          </w:tcPr>
          <w:p w14:paraId="10DBA4F2" w14:textId="12A3CC31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150</w:t>
            </w:r>
          </w:p>
        </w:tc>
      </w:tr>
      <w:tr w:rsidR="00D06AE3" w14:paraId="50D09BE3" w14:textId="5FCEE29E" w:rsidTr="00B805EC">
        <w:tc>
          <w:tcPr>
            <w:tcW w:w="1273" w:type="dxa"/>
          </w:tcPr>
          <w:p w14:paraId="2FE1C2F8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2</w:t>
            </w:r>
          </w:p>
        </w:tc>
        <w:tc>
          <w:tcPr>
            <w:tcW w:w="1701" w:type="dxa"/>
          </w:tcPr>
          <w:p w14:paraId="03017A44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משה</w:t>
            </w:r>
          </w:p>
        </w:tc>
        <w:tc>
          <w:tcPr>
            <w:tcW w:w="1276" w:type="dxa"/>
          </w:tcPr>
          <w:p w14:paraId="6ABC31D5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155</w:t>
            </w:r>
          </w:p>
        </w:tc>
        <w:tc>
          <w:tcPr>
            <w:tcW w:w="1276" w:type="dxa"/>
          </w:tcPr>
          <w:p w14:paraId="1ED8A80F" w14:textId="7C28DFBD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&gt;&gt;&gt;&gt;&gt;</w:t>
            </w:r>
          </w:p>
        </w:tc>
        <w:tc>
          <w:tcPr>
            <w:tcW w:w="1276" w:type="dxa"/>
          </w:tcPr>
          <w:p w14:paraId="78B4070F" w14:textId="00B2A808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בטי</w:t>
            </w:r>
          </w:p>
        </w:tc>
        <w:tc>
          <w:tcPr>
            <w:tcW w:w="1276" w:type="dxa"/>
          </w:tcPr>
          <w:p w14:paraId="2D7FD2D2" w14:textId="79BD0ED8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170</w:t>
            </w:r>
          </w:p>
        </w:tc>
      </w:tr>
      <w:tr w:rsidR="00D06AE3" w14:paraId="7403CB22" w14:textId="5321CEF6" w:rsidTr="00B805EC">
        <w:tc>
          <w:tcPr>
            <w:tcW w:w="1273" w:type="dxa"/>
          </w:tcPr>
          <w:p w14:paraId="6DF92655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3</w:t>
            </w:r>
          </w:p>
        </w:tc>
        <w:tc>
          <w:tcPr>
            <w:tcW w:w="1701" w:type="dxa"/>
          </w:tcPr>
          <w:p w14:paraId="0A40870A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בטי</w:t>
            </w:r>
          </w:p>
        </w:tc>
        <w:tc>
          <w:tcPr>
            <w:tcW w:w="1276" w:type="dxa"/>
          </w:tcPr>
          <w:p w14:paraId="68893D5B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170</w:t>
            </w:r>
          </w:p>
        </w:tc>
        <w:tc>
          <w:tcPr>
            <w:tcW w:w="1276" w:type="dxa"/>
          </w:tcPr>
          <w:p w14:paraId="530DA542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276" w:type="dxa"/>
          </w:tcPr>
          <w:p w14:paraId="4D89B269" w14:textId="5D662BD4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גריזלדה</w:t>
            </w:r>
            <w:proofErr w:type="spellEnd"/>
          </w:p>
        </w:tc>
        <w:tc>
          <w:tcPr>
            <w:tcW w:w="1276" w:type="dxa"/>
          </w:tcPr>
          <w:p w14:paraId="368E5364" w14:textId="505E4F85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130</w:t>
            </w:r>
          </w:p>
        </w:tc>
      </w:tr>
      <w:tr w:rsidR="00D06AE3" w14:paraId="5B56D1C0" w14:textId="6BDA8009" w:rsidTr="00B805EC">
        <w:tc>
          <w:tcPr>
            <w:tcW w:w="1273" w:type="dxa"/>
          </w:tcPr>
          <w:p w14:paraId="5094D9F3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/>
                <w:sz w:val="24"/>
                <w:szCs w:val="24"/>
                <w:lang w:bidi="he-IL"/>
              </w:rPr>
              <w:t>4</w:t>
            </w:r>
          </w:p>
        </w:tc>
        <w:tc>
          <w:tcPr>
            <w:tcW w:w="1701" w:type="dxa"/>
          </w:tcPr>
          <w:p w14:paraId="797A3031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גריזלדה</w:t>
            </w:r>
            <w:proofErr w:type="spellEnd"/>
          </w:p>
        </w:tc>
        <w:tc>
          <w:tcPr>
            <w:tcW w:w="1276" w:type="dxa"/>
          </w:tcPr>
          <w:p w14:paraId="5F97BDBC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130</w:t>
            </w:r>
          </w:p>
        </w:tc>
        <w:tc>
          <w:tcPr>
            <w:tcW w:w="1276" w:type="dxa"/>
          </w:tcPr>
          <w:p w14:paraId="386ED414" w14:textId="77777777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</w:p>
        </w:tc>
        <w:tc>
          <w:tcPr>
            <w:tcW w:w="1276" w:type="dxa"/>
          </w:tcPr>
          <w:p w14:paraId="0ECAD205" w14:textId="6C60AD51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משה</w:t>
            </w:r>
          </w:p>
        </w:tc>
        <w:tc>
          <w:tcPr>
            <w:tcW w:w="1276" w:type="dxa"/>
          </w:tcPr>
          <w:p w14:paraId="15E7B9A0" w14:textId="4928BBB2" w:rsidR="00D06AE3" w:rsidRDefault="00D06AE3" w:rsidP="00D06AE3">
            <w:pPr>
              <w:bidi/>
              <w:spacing w:line="360" w:lineRule="auto"/>
              <w:jc w:val="center"/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bidi="he-IL"/>
              </w:rPr>
              <w:t>155</w:t>
            </w:r>
          </w:p>
        </w:tc>
      </w:tr>
    </w:tbl>
    <w:p w14:paraId="26685BFC" w14:textId="77777777" w:rsidR="006C1DF3" w:rsidRDefault="006C1DF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1F738D2D" w14:textId="64B1B1BD" w:rsidR="006C1DF3" w:rsidRDefault="00D06AE3" w:rsidP="006C1DF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אם אני מוסיף משתנה מיון נוסף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וממיין בנוסף לעמודה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גם לפי עמודה </w:t>
      </w:r>
      <w:r>
        <w:rPr>
          <w:rFonts w:ascii="David" w:hAnsi="David" w:cs="David"/>
          <w:sz w:val="24"/>
          <w:szCs w:val="24"/>
          <w:lang w:bidi="he-IL"/>
        </w:rPr>
        <w:t>B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מהגבוה לנמוך, לא יהיה שינוי! מדוע? כי שינוי שכזה מתאפשר רק אם איננו סותר מיון במשתנה הראשי, כלומר אם יש </w:t>
      </w:r>
      <w:proofErr w:type="spellStart"/>
      <w:r>
        <w:rPr>
          <w:rFonts w:ascii="David" w:hAnsi="David" w:cs="David" w:hint="cs"/>
          <w:sz w:val="24"/>
          <w:szCs w:val="24"/>
          <w:rtl/>
          <w:lang w:bidi="he-IL"/>
        </w:rPr>
        <w:t>שיוויון</w:t>
      </w:r>
      <w:proofErr w:type="spellEnd"/>
      <w:r>
        <w:rPr>
          <w:rFonts w:ascii="David" w:hAnsi="David" w:cs="David" w:hint="cs"/>
          <w:sz w:val="24"/>
          <w:szCs w:val="24"/>
          <w:rtl/>
          <w:lang w:bidi="he-IL"/>
        </w:rPr>
        <w:t xml:space="preserve"> בערכי המשתנה </w:t>
      </w:r>
      <w:r>
        <w:rPr>
          <w:rFonts w:ascii="David" w:hAnsi="David" w:cs="David" w:hint="cs"/>
          <w:sz w:val="24"/>
          <w:szCs w:val="24"/>
          <w:rtl/>
          <w:lang w:bidi="he-IL"/>
        </w:rPr>
        <w:lastRenderedPageBreak/>
        <w:t xml:space="preserve">הראשי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כלומר אם היו כמה שורות עם אותו שם בעמודה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זה לא קיים, לכן המיון המשני כלל לא ייכנס לתוקף ולא באמת ישפיע על הסדר ועל התוצאות. </w:t>
      </w:r>
    </w:p>
    <w:p w14:paraId="68A7BD4D" w14:textId="77777777" w:rsidR="00D06AE3" w:rsidRDefault="00D06AE3" w:rsidP="00D06AE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7D9873AF" w14:textId="2CF4D771" w:rsidR="00D06AE3" w:rsidRDefault="00D06AE3" w:rsidP="00D06AE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1: אם נמיין את הטבלה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לפי א-ת בסדר עולה, משה יוצג אחרון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נכון, קל וברור.</w:t>
      </w:r>
    </w:p>
    <w:p w14:paraId="3FF2B5A1" w14:textId="5333CF55" w:rsidR="00D06AE3" w:rsidRDefault="00D06AE3" w:rsidP="00D06AE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>טענה 3:</w:t>
      </w:r>
      <w:r>
        <w:rPr>
          <w:rFonts w:ascii="David" w:hAnsi="David" w:cs="David"/>
          <w:sz w:val="24"/>
          <w:szCs w:val="24"/>
          <w:lang w:bidi="he-IL"/>
        </w:rPr>
        <w:t xml:space="preserve"> 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אם נמיין את הטבלה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לפי  א-ת בסדר עולה, ולאחר מכן נוסיף משתנה מיון נוסף (משני) המשויך לעמודה </w:t>
      </w:r>
      <w:r>
        <w:rPr>
          <w:rFonts w:ascii="David" w:hAnsi="David" w:cs="David"/>
          <w:sz w:val="24"/>
          <w:szCs w:val="24"/>
          <w:lang w:bidi="he-IL"/>
        </w:rPr>
        <w:t>B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, לפי הסדר, מהגבוה לנמוך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הסדר שיתקבל יהיה בהכרח זהה לזה שינבע ממיון לפי עמודה </w:t>
      </w:r>
      <w:r>
        <w:rPr>
          <w:rFonts w:ascii="David" w:hAnsi="David" w:cs="David"/>
          <w:sz w:val="24"/>
          <w:szCs w:val="24"/>
          <w:lang w:bidi="he-IL"/>
        </w:rPr>
        <w:t>A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בלבד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נכון, כי במצב שבו אין ערכים זהים במשתנה הראשי (אין שני שמות זהים כאן) המיון המשני כלל לא ייכנס לתוקף ולא ישפיע. </w:t>
      </w:r>
    </w:p>
    <w:p w14:paraId="06C9550A" w14:textId="77777777" w:rsidR="006C66FE" w:rsidRDefault="006C66FE" w:rsidP="006C66FE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6BDFDC04" w14:textId="74346FF7" w:rsidR="006C66FE" w:rsidRDefault="006C66FE" w:rsidP="006C66FE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התשובה היא ד. </w:t>
      </w:r>
    </w:p>
    <w:p w14:paraId="5308F95C" w14:textId="77777777" w:rsidR="00321BD2" w:rsidRDefault="00321BD2" w:rsidP="00321BD2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00103CF0" w14:textId="363DB3CA" w:rsidR="00321BD2" w:rsidRPr="005B206E" w:rsidRDefault="005B206E" w:rsidP="00321BD2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5B206E">
        <w:rPr>
          <w:rFonts w:ascii="David" w:hAnsi="David" w:cs="David" w:hint="cs"/>
          <w:b/>
          <w:bCs/>
          <w:sz w:val="24"/>
          <w:szCs w:val="24"/>
          <w:rtl/>
          <w:lang w:bidi="he-IL"/>
        </w:rPr>
        <w:t>שאלה 41 שהתקבלה מכם:</w:t>
      </w:r>
    </w:p>
    <w:p w14:paraId="123CBB82" w14:textId="76294208" w:rsidR="005B206E" w:rsidRDefault="005B206E" w:rsidP="005B206E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 w:rsidRPr="005B206E">
        <w:rPr>
          <w:rFonts w:ascii="David" w:hAnsi="David" w:cs="David"/>
          <w:sz w:val="24"/>
          <w:szCs w:val="24"/>
          <w:rtl/>
          <w:lang w:bidi="he-IL"/>
        </w:rPr>
        <w:drawing>
          <wp:inline distT="0" distB="0" distL="0" distR="0" wp14:anchorId="27D73162" wp14:editId="058E357A">
            <wp:extent cx="5727700" cy="5448300"/>
            <wp:effectExtent l="0" t="0" r="0" b="0"/>
            <wp:docPr id="1818739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3960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EF2B3" w14:textId="1CD0F090" w:rsidR="00D06AE3" w:rsidRDefault="008C4C4B" w:rsidP="00D06AE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lastRenderedPageBreak/>
        <w:t xml:space="preserve">תזכורת לגבי תאים ריקים שנספרים בפונקציית </w:t>
      </w:r>
      <w:r>
        <w:rPr>
          <w:rFonts w:ascii="David" w:hAnsi="David" w:cs="David"/>
          <w:sz w:val="24"/>
          <w:szCs w:val="24"/>
          <w:lang w:bidi="he-IL"/>
        </w:rPr>
        <w:t>COUNTBLANK</w:t>
      </w:r>
      <w:r>
        <w:rPr>
          <w:rFonts w:ascii="David" w:hAnsi="David" w:cs="David" w:hint="cs"/>
          <w:sz w:val="24"/>
          <w:szCs w:val="24"/>
          <w:rtl/>
          <w:lang w:bidi="he-IL"/>
        </w:rPr>
        <w:t>:</w:t>
      </w:r>
    </w:p>
    <w:p w14:paraId="7EBE6E0B" w14:textId="7AA21075" w:rsidR="008C4C4B" w:rsidRDefault="008C4C4B" w:rsidP="008C4C4B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הפונקציה סופרת תאים ריקים (ברירת מחדל: אם אתם רואים בשאלון המודפס תא שאין בו כלום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מבחינתכם הוא ריק, אלא אם אמרתי מפורשות אחרת). </w:t>
      </w:r>
    </w:p>
    <w:p w14:paraId="599B2AA9" w14:textId="79473BEB" w:rsidR="008C4C4B" w:rsidRDefault="008C4C4B" w:rsidP="008C4C4B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לכן מבחינתנו בעמודה </w:t>
      </w:r>
      <w:r>
        <w:rPr>
          <w:rFonts w:ascii="David" w:hAnsi="David" w:cs="David"/>
          <w:sz w:val="24"/>
          <w:szCs w:val="24"/>
          <w:lang w:bidi="he-IL"/>
        </w:rPr>
        <w:t>D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יש שני תאים ריקים </w:t>
      </w:r>
      <w:r>
        <w:rPr>
          <w:rFonts w:ascii="David" w:hAnsi="David" w:cs="David"/>
          <w:sz w:val="24"/>
          <w:szCs w:val="24"/>
          <w:lang w:bidi="he-IL"/>
        </w:rPr>
        <w:t>D117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ו-</w:t>
      </w:r>
      <w:r>
        <w:rPr>
          <w:rFonts w:ascii="David" w:hAnsi="David" w:cs="David"/>
          <w:sz w:val="24"/>
          <w:szCs w:val="24"/>
          <w:lang w:bidi="he-IL"/>
        </w:rPr>
        <w:t>D120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שלא אמרו עליהם כלום</w:t>
      </w:r>
      <w:r w:rsidR="00F8164C">
        <w:rPr>
          <w:rFonts w:ascii="David" w:hAnsi="David" w:cs="David" w:hint="cs"/>
          <w:sz w:val="24"/>
          <w:szCs w:val="24"/>
          <w:rtl/>
          <w:lang w:bidi="he-IL"/>
        </w:rPr>
        <w:t xml:space="preserve"> ולא מודפס בהם שום דבר.</w:t>
      </w:r>
    </w:p>
    <w:p w14:paraId="76DD37B3" w14:textId="2D197ABC" w:rsidR="00F8164C" w:rsidRDefault="00F8164C" w:rsidP="00F8164C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לעומת עמודה </w:t>
      </w:r>
      <w:r>
        <w:rPr>
          <w:rFonts w:ascii="David" w:hAnsi="David" w:cs="David"/>
          <w:sz w:val="24"/>
          <w:szCs w:val="24"/>
          <w:lang w:bidi="he-IL"/>
        </w:rPr>
        <w:t>C</w:t>
      </w:r>
      <w:r>
        <w:rPr>
          <w:rFonts w:ascii="David" w:hAnsi="David" w:cs="David" w:hint="cs"/>
          <w:sz w:val="24"/>
          <w:szCs w:val="24"/>
          <w:rtl/>
          <w:lang w:bidi="he-IL"/>
        </w:rPr>
        <w:t>, יש לכאורה 4 תאים ריקים, אבל כשמביטים בנתון בתחילת השאלה מזהים שב-</w:t>
      </w:r>
      <w:r>
        <w:rPr>
          <w:rFonts w:ascii="David" w:hAnsi="David" w:cs="David"/>
          <w:sz w:val="24"/>
          <w:szCs w:val="24"/>
          <w:lang w:bidi="he-IL"/>
        </w:rPr>
        <w:t>C118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הוקלד ״רווח״. הקלדת רווח בהגדרה מונעת מהתא להיות מוגדר כריק. </w:t>
      </w:r>
    </w:p>
    <w:p w14:paraId="7C0E9344" w14:textId="424B3BE9" w:rsidR="00C51A4C" w:rsidRDefault="00C51A4C" w:rsidP="00C51A4C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בנוסף ציינו שבתא </w:t>
      </w:r>
      <w:r>
        <w:rPr>
          <w:rFonts w:ascii="David" w:hAnsi="David" w:cs="David"/>
          <w:sz w:val="24"/>
          <w:szCs w:val="24"/>
          <w:lang w:bidi="he-IL"/>
        </w:rPr>
        <w:t>C119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הוזן </w:t>
      </w:r>
      <w:r>
        <w:rPr>
          <w:rFonts w:ascii="David" w:hAnsi="David" w:cs="David"/>
          <w:sz w:val="24"/>
          <w:szCs w:val="24"/>
          <w:lang w:bidi="he-IL"/>
        </w:rPr>
        <w:t>=””</w:t>
      </w:r>
      <w:r>
        <w:rPr>
          <w:rFonts w:ascii="David" w:hAnsi="David" w:cs="David" w:hint="cs"/>
          <w:sz w:val="24"/>
          <w:szCs w:val="24"/>
          <w:rtl/>
          <w:lang w:bidi="he-IL"/>
        </w:rPr>
        <w:t>. גם סימון כזה משאיר את התא כמוגדר ריק. לכן, בשורה התחתונה, מה שיש לנו:</w:t>
      </w:r>
    </w:p>
    <w:p w14:paraId="2E3AB8D8" w14:textId="79AD362A" w:rsidR="00CF76C9" w:rsidRDefault="00CF76C9" w:rsidP="00CF76C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 w:rsidRPr="00CF76C9">
        <w:rPr>
          <w:rFonts w:ascii="David" w:hAnsi="David" w:cs="David"/>
          <w:sz w:val="24"/>
          <w:szCs w:val="24"/>
          <w:rtl/>
          <w:lang w:bidi="he-IL"/>
        </w:rPr>
        <w:drawing>
          <wp:inline distT="0" distB="0" distL="0" distR="0" wp14:anchorId="0503E6FE" wp14:editId="1927C73C">
            <wp:extent cx="2280426" cy="2547938"/>
            <wp:effectExtent l="0" t="0" r="5715" b="5080"/>
            <wp:docPr id="482970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97088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84133" cy="25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034" w14:textId="44D6F2E8" w:rsidR="00CF76C9" w:rsidRDefault="00AC6291" w:rsidP="00CF76C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1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שגויה. בסימון הערכים </w:t>
      </w:r>
      <w:r>
        <w:rPr>
          <w:rFonts w:ascii="David" w:hAnsi="David" w:cs="David"/>
          <w:sz w:val="24"/>
          <w:szCs w:val="24"/>
          <w:lang w:bidi="he-IL"/>
        </w:rPr>
        <w:t>C116:C120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, יש רק שני תאים שאינם ריקים, </w:t>
      </w:r>
      <w:r>
        <w:rPr>
          <w:rFonts w:ascii="David" w:hAnsi="David" w:cs="David"/>
          <w:sz w:val="24"/>
          <w:szCs w:val="24"/>
          <w:lang w:bidi="he-IL"/>
        </w:rPr>
        <w:t>C117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ו-</w:t>
      </w:r>
      <w:r>
        <w:rPr>
          <w:rFonts w:ascii="David" w:hAnsi="David" w:cs="David"/>
          <w:sz w:val="24"/>
          <w:szCs w:val="24"/>
          <w:lang w:bidi="he-IL"/>
        </w:rPr>
        <w:t>C118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שרק הם ייספרו. לכן התוצאה של הנוסחה תהיה 2. </w:t>
      </w:r>
    </w:p>
    <w:p w14:paraId="74B04E3B" w14:textId="31D78618" w:rsidR="006C1DF3" w:rsidRDefault="00C85DB3" w:rsidP="00C85DB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2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שגויה. בסימון הערכים </w:t>
      </w:r>
      <w:r>
        <w:rPr>
          <w:rFonts w:ascii="David" w:hAnsi="David" w:cs="David"/>
          <w:sz w:val="24"/>
          <w:szCs w:val="24"/>
          <w:lang w:bidi="he-IL"/>
        </w:rPr>
        <w:t>C116:C120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יש שלושה תאים ריקים, </w:t>
      </w:r>
      <w:r>
        <w:rPr>
          <w:rFonts w:ascii="David" w:hAnsi="David" w:cs="David"/>
          <w:sz w:val="24"/>
          <w:szCs w:val="24"/>
          <w:lang w:bidi="he-IL"/>
        </w:rPr>
        <w:t>C116, C119, C120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ולכן הטענה שגויה. </w:t>
      </w:r>
    </w:p>
    <w:p w14:paraId="1A05CCF2" w14:textId="11CA94F3" w:rsidR="00C85DB3" w:rsidRDefault="00263822" w:rsidP="00C85DB3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  <w:r>
        <w:rPr>
          <w:rFonts w:ascii="David" w:hAnsi="David" w:cs="David" w:hint="cs"/>
          <w:sz w:val="24"/>
          <w:szCs w:val="24"/>
          <w:rtl/>
          <w:lang w:bidi="he-IL"/>
        </w:rPr>
        <w:t xml:space="preserve">טענה 3 </w:t>
      </w:r>
      <w:r>
        <w:rPr>
          <w:rFonts w:ascii="David" w:hAnsi="David" w:cs="David"/>
          <w:sz w:val="24"/>
          <w:szCs w:val="24"/>
          <w:rtl/>
          <w:lang w:bidi="he-IL"/>
        </w:rPr>
        <w:t>–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נכונה. בסימון הערכים </w:t>
      </w:r>
      <w:r>
        <w:rPr>
          <w:rFonts w:ascii="David" w:hAnsi="David" w:cs="David"/>
          <w:sz w:val="24"/>
          <w:szCs w:val="24"/>
          <w:lang w:bidi="he-IL"/>
        </w:rPr>
        <w:t>D116:D120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 ישנם 3 ערכים מספריים, שרק אותם סופרת פונקציית </w:t>
      </w:r>
      <w:r>
        <w:rPr>
          <w:rFonts w:ascii="David" w:hAnsi="David" w:cs="David"/>
          <w:sz w:val="24"/>
          <w:szCs w:val="24"/>
          <w:lang w:bidi="he-IL"/>
        </w:rPr>
        <w:t>COUNT</w:t>
      </w:r>
      <w:r>
        <w:rPr>
          <w:rFonts w:ascii="David" w:hAnsi="David" w:cs="David" w:hint="cs"/>
          <w:sz w:val="24"/>
          <w:szCs w:val="24"/>
          <w:rtl/>
          <w:lang w:bidi="he-IL"/>
        </w:rPr>
        <w:t xml:space="preserve">. </w:t>
      </w:r>
    </w:p>
    <w:p w14:paraId="3C4D9C02" w14:textId="77777777" w:rsidR="00263822" w:rsidRDefault="00263822" w:rsidP="00263822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  <w:lang w:bidi="he-IL"/>
        </w:rPr>
      </w:pPr>
    </w:p>
    <w:p w14:paraId="6855FCA0" w14:textId="6DA98F49" w:rsidR="00263822" w:rsidRPr="00263822" w:rsidRDefault="00263822" w:rsidP="00263822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263822">
        <w:rPr>
          <w:rFonts w:ascii="David" w:hAnsi="David" w:cs="David" w:hint="cs"/>
          <w:b/>
          <w:bCs/>
          <w:sz w:val="24"/>
          <w:szCs w:val="24"/>
          <w:rtl/>
          <w:lang w:bidi="he-IL"/>
        </w:rPr>
        <w:t>ולכן, התשובה היחידה שניתן להשיב לשאלה כזו (אם אין טעות דפוס בשאלון הספציפי):</w:t>
      </w:r>
    </w:p>
    <w:p w14:paraId="78A253CC" w14:textId="3255ACA1" w:rsidR="00263822" w:rsidRDefault="00263822" w:rsidP="00263822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  <w:r w:rsidRPr="00263822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״רק טענה 3 נכונה״. </w:t>
      </w:r>
    </w:p>
    <w:p w14:paraId="0AC24A46" w14:textId="77777777" w:rsidR="00263822" w:rsidRDefault="00263822" w:rsidP="00263822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  <w:lang w:bidi="he-IL"/>
        </w:rPr>
      </w:pPr>
    </w:p>
    <w:p w14:paraId="7CADC2AA" w14:textId="77777777" w:rsidR="00263822" w:rsidRPr="00263822" w:rsidRDefault="00263822" w:rsidP="00263822">
      <w:pPr>
        <w:bidi/>
        <w:spacing w:after="0" w:line="360" w:lineRule="auto"/>
        <w:jc w:val="both"/>
        <w:rPr>
          <w:rFonts w:ascii="David" w:hAnsi="David" w:cs="David" w:hint="cs"/>
          <w:sz w:val="24"/>
          <w:szCs w:val="24"/>
          <w:rtl/>
          <w:lang w:bidi="he-IL"/>
        </w:rPr>
      </w:pPr>
    </w:p>
    <w:sectPr w:rsidR="00263822" w:rsidRPr="00263822" w:rsidSect="00034616">
      <w:footerReference w:type="even" r:id="rId39"/>
      <w:foot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3FEEF4" w14:textId="77777777" w:rsidR="00742429" w:rsidRDefault="00742429" w:rsidP="00897C17">
      <w:pPr>
        <w:spacing w:after="0" w:line="240" w:lineRule="auto"/>
      </w:pPr>
      <w:r>
        <w:separator/>
      </w:r>
    </w:p>
  </w:endnote>
  <w:endnote w:type="continuationSeparator" w:id="0">
    <w:p w14:paraId="65AEDA4B" w14:textId="77777777" w:rsidR="00742429" w:rsidRDefault="00742429" w:rsidP="00897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297455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F90B5B" w14:textId="0D1B8106" w:rsidR="00897C17" w:rsidRDefault="00897C17" w:rsidP="001B32F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762667E" w14:textId="77777777" w:rsidR="00897C17" w:rsidRDefault="00897C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165872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DECA61" w14:textId="47CC13A7" w:rsidR="00897C17" w:rsidRDefault="00897C17" w:rsidP="001B32F8">
        <w:pPr>
          <w:pStyle w:val="Footer"/>
          <w:framePr w:wrap="none" w:vAnchor="text" w:hAnchor="margin" w:xAlign="center" w:y="1"/>
          <w:rPr>
            <w:rStyle w:val="PageNumber"/>
          </w:rPr>
        </w:pPr>
        <w:r w:rsidRPr="00897C17">
          <w:rPr>
            <w:rStyle w:val="PageNumber"/>
            <w:rFonts w:ascii="David" w:hAnsi="David" w:cs="David" w:hint="cs"/>
          </w:rPr>
          <w:fldChar w:fldCharType="begin"/>
        </w:r>
        <w:r w:rsidRPr="00897C17">
          <w:rPr>
            <w:rStyle w:val="PageNumber"/>
            <w:rFonts w:ascii="David" w:hAnsi="David" w:cs="David" w:hint="cs"/>
          </w:rPr>
          <w:instrText xml:space="preserve"> PAGE </w:instrText>
        </w:r>
        <w:r w:rsidRPr="00897C17">
          <w:rPr>
            <w:rStyle w:val="PageNumber"/>
            <w:rFonts w:ascii="David" w:hAnsi="David" w:cs="David" w:hint="cs"/>
          </w:rPr>
          <w:fldChar w:fldCharType="separate"/>
        </w:r>
        <w:r w:rsidRPr="00897C17">
          <w:rPr>
            <w:rStyle w:val="PageNumber"/>
            <w:rFonts w:ascii="David" w:hAnsi="David" w:cs="David" w:hint="cs"/>
            <w:noProof/>
          </w:rPr>
          <w:t>29</w:t>
        </w:r>
        <w:r w:rsidRPr="00897C17">
          <w:rPr>
            <w:rStyle w:val="PageNumber"/>
            <w:rFonts w:ascii="David" w:hAnsi="David" w:cs="David" w:hint="cs"/>
          </w:rPr>
          <w:fldChar w:fldCharType="end"/>
        </w:r>
      </w:p>
    </w:sdtContent>
  </w:sdt>
  <w:p w14:paraId="2D9791BD" w14:textId="77777777" w:rsidR="00897C17" w:rsidRDefault="00897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E196A4" w14:textId="77777777" w:rsidR="00742429" w:rsidRDefault="00742429" w:rsidP="00897C17">
      <w:pPr>
        <w:spacing w:after="0" w:line="240" w:lineRule="auto"/>
      </w:pPr>
      <w:r>
        <w:separator/>
      </w:r>
    </w:p>
  </w:footnote>
  <w:footnote w:type="continuationSeparator" w:id="0">
    <w:p w14:paraId="0CDF55AB" w14:textId="77777777" w:rsidR="00742429" w:rsidRDefault="00742429" w:rsidP="00897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A6F3935"/>
    <w:multiLevelType w:val="hybridMultilevel"/>
    <w:tmpl w:val="02FA9CA8"/>
    <w:lvl w:ilvl="0" w:tplc="1994C08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01D94"/>
    <w:multiLevelType w:val="multilevel"/>
    <w:tmpl w:val="95A0BA08"/>
    <w:lvl w:ilvl="0">
      <w:start w:val="1"/>
      <w:numFmt w:val="hebrew1"/>
      <w:lvlText w:val="%1."/>
      <w:lvlJc w:val="left"/>
      <w:pPr>
        <w:bidi/>
        <w:ind w:left="720" w:hanging="360"/>
      </w:pPr>
      <w:rPr>
        <w:rFonts w:ascii="David" w:hAnsi="David" w:cs="David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E66A12"/>
    <w:multiLevelType w:val="hybridMultilevel"/>
    <w:tmpl w:val="483E0AC4"/>
    <w:lvl w:ilvl="0" w:tplc="2BBC3FE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F7596"/>
    <w:multiLevelType w:val="hybridMultilevel"/>
    <w:tmpl w:val="E998FA60"/>
    <w:lvl w:ilvl="0" w:tplc="D8FE0A2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36067"/>
    <w:multiLevelType w:val="multilevel"/>
    <w:tmpl w:val="95A0BA08"/>
    <w:lvl w:ilvl="0">
      <w:start w:val="1"/>
      <w:numFmt w:val="hebrew1"/>
      <w:lvlText w:val="%1."/>
      <w:lvlJc w:val="left"/>
      <w:pPr>
        <w:bidi/>
        <w:ind w:left="720" w:hanging="360"/>
      </w:pPr>
      <w:rPr>
        <w:rFonts w:ascii="David" w:hAnsi="David" w:cs="David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7F53B8"/>
    <w:multiLevelType w:val="multilevel"/>
    <w:tmpl w:val="95A0BA08"/>
    <w:lvl w:ilvl="0">
      <w:start w:val="1"/>
      <w:numFmt w:val="hebrew1"/>
      <w:lvlText w:val="%1."/>
      <w:lvlJc w:val="left"/>
      <w:pPr>
        <w:bidi/>
        <w:ind w:left="720" w:hanging="360"/>
      </w:pPr>
      <w:rPr>
        <w:rFonts w:ascii="David" w:hAnsi="David" w:cs="David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AB44560"/>
    <w:multiLevelType w:val="hybridMultilevel"/>
    <w:tmpl w:val="8946B9A2"/>
    <w:lvl w:ilvl="0" w:tplc="ACE686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A0964"/>
    <w:multiLevelType w:val="hybridMultilevel"/>
    <w:tmpl w:val="49D8735E"/>
    <w:lvl w:ilvl="0" w:tplc="D8361CA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64498"/>
    <w:multiLevelType w:val="multilevel"/>
    <w:tmpl w:val="95A0BA08"/>
    <w:lvl w:ilvl="0">
      <w:start w:val="1"/>
      <w:numFmt w:val="hebrew1"/>
      <w:lvlText w:val="%1."/>
      <w:lvlJc w:val="left"/>
      <w:pPr>
        <w:bidi/>
        <w:ind w:left="720" w:hanging="360"/>
      </w:pPr>
      <w:rPr>
        <w:rFonts w:ascii="David" w:hAnsi="David" w:cs="David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58472698">
    <w:abstractNumId w:val="5"/>
  </w:num>
  <w:num w:numId="2" w16cid:durableId="546601094">
    <w:abstractNumId w:val="3"/>
  </w:num>
  <w:num w:numId="3" w16cid:durableId="230845543">
    <w:abstractNumId w:val="2"/>
  </w:num>
  <w:num w:numId="4" w16cid:durableId="1219394603">
    <w:abstractNumId w:val="4"/>
  </w:num>
  <w:num w:numId="5" w16cid:durableId="280456013">
    <w:abstractNumId w:val="1"/>
  </w:num>
  <w:num w:numId="6" w16cid:durableId="1513380129">
    <w:abstractNumId w:val="0"/>
  </w:num>
  <w:num w:numId="7" w16cid:durableId="1722943324">
    <w:abstractNumId w:val="14"/>
    <w:lvlOverride w:ilvl="0">
      <w:startOverride w:val="1"/>
    </w:lvlOverride>
  </w:num>
  <w:num w:numId="8" w16cid:durableId="435054330">
    <w:abstractNumId w:val="14"/>
    <w:lvlOverride w:ilvl="0">
      <w:startOverride w:val="1"/>
    </w:lvlOverride>
  </w:num>
  <w:num w:numId="9" w16cid:durableId="899947440">
    <w:abstractNumId w:val="14"/>
    <w:lvlOverride w:ilvl="0">
      <w:startOverride w:val="1"/>
    </w:lvlOverride>
  </w:num>
  <w:num w:numId="10" w16cid:durableId="1320423969">
    <w:abstractNumId w:val="14"/>
    <w:lvlOverride w:ilvl="0">
      <w:startOverride w:val="1"/>
    </w:lvlOverride>
  </w:num>
  <w:num w:numId="11" w16cid:durableId="1281837964">
    <w:abstractNumId w:val="14"/>
    <w:lvlOverride w:ilvl="0">
      <w:startOverride w:val="1"/>
    </w:lvlOverride>
  </w:num>
  <w:num w:numId="12" w16cid:durableId="1134056673">
    <w:abstractNumId w:val="14"/>
    <w:lvlOverride w:ilvl="0">
      <w:startOverride w:val="1"/>
    </w:lvlOverride>
  </w:num>
  <w:num w:numId="13" w16cid:durableId="1116219222">
    <w:abstractNumId w:val="14"/>
    <w:lvlOverride w:ilvl="0">
      <w:startOverride w:val="1"/>
    </w:lvlOverride>
  </w:num>
  <w:num w:numId="14" w16cid:durableId="72437493">
    <w:abstractNumId w:val="14"/>
    <w:lvlOverride w:ilvl="0">
      <w:startOverride w:val="1"/>
    </w:lvlOverride>
  </w:num>
  <w:num w:numId="15" w16cid:durableId="949239167">
    <w:abstractNumId w:val="14"/>
    <w:lvlOverride w:ilvl="0">
      <w:startOverride w:val="1"/>
    </w:lvlOverride>
  </w:num>
  <w:num w:numId="16" w16cid:durableId="817041409">
    <w:abstractNumId w:val="14"/>
    <w:lvlOverride w:ilvl="0">
      <w:startOverride w:val="1"/>
    </w:lvlOverride>
  </w:num>
  <w:num w:numId="17" w16cid:durableId="1411582682">
    <w:abstractNumId w:val="14"/>
    <w:lvlOverride w:ilvl="0">
      <w:startOverride w:val="1"/>
    </w:lvlOverride>
  </w:num>
  <w:num w:numId="18" w16cid:durableId="1478841486">
    <w:abstractNumId w:val="14"/>
    <w:lvlOverride w:ilvl="0">
      <w:startOverride w:val="1"/>
    </w:lvlOverride>
  </w:num>
  <w:num w:numId="19" w16cid:durableId="1493064375">
    <w:abstractNumId w:val="14"/>
    <w:lvlOverride w:ilvl="0">
      <w:startOverride w:val="1"/>
    </w:lvlOverride>
  </w:num>
  <w:num w:numId="20" w16cid:durableId="412632932">
    <w:abstractNumId w:val="14"/>
    <w:lvlOverride w:ilvl="0">
      <w:startOverride w:val="1"/>
    </w:lvlOverride>
  </w:num>
  <w:num w:numId="21" w16cid:durableId="2036228726">
    <w:abstractNumId w:val="14"/>
    <w:lvlOverride w:ilvl="0">
      <w:startOverride w:val="1"/>
    </w:lvlOverride>
  </w:num>
  <w:num w:numId="22" w16cid:durableId="856583975">
    <w:abstractNumId w:val="14"/>
    <w:lvlOverride w:ilvl="0">
      <w:startOverride w:val="1"/>
    </w:lvlOverride>
  </w:num>
  <w:num w:numId="23" w16cid:durableId="927495170">
    <w:abstractNumId w:val="14"/>
    <w:lvlOverride w:ilvl="0">
      <w:startOverride w:val="1"/>
    </w:lvlOverride>
  </w:num>
  <w:num w:numId="24" w16cid:durableId="1004431798">
    <w:abstractNumId w:val="14"/>
    <w:lvlOverride w:ilvl="0">
      <w:startOverride w:val="1"/>
    </w:lvlOverride>
  </w:num>
  <w:num w:numId="25" w16cid:durableId="1055086926">
    <w:abstractNumId w:val="14"/>
    <w:lvlOverride w:ilvl="0">
      <w:startOverride w:val="1"/>
    </w:lvlOverride>
  </w:num>
  <w:num w:numId="26" w16cid:durableId="318002829">
    <w:abstractNumId w:val="14"/>
    <w:lvlOverride w:ilvl="0">
      <w:startOverride w:val="1"/>
    </w:lvlOverride>
  </w:num>
  <w:num w:numId="27" w16cid:durableId="1420637738">
    <w:abstractNumId w:val="14"/>
    <w:lvlOverride w:ilvl="0">
      <w:startOverride w:val="1"/>
    </w:lvlOverride>
  </w:num>
  <w:num w:numId="28" w16cid:durableId="262303032">
    <w:abstractNumId w:val="14"/>
    <w:lvlOverride w:ilvl="0">
      <w:startOverride w:val="1"/>
    </w:lvlOverride>
  </w:num>
  <w:num w:numId="29" w16cid:durableId="439492122">
    <w:abstractNumId w:val="14"/>
    <w:lvlOverride w:ilvl="0">
      <w:startOverride w:val="1"/>
    </w:lvlOverride>
  </w:num>
  <w:num w:numId="30" w16cid:durableId="235673198">
    <w:abstractNumId w:val="14"/>
    <w:lvlOverride w:ilvl="0">
      <w:startOverride w:val="1"/>
    </w:lvlOverride>
  </w:num>
  <w:num w:numId="31" w16cid:durableId="89862911">
    <w:abstractNumId w:val="14"/>
    <w:lvlOverride w:ilvl="0">
      <w:startOverride w:val="1"/>
    </w:lvlOverride>
  </w:num>
  <w:num w:numId="32" w16cid:durableId="899101341">
    <w:abstractNumId w:val="14"/>
    <w:lvlOverride w:ilvl="0">
      <w:startOverride w:val="1"/>
    </w:lvlOverride>
  </w:num>
  <w:num w:numId="33" w16cid:durableId="391539133">
    <w:abstractNumId w:val="14"/>
    <w:lvlOverride w:ilvl="0">
      <w:startOverride w:val="1"/>
    </w:lvlOverride>
  </w:num>
  <w:num w:numId="34" w16cid:durableId="1676954595">
    <w:abstractNumId w:val="6"/>
  </w:num>
  <w:num w:numId="35" w16cid:durableId="1801222309">
    <w:abstractNumId w:val="7"/>
  </w:num>
  <w:num w:numId="36" w16cid:durableId="1968585596">
    <w:abstractNumId w:val="11"/>
  </w:num>
  <w:num w:numId="37" w16cid:durableId="352343856">
    <w:abstractNumId w:val="10"/>
  </w:num>
  <w:num w:numId="38" w16cid:durableId="1910846383">
    <w:abstractNumId w:val="9"/>
  </w:num>
  <w:num w:numId="39" w16cid:durableId="2080904268">
    <w:abstractNumId w:val="13"/>
  </w:num>
  <w:num w:numId="40" w16cid:durableId="1654019448">
    <w:abstractNumId w:val="8"/>
  </w:num>
  <w:num w:numId="41" w16cid:durableId="1743410567">
    <w:abstractNumId w:val="12"/>
  </w:num>
  <w:numIdMacAtCleanup w:val="3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7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88B"/>
    <w:rsid w:val="00034616"/>
    <w:rsid w:val="000513E0"/>
    <w:rsid w:val="0005435C"/>
    <w:rsid w:val="00054C11"/>
    <w:rsid w:val="0006063C"/>
    <w:rsid w:val="000661A0"/>
    <w:rsid w:val="0007373A"/>
    <w:rsid w:val="00085071"/>
    <w:rsid w:val="000C5197"/>
    <w:rsid w:val="000F6DAE"/>
    <w:rsid w:val="0012717E"/>
    <w:rsid w:val="0015074B"/>
    <w:rsid w:val="001A75B1"/>
    <w:rsid w:val="001C0498"/>
    <w:rsid w:val="001C6C94"/>
    <w:rsid w:val="001D4D4A"/>
    <w:rsid w:val="001E2DCD"/>
    <w:rsid w:val="001E309E"/>
    <w:rsid w:val="001F10D6"/>
    <w:rsid w:val="00212709"/>
    <w:rsid w:val="0024140C"/>
    <w:rsid w:val="00263822"/>
    <w:rsid w:val="00286732"/>
    <w:rsid w:val="002868B7"/>
    <w:rsid w:val="00291897"/>
    <w:rsid w:val="00295F21"/>
    <w:rsid w:val="0029639D"/>
    <w:rsid w:val="002D260C"/>
    <w:rsid w:val="002E3289"/>
    <w:rsid w:val="00321BD2"/>
    <w:rsid w:val="00326F90"/>
    <w:rsid w:val="00331AB9"/>
    <w:rsid w:val="00336608"/>
    <w:rsid w:val="00372887"/>
    <w:rsid w:val="003C26B4"/>
    <w:rsid w:val="003C57C7"/>
    <w:rsid w:val="003C5CF5"/>
    <w:rsid w:val="003D3F93"/>
    <w:rsid w:val="00420476"/>
    <w:rsid w:val="00424A2A"/>
    <w:rsid w:val="004421B4"/>
    <w:rsid w:val="0044763F"/>
    <w:rsid w:val="00476193"/>
    <w:rsid w:val="0048635C"/>
    <w:rsid w:val="004877EF"/>
    <w:rsid w:val="00491B5D"/>
    <w:rsid w:val="004A553F"/>
    <w:rsid w:val="00507A2C"/>
    <w:rsid w:val="0052707D"/>
    <w:rsid w:val="00547DEC"/>
    <w:rsid w:val="005874D5"/>
    <w:rsid w:val="005A0DCE"/>
    <w:rsid w:val="005B206E"/>
    <w:rsid w:val="005B270E"/>
    <w:rsid w:val="005F2945"/>
    <w:rsid w:val="005F4DD1"/>
    <w:rsid w:val="00673D3A"/>
    <w:rsid w:val="00680152"/>
    <w:rsid w:val="00684737"/>
    <w:rsid w:val="0069253F"/>
    <w:rsid w:val="006C1DF3"/>
    <w:rsid w:val="006C5AE3"/>
    <w:rsid w:val="006C66FE"/>
    <w:rsid w:val="006E11FD"/>
    <w:rsid w:val="007128A3"/>
    <w:rsid w:val="00731DE5"/>
    <w:rsid w:val="00737404"/>
    <w:rsid w:val="00742429"/>
    <w:rsid w:val="00784F1C"/>
    <w:rsid w:val="007878C9"/>
    <w:rsid w:val="00791F2E"/>
    <w:rsid w:val="007A2D82"/>
    <w:rsid w:val="007C0F31"/>
    <w:rsid w:val="007C1745"/>
    <w:rsid w:val="007C4605"/>
    <w:rsid w:val="007C4637"/>
    <w:rsid w:val="00804A38"/>
    <w:rsid w:val="0080681C"/>
    <w:rsid w:val="00817670"/>
    <w:rsid w:val="008271FF"/>
    <w:rsid w:val="0083245C"/>
    <w:rsid w:val="00862D45"/>
    <w:rsid w:val="00874E85"/>
    <w:rsid w:val="0088097B"/>
    <w:rsid w:val="00892839"/>
    <w:rsid w:val="008929A3"/>
    <w:rsid w:val="00897C17"/>
    <w:rsid w:val="008A435F"/>
    <w:rsid w:val="008B3D2A"/>
    <w:rsid w:val="008B3DAC"/>
    <w:rsid w:val="008C4C4B"/>
    <w:rsid w:val="008D6DFE"/>
    <w:rsid w:val="008E7453"/>
    <w:rsid w:val="008F6675"/>
    <w:rsid w:val="00915BE9"/>
    <w:rsid w:val="00925718"/>
    <w:rsid w:val="00940414"/>
    <w:rsid w:val="009432E9"/>
    <w:rsid w:val="009520F6"/>
    <w:rsid w:val="009A3080"/>
    <w:rsid w:val="009A42CA"/>
    <w:rsid w:val="009B32DC"/>
    <w:rsid w:val="009C5209"/>
    <w:rsid w:val="009D06F0"/>
    <w:rsid w:val="009E2FBD"/>
    <w:rsid w:val="009F5BF9"/>
    <w:rsid w:val="00A81C73"/>
    <w:rsid w:val="00A870E2"/>
    <w:rsid w:val="00A923F8"/>
    <w:rsid w:val="00A92B19"/>
    <w:rsid w:val="00AA1D8D"/>
    <w:rsid w:val="00AB376D"/>
    <w:rsid w:val="00AC4114"/>
    <w:rsid w:val="00AC6291"/>
    <w:rsid w:val="00AD0D80"/>
    <w:rsid w:val="00AE6BC5"/>
    <w:rsid w:val="00AF7555"/>
    <w:rsid w:val="00B07277"/>
    <w:rsid w:val="00B25BE3"/>
    <w:rsid w:val="00B47730"/>
    <w:rsid w:val="00B512C2"/>
    <w:rsid w:val="00B705A5"/>
    <w:rsid w:val="00B73B5F"/>
    <w:rsid w:val="00B81146"/>
    <w:rsid w:val="00BA63C6"/>
    <w:rsid w:val="00BB235C"/>
    <w:rsid w:val="00BF2B55"/>
    <w:rsid w:val="00BF2DAD"/>
    <w:rsid w:val="00C0311E"/>
    <w:rsid w:val="00C0446A"/>
    <w:rsid w:val="00C46F86"/>
    <w:rsid w:val="00C50BA6"/>
    <w:rsid w:val="00C51A4C"/>
    <w:rsid w:val="00C64D78"/>
    <w:rsid w:val="00C8515C"/>
    <w:rsid w:val="00C85DB3"/>
    <w:rsid w:val="00C85ED2"/>
    <w:rsid w:val="00C92E0E"/>
    <w:rsid w:val="00CB0664"/>
    <w:rsid w:val="00CB5A47"/>
    <w:rsid w:val="00CB77CF"/>
    <w:rsid w:val="00CD2091"/>
    <w:rsid w:val="00CD7191"/>
    <w:rsid w:val="00CF1F40"/>
    <w:rsid w:val="00CF3A9E"/>
    <w:rsid w:val="00CF76C9"/>
    <w:rsid w:val="00D06AE3"/>
    <w:rsid w:val="00D41363"/>
    <w:rsid w:val="00D50904"/>
    <w:rsid w:val="00D51D96"/>
    <w:rsid w:val="00D626EC"/>
    <w:rsid w:val="00D710DC"/>
    <w:rsid w:val="00D7511C"/>
    <w:rsid w:val="00D94259"/>
    <w:rsid w:val="00DA405D"/>
    <w:rsid w:val="00DC4E33"/>
    <w:rsid w:val="00DD2864"/>
    <w:rsid w:val="00DE4844"/>
    <w:rsid w:val="00E02D93"/>
    <w:rsid w:val="00E44D5A"/>
    <w:rsid w:val="00E94892"/>
    <w:rsid w:val="00ED27F0"/>
    <w:rsid w:val="00EE4072"/>
    <w:rsid w:val="00EF3BBF"/>
    <w:rsid w:val="00F0535F"/>
    <w:rsid w:val="00F12C75"/>
    <w:rsid w:val="00F14E1D"/>
    <w:rsid w:val="00F35870"/>
    <w:rsid w:val="00F41D7E"/>
    <w:rsid w:val="00F66991"/>
    <w:rsid w:val="00F71DF9"/>
    <w:rsid w:val="00F814C8"/>
    <w:rsid w:val="00F8164C"/>
    <w:rsid w:val="00FA6E31"/>
    <w:rsid w:val="00FC693F"/>
    <w:rsid w:val="00FD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19CED3"/>
  <w14:defaultImageDpi w14:val="300"/>
  <w15:docId w15:val="{7864C63B-F7AA-094D-9F50-E690D32D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897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51</Pages>
  <Words>6845</Words>
  <Characters>39019</Characters>
  <Application>Microsoft Office Word</Application>
  <DocSecurity>0</DocSecurity>
  <Lines>325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 Tsaban</dc:creator>
  <cp:keywords/>
  <dc:description/>
  <cp:lastModifiedBy>Shay Tsaban</cp:lastModifiedBy>
  <cp:revision>73</cp:revision>
  <dcterms:created xsi:type="dcterms:W3CDTF">2026-10-04T09:36:00Z</dcterms:created>
  <dcterms:modified xsi:type="dcterms:W3CDTF">2026-10-04T14:31:00Z</dcterms:modified>
  <cp:category/>
</cp:coreProperties>
</file>